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Mohammed Yaman Scores Perfect 200 in O-Level Math at Bethel Salem Educational Complex</w:t>
      </w:r>
    </w:p>
    <w:p>
      <w:r>
        <w:rPr>
          <w:b/>
        </w:rPr>
        <w:t xml:space="preserve">Izvor: </w:t>
      </w:r>
      <w:r>
        <w:rPr>
          <w:color w:val="0F766E"/>
        </w:rPr>
        <w:t>https://minbarlive.com/videos/200-200-mohammed-yaman-top-of-the-world</w:t>
      </w:r>
    </w:p>
    <w:p/>
    <w:p>
      <w:r>
        <w:rPr>
          <w:i/>
        </w:rPr>
        <w:t>Mohammed Yaman, a 16-year-old student at Bethel Salem Educational Complex, achieved a perfect score of 200 out of 200 in O-level mathematics, earning a top of the world distinction. The achievement is part of an exceptional cohort performance, with 13 students from the institution scoring above 190 marks.</w:t>
      </w:r>
    </w:p>
    <w:p/>
    <w:p>
      <w:r>
        <w:rPr>
          <w:b/>
        </w:rPr>
        <w:t>Sažetak</w:t>
      </w:r>
    </w:p>
    <w:p>
      <w:r>
        <w:t>Mohammed Yaman's perfect score of 200 marks in O-level mathematics represents a top of the world distinction and reflects an exceptional performance culture at Bethel Salem Educational Complex. The achievement is noteworthy not only for the individual accomplishment but also for the broader institutional success: 13 students scored above 190 marks, including Mohammad Daoud with 199 (just one mark short of perfect), Saadullah with 198, and multiple students in the 195–196 range. Bethel Salem Educational Complex attributes these strong academic results to its holistic educational approach, which combines rigorous academic instruction with extracurricular development. The institution integrates a comprehensive curriculum alongside activities including spelling bees, camping, robotics, and quiz competitions. The school's model emphasizes simultaneous development of academic excellence and character formation, creating an integrated educational environment that supports student achievement across multiple dimensions.</w:t>
      </w:r>
    </w:p>
    <w:p/>
    <w:p>
      <w:r>
        <w:rPr>
          <w:b/>
        </w:rPr>
        <w:t>Ključne poruke</w:t>
      </w:r>
    </w:p>
    <w:p>
      <w:pPr>
        <w:pStyle w:val="ListBullet"/>
      </w:pPr>
      <w:r>
        <w:t>Mohammed Yaman achieved a perfect score of 200 out of 200 in O-level mathematics, earning a top of the world distinction.</w:t>
      </w:r>
    </w:p>
    <w:p>
      <w:pPr>
        <w:pStyle w:val="ListBullet"/>
      </w:pPr>
      <w:r>
        <w:t>Bethel Salem Educational Complex produced 13 students with scores above 190 marks in mathematics, including Mohammad Daoud with 199 marks.</w:t>
      </w:r>
    </w:p>
    <w:p>
      <w:pPr>
        <w:pStyle w:val="ListBullet"/>
      </w:pPr>
      <w:r>
        <w:t>The institution combines academic instruction with extracurricular activities including spelling bees, camping, robotics, and quiz competitions.</w:t>
      </w:r>
    </w:p>
    <w:p>
      <w:pPr>
        <w:pStyle w:val="ListBullet"/>
      </w:pPr>
      <w:r>
        <w:t>Bethel Salem Educational Complex integrates high-level academic education with character development in a single institutional environment.</w:t>
      </w:r>
    </w:p>
    <w:p>
      <w:pPr>
        <w:pStyle w:val="ListBullet"/>
      </w:pPr>
      <w:r>
        <w:t>The cohort performance reflects a broader culture of academic excellence within the school community.</w:t>
      </w:r>
    </w:p>
    <w:p/>
    <w:p>
      <w:r>
        <w:rPr>
          <w:b/>
        </w:rPr>
        <w:t>Članak</w:t>
      </w:r>
    </w:p>
    <w:p>
      <w:r>
        <w:rPr>
          <w:b/>
          <w:color w:val="0F766E"/>
          <w:sz w:val="26"/>
        </w:rPr>
        <w:t>Perfect Score Achievement</w:t>
      </w:r>
    </w:p>
    <w:p/>
    <w:p>
      <w:r>
        <w:t>Muhammad Yaman, a 16-year-old student at Bethel Salem Educational Complex, has achieved a perfect score of 200 out of 200 in O-level mathematics, earning a top of the world distinction. While any student achieving a perfect 200 marks represents a significant accomplishment, what makes this result even more remarkable is that 13 students from the institution scored more than 190 marks.</w:t>
      </w:r>
    </w:p>
    <w:p/>
    <w:p>
      <w:r>
        <w:rPr>
          <w:b/>
          <w:color w:val="0F766E"/>
          <w:sz w:val="26"/>
        </w:rPr>
        <w:t>Exceptional Results Across Multiple Students</w:t>
      </w:r>
    </w:p>
    <w:p/>
    <w:p>
      <w:r>
        <w:t>The high performance is widespread among the student body. Zulkarnain scored 190 marks, Amir scored 191, and Ahmad achieved 192. Sam and Ahmad each scored 195, while Ali and Misbah both reached 196. Other high achievers include Saadullah with 198 marks and Ahmad Bilal with 192. Mohammad Daoud came very close to the top distinction with 199 marks, just one mark short of Yaman's perfect score. The institute considers these collective results to be exceptional and a source of institutional pride.</w:t>
      </w:r>
    </w:p>
    <w:p/>
    <w:p>
      <w:r>
        <w:rPr>
          <w:b/>
          <w:color w:val="0F766E"/>
          <w:sz w:val="26"/>
        </w:rPr>
        <w:t>Holistic Educational Approach</w:t>
      </w:r>
    </w:p>
    <w:p/>
    <w:p>
      <w:r>
        <w:t>Bethel Salem Educational Complex is distinguished not only for its mathematics results but also for its comprehensive approach to student development. Students participate in a wide range of extracurricular activities including spelling bees, camping, robotics, and quiz competitions. The institution emphasizes providing a high level of academic education alongside Islamic tarbiya, all within a single integrated environment. This holistic educational model aims to develop students across both academic and character dimensions.</w:t>
      </w:r>
    </w:p>
    <w:p/>
    <w:p>
      <w:r>
        <w:rPr>
          <w:b/>
        </w:rPr>
        <w:t>Reference i teme</w:t>
      </w:r>
    </w:p>
    <w:p>
      <w:r>
        <w:t>Teme: #Education achievement, #Mathematics excellence, #O-level results, #Student performance, #Holistic education, #Educational institution</w:t>
      </w:r>
    </w:p>
    <w:p/>
    <w:p>
      <w:r>
        <w:rPr>
          <w:i/>
          <w:color w:val="94A3B8"/>
          <w:sz w:val="16"/>
        </w:rPr>
        <w:t>Generated by MinbarLive — Knowledge Library · https://minbarlive.com/videos/200-200-mohammed-yaman-top-of-the-world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