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Une bande d'Israéliens masqués a frappé notre équipe de @NBCNews et a roué de coups la femme que nous interviewions jusqu'à ce qu'elle perde connaissance.</w:t>
      </w:r>
    </w:p>
    <w:p>
      <w:r>
        <w:rPr>
          <w:b/>
        </w:rPr>
        <w:t xml:space="preserve">Izvor: </w:t>
      </w:r>
      <w:r>
        <w:rPr>
          <w:color w:val="0F766E"/>
        </w:rPr>
        <w:t>https://minbarlive.com/videos/fr/une-bande-d-israeliens-masques-a-frappe-notre-equipe-de-nbcnews-et-a-roue-de-cou</w:t>
      </w:r>
    </w:p>
    <w:p/>
    <w:p>
      <w:r>
        <w:rPr>
          <w:i/>
        </w:rPr>
        <w:t>Une équipe de NBC News, incluant le correspondant Matt Bradley, a été attaquée par des colons israéliens masqués en Cisjordanie alors qu'elle rapportait sur le déplacement des Palestiniens. L'équipe et une femme palestinienne qu'ils interviewaient ont été frappées avec des bâtons ; plusieurs membres de l'équipe ont été blessés.</w:t>
      </w:r>
    </w:p>
    <w:p/>
    <w:p>
      <w:r>
        <w:rPr>
          <w:b/>
        </w:rPr>
        <w:t>Sažetak</w:t>
      </w:r>
    </w:p>
    <w:p>
      <w:r>
        <w:t>Le correspondant de NBC News, Matt Bradley, et son équipe ont été attaqués par des colons armés masqués alors qu'ils documentaient la situation des Palestiniens vivant sous occupation coloniale en Cisjordanie. L'équipe interviewait Aida Ahmed Abdullah, une femme palestinienne dont la maison est maintenant occupée par des colons israéliens, lorsqu'une voiture grise avec des plaques d'immatriculation israéliennes est arrivée et ses occupants ont attaqué les journalistes et Aida avec des bâtons et des pierres, brisant le pare-brise du véhicule de presse et frappant Aida jusqu'à l'inconscience. Matt Bradley a été frappé deux fois au bras, et d'autres membres de l'équipe—le producteur, le caméraman et le chauffeur—ont subi des blessures ; Aida a été hospitalisée. L'incident reflète une montée plus large de la violence des colons en Cisjordanie, les Nations Unies rapportant 76 décès palestiniens causés par des colons jusqu'à présent cette année, dont 18 enfants. Bien que le Premier ministre israélien Benjamin Netanyahu et l'ambassadeur américain Mike Huckabee aient tous deux condamné la violence, l'armée israélienne et la police des frontières ont ouvert une enquête mais n'ont procédé à aucune arrestation. Aida, qui a décrit vivre dans une détresse constante en voyant sa maison occupée, reste déplacée et incapable de revenir.</w:t>
      </w:r>
    </w:p>
    <w:p/>
    <w:p>
      <w:r>
        <w:rPr>
          <w:b/>
        </w:rPr>
        <w:t>Ključne poruke</w:t>
      </w:r>
    </w:p>
    <w:p>
      <w:pPr>
        <w:pStyle w:val="ListBullet"/>
      </w:pPr>
      <w:r>
        <w:t>Une équipe de NBC News a été attaquée par des colons israéliens masqués alors qu'elle rapportait sur le déplacement des Palestiniens en Cisjordanie, ce qui a entraîné des blessures pour plusieurs membres de l'équipe et une femme palestinienne battue jusqu'à l'inconscience.</w:t>
      </w:r>
    </w:p>
    <w:p>
      <w:pPr>
        <w:pStyle w:val="ListBullet"/>
      </w:pPr>
      <w:r>
        <w:t>L'attaque a eu lieu alors que l'équipe interviewait Aida Ahmed Abdullah, dont la maison a été occupée par des colons israéliens, et elle a décrit vivre dans un stress constant à cause de la situation.</w:t>
      </w:r>
    </w:p>
    <w:p>
      <w:pPr>
        <w:pStyle w:val="ListBullet"/>
      </w:pPr>
      <w:r>
        <w:t>L'incident fait partie d'un schéma plus large de violence des colons ; l'ONU a rapporté 76 décès palestiniens causés par des colons cette année-là, dont 18 enfants.</w:t>
      </w:r>
    </w:p>
    <w:p>
      <w:pPr>
        <w:pStyle w:val="ListBullet"/>
      </w:pPr>
      <w:r>
        <w:t>Le Premier ministre israélien Benjamin Netanyahu et l'ambassadeur américain Mike Huckabee ont tous deux condamné publiquement la violence des colons comme une violation de la loi et une activité criminelle.</w:t>
      </w:r>
    </w:p>
    <w:p>
      <w:pPr>
        <w:pStyle w:val="ListBullet"/>
      </w:pPr>
      <w:r>
        <w:t>L'armée israélienne et la police des frontières ont ouvert une enquête et confisqué des véhicules, mais n'ont signalé aucune arrestation suite à l'attaque.</w:t>
      </w:r>
    </w:p>
    <w:p>
      <w:pPr>
        <w:pStyle w:val="ListBullet"/>
      </w:pPr>
      <w:r>
        <w:t>La femme palestinienne attaquée reste déplacée et n'a pas pu retourner dans sa maison occupée malgré un traitement à l'hôpital.</w:t>
      </w:r>
    </w:p>
    <w:p/>
    <w:p>
      <w:r>
        <w:rPr>
          <w:b/>
        </w:rPr>
        <w:t>Članak</w:t>
      </w:r>
    </w:p>
    <w:p>
      <w:r>
        <w:rPr>
          <w:b/>
          <w:color w:val="0F766E"/>
          <w:sz w:val="26"/>
        </w:rPr>
        <w:t>Vague de violence des colons en Cisjordanie</w:t>
      </w:r>
    </w:p>
    <w:p/>
    <w:p>
      <w:r>
        <w:t>Ces dernières semaines, il y a eu une nouvelle vague de violence des colons israéliens contre des familles palestiniennes vivant en Cisjordanie. Hier, notre équipe de NBC News, y compris le correspondant international Matt Bradley, a été prise au milieu d'un tel incident. Matt est de retour sain et sauf à Tel Aviv ce matin, bien qu'il se remette encore de l'attaque.</w:t>
      </w:r>
    </w:p>
    <w:p/>
    <w:p>
      <w:r>
        <w:rPr>
          <w:b/>
          <w:color w:val="0F766E"/>
          <w:sz w:val="26"/>
        </w:rPr>
        <w:t>Récit de l'attaque</w:t>
      </w:r>
    </w:p>
    <w:p/>
    <w:p>
      <w:r>
        <w:t>Chaque membre de l'équipe de NBC News a été ciblé pendant la violence. Matt Bradley a été frappé deux fois au bras, et le producteur, le cameraman et l'un des chauffeurs ont également été touchés, bien que l'équipe se remette de ses blessures. L'équipe avait interviewé une femme palestinienne nommée Aida Ahmed Abdullah, dont la maison en Cisjordanie est maintenant occupée par des colons israéliens. Elle a décrit vivre sous un stress constant, disant qu'elle meurt cent fois par jour en voyant ce qui arrive à sa maison.</w:t>
      </w:r>
    </w:p>
    <w:p/>
    <w:p>
      <w:r>
        <w:t>Alors qu'Aida rapprochait les journalistes de sa maison, des jeunes masqués dans une voiture grise avec des plaques israéliennes sont arrivés armés de bâtons et de pierres. Ils ont brisé le pare-brise de la voiture de l'équipe de presse, frappé des membres de l'équipe avec des clubs et ont mis Aida K.O. L'équipe a pu l'emmener à une ambulance, et leurs membres ont été soignés pour des blessures mineures à l'hôpital.</w:t>
      </w:r>
    </w:p>
    <w:p/>
    <w:p>
      <w:r>
        <w:rPr>
          <w:b/>
          <w:color w:val="0F766E"/>
          <w:sz w:val="26"/>
        </w:rPr>
        <w:t>Contexte plus large et réponse</w:t>
      </w:r>
    </w:p>
    <w:p/>
    <w:p>
      <w:r>
        <w:t>L'attaque survient dans un contexte de montée de la violence des colons à travers la Cisjordanie ces dernières semaines. Selon les Nations Unies, 76 Palestiniens ont été tués par des colons cette année, dont 18 enfants. Le Premier ministre israélien Benjamin Netanyahu a publié hier une déclaration accusant les colons de violer la loi et de nuire à la réputation d'Israël dans le monde. L'ambassadeur des États-Unis en Israël, Mike Huckabee, qui a longtemps été un défenseur acharné d'Israël, a sévèrement critiqué ce qu'il appelle des terroristes israéliens, exigeant que le gouvernement réprime la violence. Plus tôt ce mois-ci, Huckabee a déclaré : "Nous sommes consternés par certaines des choses qui sont arrivées aux familles qui sont victimes d'activités criminelles. C'est inacceptable et répugnant."</w:t>
      </w:r>
    </w:p>
    <w:p/>
    <w:p>
      <w:r>
        <w:t>L'armée israélienne et la police des frontières ont déclaré avoir ouvert une enquête sur l'attaque d'hier et confisqué des véhicules appartenant aux émeutiers. Cependant, aucune arrestation n'a été signalée. Bien qu'Aida ait quitté l'hôpital et se remette, elle ne se remet pas chez elle—sa maison reste occupée par les colons violents.</w:t>
      </w:r>
    </w:p>
    <w:p/>
    <w:p>
      <w:r>
        <w:rPr>
          <w:b/>
        </w:rPr>
        <w:t>Reference i teme</w:t>
      </w:r>
    </w:p>
    <w:p>
      <w:r>
        <w:t>Teme: #Violence des colons israéliens, #Déplacement en Cisjordanie, #Droits humains palestiniens, #Sécurité des équipes de presse et journalisme menacés, #Responsabilité et enquête, #Rapports de l'ONU sur les victimes</w:t>
      </w:r>
    </w:p>
    <w:p/>
    <w:p>
      <w:r>
        <w:rPr>
          <w:i/>
          <w:color w:val="94A3B8"/>
          <w:sz w:val="16"/>
        </w:rPr>
        <w:t>Generated by MinbarLive — Knowledge Library · https://minbarlive.com/videos/fr/une-bande-d-israeliens-masques-a-frappe-notre-equipe-de-nbcnews-et-a-roue-de-cou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