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Une femme juive a paniqué devant un groupe d'enfants lors d'une visite scolaire à un mémorial de l'Holocauste en Autriche</w:t>
      </w:r>
    </w:p>
    <w:p>
      <w:r>
        <w:rPr>
          <w:b/>
        </w:rPr>
        <w:t xml:space="preserve">Izvor: </w:t>
      </w:r>
      <w:r>
        <w:rPr>
          <w:color w:val="0F766E"/>
        </w:rPr>
        <w:t>https://minbarlive.com/videos/fr/une-femme-juive-a-panique-devant-un-groupe-d-enfants-lors-d-une-visite-scolaire</w:t>
      </w:r>
    </w:p>
    <w:p/>
    <w:p>
      <w:r>
        <w:rPr>
          <w:i/>
        </w:rPr>
        <w:t>Une femme juive a confronté un groupe scolaire visitant un mémorial de camp de concentration en Autriche à propos d'élèves portant des t-shirts de solidarité palestinienne, arguant que de telles déclarations politiques étaient inappropriées sur un site de commémoration de l'Holocauste et assimilant le message à un soutien à des actes de violence contre les Juifs.</w:t>
      </w:r>
    </w:p>
    <w:p/>
    <w:p>
      <w:r>
        <w:rPr>
          <w:b/>
        </w:rPr>
        <w:t>Sažetak</w:t>
      </w:r>
    </w:p>
    <w:p>
      <w:r>
        <w:t>Ce récit documente une confrontation survenue sur un site mémorial d'un camp de concentration en Autriche, lorsqu'une femme juive s'est opposée à la présence d'un groupe scolaire, ciblant spécifiquement des étudiants portant des t-shirts 'Free Palestine'. La femme a interrogé plusieurs fois le responsable du groupe sur la pertinence d'afficher ce qu'elle qualifiait de message politique dans un mémorial de l'Holocauste dédié à honorer les victimes du génocide. Elle a soutenu que de tels t-shirts déshonoraient les victimes de l'Holocauste et assimilait le message de solidarité palestinienne à un soutien à la violence contre les Juifs. Lorsque le groupe ou les étudiants ont précisé que le t-shirt exprimait une opposition au meurtre de Palestiniens, la femme a rejeté ce cadre et a rétorqué en décrivant la situation comme un génocide contre la Palestine, tout en maintenant sa position selon laquelle les déclarations politiques n'avaient pas leur place dans le contexte d'un mémorial de l'Holocauste. Cet incident met en lumière les tensions entre le souvenir de l'Holocauste, l'activisme politique contemporain et les revendications concurrentes concernant le préjudice et le génocide.</w:t>
      </w:r>
    </w:p>
    <w:p/>
    <w:p>
      <w:r>
        <w:rPr>
          <w:b/>
        </w:rPr>
        <w:t>Ključne poruke</w:t>
      </w:r>
    </w:p>
    <w:p>
      <w:pPr>
        <w:pStyle w:val="ListBullet"/>
      </w:pPr>
      <w:r>
        <w:t>Une femme s'est opposée à des étudiants portant des t-shirts 'Free Palestine' sur un site mémorial de l'Holocauste en Autriche, arguant que des déclarations politiques étaient inappropriées dans ce contexte.</w:t>
      </w:r>
    </w:p>
    <w:p>
      <w:pPr>
        <w:pStyle w:val="ListBullet"/>
      </w:pPr>
      <w:r>
        <w:t>La femme a qualifié les t-shirts de manque de respect envers les victimes de l'Holocauste et a assimilé le message de solidarité palestinienne à une approbation de préjudice contre les Juifs.</w:t>
      </w:r>
    </w:p>
    <w:p>
      <w:pPr>
        <w:pStyle w:val="ListBullet"/>
      </w:pPr>
      <w:r>
        <w:t>Lorsqu'il a été précisé que le t-shirt s'opposait au meurtre de Palestiniens, la femme a rejeté cette interprétation et a rétorqué avec des affirmations sur le génocide contre la Palestine.</w:t>
      </w:r>
    </w:p>
    <w:p>
      <w:pPr>
        <w:pStyle w:val="ListBullet"/>
      </w:pPr>
      <w:r>
        <w:t>La confrontation reflète un conflit sur les limites de l'expression politique appropriée sur les sites mémoriaux de l'Holocauste et les cadres concurrents de préjudice historique et contemporain.</w:t>
      </w:r>
    </w:p>
    <w:p>
      <w:pPr>
        <w:pStyle w:val="ListBullet"/>
      </w:pPr>
      <w:r>
        <w:t>Le responsable du groupe ou les étudiants ont soutenu que les t-shirts étaient acceptables, s'opposant à l'affirmation de la femme selon laquelle l'affichage était antisémite ou manquait de respect à la mémoire de l'Holocauste.</w:t>
      </w:r>
    </w:p>
    <w:p/>
    <w:p>
      <w:r>
        <w:rPr>
          <w:b/>
        </w:rPr>
        <w:t>Članak</w:t>
      </w:r>
    </w:p>
    <w:p>
      <w:r>
        <w:rPr>
          <w:b/>
          <w:color w:val="0F766E"/>
          <w:sz w:val="26"/>
        </w:rPr>
        <w:t>La Confrontation</w:t>
      </w:r>
    </w:p>
    <w:p/>
    <w:p>
      <w:r>
        <w:t>Une femme s'est approchée d'un groupe scolaire sur un site mémorial d'un camp de concentration en Autriche et a interrogé le responsable du groupe sur la présence d'élèves portant des t-shirts "Free Palestine". Elle a demandé pourquoi de telles déclarations politiques étaient affichées dans un mémorial de l'Holocauste, qualifiant cette pratique d'inappropriée pour un site dédié à honorer les victimes de l'Holocauste.</w:t>
      </w:r>
    </w:p>
    <w:p/>
    <w:p>
      <w:r>
        <w:t>Lorsque le responsable du groupe a indiqué que les t-shirts étaient acceptables, la femme a insisté, demandant plusieurs fois si les élèves et le personnel étaient à l'aise avec cette affichage. Elle s'est opposée à ce qu'elle voyait comme une confusion entre le souvenir de l'Holocauste et le message politique contemporain.</w:t>
      </w:r>
    </w:p>
    <w:p/>
    <w:p>
      <w:r>
        <w:rPr>
          <w:b/>
          <w:color w:val="0F766E"/>
          <w:sz w:val="26"/>
        </w:rPr>
        <w:t>Revendications sur l'Éducation et l'Intention</w:t>
      </w:r>
    </w:p>
    <w:p/>
    <w:p>
      <w:r>
        <w:t>La femme a caractérisé l'approche de l'école comme une éducation problématique, arguant que permettre de tels t-shirts sur un site de camp de concentration déshonorait les victimes de l'Holocauste. Elle a affirmé que le message "Free Palestine" équivalait à approuver des actes de violence contre les Juifs, déclarant que le t-shirt exprimait une acceptation du "meurtre de Juifs."</w:t>
      </w:r>
    </w:p>
    <w:p/>
    <w:p>
      <w:r>
        <w:t>Lorsque le responsable du groupe ou l'un des élèves a précisé que le message du t-shirt était une opposition au meurtre de Palestiniens, la femme a rejeté cette interprétation. Elle a rétorqué en décrivant la situation comme un cas de génocide contre la Palestine, maintenant sa position selon laquelle la déclaration politique était inappropriée dans ce contexte mémorial.</w:t>
      </w:r>
    </w:p>
    <w:p/>
    <w:p>
      <w:r>
        <w:rPr>
          <w:b/>
        </w:rPr>
        <w:t>Reference i teme</w:t>
      </w:r>
    </w:p>
    <w:p>
      <w:r>
        <w:t>Teme: #Conflit israélo-palestinien, #Mémoriaux et éducation sur l'Holocauste, #Activisme politique et jeunesse, #Récits concurrents de préjudice et de génocide, #Allégations d'antisémitisme, #Commémoration de l'Holocauste</w:t>
      </w:r>
    </w:p>
    <w:p/>
    <w:p>
      <w:r>
        <w:rPr>
          <w:i/>
          <w:color w:val="94A3B8"/>
          <w:sz w:val="16"/>
        </w:rPr>
        <w:t>Generated by MinbarLive — Knowledge Library · https://minbarlive.com/videos/fr/une-femme-juive-a-panique-devant-un-groupe-d-enfants-lors-d-une-visite-scolaire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