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Abby Martin Went To Israel. IT'S WORSE Than You Think</w:t>
      </w:r>
    </w:p>
    <w:p>
      <w:r>
        <w:rPr>
          <w:b/>
        </w:rPr>
        <w:t xml:space="preserve">Govornik: </w:t>
      </w:r>
      <w:r>
        <w:t>Abby Martin</w:t>
      </w:r>
    </w:p>
    <w:p>
      <w:r>
        <w:rPr>
          <w:b/>
        </w:rPr>
        <w:t xml:space="preserve">Izvor: </w:t>
      </w:r>
      <w:r>
        <w:rPr>
          <w:color w:val="0F766E"/>
        </w:rPr>
        <w:t>https://minbarlive.com/videos/abby-martin-went-to-israel-it-s-worse-than-you-think</w:t>
      </w:r>
    </w:p>
    <w:p/>
    <w:p>
      <w:r>
        <w:rPr>
          <w:i/>
        </w:rPr>
        <w:t>Abby Martin presents eyewitness testimony and documentary evidence of genocidal rhetoric in Israeli society, arguing that Israel's propaganda has collapsed as Palestinians document atrocities in Gaza, and calling for global isolation of what she characterises as an apartheid state.</w:t>
      </w:r>
    </w:p>
    <w:p/>
    <w:p>
      <w:r>
        <w:rPr>
          <w:b/>
        </w:rPr>
        <w:t>Sažetak</w:t>
      </w:r>
    </w:p>
    <w:p>
      <w:r>
        <w:t>Abby Martin draws on firsthand observations from Israel in 2016 and recent documentation from Gaza to argue that Israeli propaganda has fundamentally broken down in the face of direct evidence of mass atrocities. She describes witnessing openly genocidal and fascist rhetoric among Israelis across all demographics, including calls for ethnic cleansing and the dehumanisation of Palestinians and African refugees. Martin documents genocidal incitement during the Gaza conflict, including explicit calls for total destruction and starvation. She argues that Israel's propaganda claims—of being a benevolent democracy with the world's most moral army—have become incredible and absurd. She criticises corporate media complicity in amplifying Israeli narratives, and describes how Palestinians' ability to document and share evidence of atrocities directly has exposed what she characterises as genocidal practices. Martin contends that Israeli society is built on ethno-nationalist supremacy, points to specific policies affecting African refugees, and calls for international isolation and support for independent media to counter state-level narrative control.</w:t>
      </w:r>
    </w:p>
    <w:p/>
    <w:p>
      <w:r>
        <w:rPr>
          <w:b/>
        </w:rPr>
        <w:t>Ključne poruke</w:t>
      </w:r>
    </w:p>
    <w:p>
      <w:pPr>
        <w:pStyle w:val="ListBullet"/>
      </w:pPr>
      <w:r>
        <w:t>Martin describes witnessing openly genocidal rhetoric among Israelis across all ages and demographics in 2016, including explicit calls for ethnic cleansing, dehumanisation of Palestinians and Arabs, and eugenic practices targeting African refugees.</w:t>
      </w:r>
    </w:p>
    <w:p>
      <w:pPr>
        <w:pStyle w:val="ListBullet"/>
      </w:pPr>
      <w:r>
        <w:t>She documents genocidal incitement statements made during the Gaza conflict, including public calls for total destruction, starvation, and complete erasure of the population.</w:t>
      </w:r>
    </w:p>
    <w:p>
      <w:pPr>
        <w:pStyle w:val="ListBullet"/>
      </w:pPr>
      <w:r>
        <w:t>Israeli propaganda claims about being a democracy with a moral military have collapsed because Palestinians can now directly document and share evidence of atrocities via social media and citizen journalism.</w:t>
      </w:r>
    </w:p>
    <w:p>
      <w:pPr>
        <w:pStyle w:val="ListBullet"/>
      </w:pPr>
      <w:r>
        <w:t>Martin characterises Israel as an ethno-state built on supremacy and hate, citing policies including forced displacement of African refugees, forced contraception (Depo-Provera) targeting Ethiopian refugees, and calls to expel all Palestinians.</w:t>
      </w:r>
    </w:p>
    <w:p>
      <w:pPr>
        <w:pStyle w:val="ListBullet"/>
      </w:pPr>
      <w:r>
        <w:t>She argues corporate media has become complicit by amplifying Israeli narratives, including absurd claims (such as attributing a hospital strike to a Hamas camera), and by framing victims as responsible for their own deaths.</w:t>
      </w:r>
    </w:p>
    <w:p>
      <w:pPr>
        <w:pStyle w:val="ListBullet"/>
      </w:pPr>
      <w:r>
        <w:t>Martin identifies social media and independent media as the critical battlefields where the narrative is being won against state-level propaganda, and calls for support of independent journalism.</w:t>
      </w:r>
    </w:p>
    <w:p>
      <w:pPr>
        <w:pStyle w:val="ListBullet"/>
      </w:pPr>
      <w:r>
        <w:t>She states that documented evidence—including drone audio tactics that broadcast crying children to lure people out for targeting—cannot be erased by propaganda, and that global isolation and accountability are necessary responses.</w:t>
      </w:r>
    </w:p>
    <w:p/>
    <w:p>
      <w:r>
        <w:rPr>
          <w:b/>
        </w:rPr>
        <w:t>Članak</w:t>
      </w:r>
    </w:p>
    <w:p>
      <w:r>
        <w:rPr>
          <w:b/>
          <w:color w:val="0F766E"/>
          <w:sz w:val="26"/>
        </w:rPr>
        <w:t>Isolation and the Collapse of Israeli Propaganda</w:t>
      </w:r>
    </w:p>
    <w:p/>
    <w:p>
      <w:r>
        <w:t>The whole world has to isolate this rogue, apartheid-genocidal state and shame anyone who goes there—academics, celebrities, politicians—and they've been exposed for what they are. Zionism's on its last leg; it only exists by the weight of its propaganda, and that propaganda has collapsed entirely. The world sees Israel for what it is, and it can't last for long in its current state. You cannot expect change in a society this far gone; it is full-throated fascist, and that's why they act the way they do, with full, total impunity, because they have no humanity left. This is a society so far gone with protection of a military empire, with hatred in their hearts, and we're seeing essentially the Fourth Reich today marching forward, and there's no Allied forces coming to save us.</w:t>
      </w:r>
    </w:p>
    <w:p/>
    <w:p>
      <w:r>
        <w:t>The Israeli Knesset just passed a law allowing the execution of Palestinian prisoners, but not Israelis. This is the true face of apartheid Israel. But this is nothing new; I saw this firsthand when I was in Israel, back in 2016: full-throated fascism. You can't deal with these people; there's no need to try, there's no need to talk to them.</w:t>
      </w:r>
    </w:p>
    <w:p/>
    <w:p>
      <w:r>
        <w:rPr>
          <w:b/>
          <w:color w:val="0F766E"/>
          <w:sz w:val="26"/>
        </w:rPr>
        <w:t>Firsthand Witness to Genocidal Rhetoric</w:t>
      </w:r>
    </w:p>
    <w:p/>
    <w:p>
      <w:r>
        <w:t>When I was in Israel in 2016, I witnessed viscerally, grotesquely genocidal attitudes among Israelis, expressed with open fascism to anyone they encountered. I wasn't trying to hide; I wasn't doing gotcha journalism. I was going up with a camera and asking generally, what do you think about the situation? I was so horrified and alarmed at the genocidal rhetoric that was being espoused. Every single person, for every generation, every walk of life, they wanted ethnic cleansing. They said we should nuke them. One little girl laughed, "We should kill all Arabs, kill all Arabs." People told me "Jews shouldn't marry Arabs" because "Jews is a special nation that God gave it to the Jews. We don't want the Arabs to be here." They knew that they were on camera. That's what's so alarming to me, too.</w:t>
      </w:r>
    </w:p>
    <w:p/>
    <w:p>
      <w:r>
        <w:t>Israelis would say, "I think Israelis have to take over, and they have to kick them, kick them away." The impunity and arrogance was evident—they would assume that as an American, I would agree with them. "You guys have been doing the same thing. This is who we are. We're proud racists. We're proudly fascists." I felt like I was walking into Berlin in 1932. I really felt absolutely disgusted. I just couldn't believe what I was hearing. Walking a couple of steps, people would ask, "Are you Arab? Are you Arab?" When I said I was American, they responded, "Oh good, we can talk about Arabs then. We can talk about how much we hate Palestinians."</w:t>
      </w:r>
    </w:p>
    <w:p/>
    <w:p>
      <w:r>
        <w:rPr>
          <w:b/>
          <w:color w:val="0F766E"/>
          <w:sz w:val="26"/>
        </w:rPr>
        <w:t>The Ethno-State Built on Supremacy</w:t>
      </w:r>
    </w:p>
    <w:p/>
    <w:p>
      <w:r>
        <w:t>I saw the writing on the wall back then. I saw that there's no hope from within Israeli society. I went to rallies where they were calling to kick all the refugees out. Yet Israel was told to be a safe haven for Holocaust survivors, for genocide survivors. Why are all the African refugees put out in the middle of the Negev Desert into a concentration camp? Why don't they want any African refugees there? They tokenize Ethiopian refugees, but then they make them take Depo-Provera birth control because they don't want them to reproduce. This is the nature of Israeli society. It's an ethno-state, and it's built on supremacy and hate, because that's what Zionism is.</w:t>
      </w:r>
    </w:p>
    <w:p/>
    <w:p>
      <w:r>
        <w:rPr>
          <w:b/>
          <w:color w:val="0F766E"/>
          <w:sz w:val="26"/>
        </w:rPr>
        <w:t>Genocidal Incitement During Gaza</w:t>
      </w:r>
    </w:p>
    <w:p/>
    <w:p>
      <w:r>
        <w:t>During the Gaza genocide, I saw people proclaim out in the open the genocidal incitement. An entire nation is out there that is responsible. Israeli voices openly stated: "We are destroying everything that's left in the Strip, not leaving a stone on a stone. We don't even need to give water to Gaza. We are dismantling Gaza and leaving it as the enemies of swords, with complete and unprecedented destruction in the world."</w:t>
      </w:r>
    </w:p>
    <w:p/>
    <w:p>
      <w:r>
        <w:t>Others invoked biblical language: "Remember what Amalek did to you, we are commanded. We remember and we fight." The rhetoric dehumanized Palestinians entirely: "Every child, every baby in Gaza is an enemy. I want to blow them up, to destroy them to the last one. If from Gaza you continue to starve, to continue to die, your homes will continue to burn. I don't think there's anyone in the State of Israel who needs to have mercy on these Gazans. Not on adults, not on the elderly, not on young people and not on children. As far as I'm concerned, they should starve to death. What do I care about them? We burn their village for them. It's good that we burn their village for them."</w:t>
      </w:r>
    </w:p>
    <w:p/>
    <w:p>
      <w:r>
        <w:t>When asked how many civilians had been killed in Gaza, one Israeli responded callously: "Who gives a shit." The response continued: "Children grow up to be Arabs. You have to continue to expel. You have to continue to kill to keep that artificial majority in place. If you gave me a button to just erase Gaza, every single living being in Gaza would no longer be living tomorrow, I would press it in a second."</w:t>
      </w:r>
    </w:p>
    <w:p/>
    <w:p>
      <w:r>
        <w:t>It was heinous and horrifying, but finally people saw Israel for what it is. It's all been exposed. They're not hiding anymore.</w:t>
      </w:r>
    </w:p>
    <w:p/>
    <w:p>
      <w:r>
        <w:rPr>
          <w:b/>
          <w:color w:val="0F766E"/>
          <w:sz w:val="26"/>
        </w:rPr>
        <w:t>Propaganda Collapse and Media Complicity</w:t>
      </w:r>
    </w:p>
    <w:p/>
    <w:p>
      <w:r>
        <w:t>Israel's propaganda is not working anymore, because for the first time Palestinians have been able to show us the unvarnished truth of the reality that they endure on a daily basis. We see the settler terrorism. We see the people getting mowed down for doing nothing. We see the crimes every single day. You cannot hide genocide from us. So the propaganda has become cartoonish. The constant Israeli claims—that we're a benevolent empire spreading human rights and democracy, that this is the most moral army in the world—who the hell believes this anymore? It's become silly. It's become absurd.</w:t>
      </w:r>
    </w:p>
    <w:p/>
    <w:p>
      <w:r>
        <w:t>The Israelis today say that Hamas use Palestinians as human shields. But they are killing the victims, then blaming the victims for killing themselves. What is this logic? They infantilize us. They treat us like children. This is a genocide happening in front of our eyes, and the corporate media has become complicit. When Israel claimed a deadly double strike on a Gaza hospital was prompted by the discovery of a Hamas camera, it made journalists and establishment media look like buffoons for towing such absurd propaganda that's so hollowed out and childlike. They should be ashamed of themselves.</w:t>
      </w:r>
    </w:p>
    <w:p/>
    <w:p>
      <w:r>
        <w:t>We have disturbing information out of Israel: the Israeli Prime Minister's spokesman confirmed that babies and toddlers were found with their heads decapitated. There's no excuse whatsoever. The establishment media is complicit in this.</w:t>
      </w:r>
    </w:p>
    <w:p/>
    <w:p>
      <w:r>
        <w:rPr>
          <w:b/>
          <w:color w:val="0F766E"/>
          <w:sz w:val="26"/>
        </w:rPr>
        <w:t>The Battle for Narrative Control</w:t>
      </w:r>
    </w:p>
    <w:p/>
    <w:p>
      <w:r>
        <w:t>You see Israel buying up media outlets. But we have to fight with the weapons that apply to the battlefields in which we're engaged, and the most important ones are in social media. Israeli billionaires are trying to tamp down on the narrative. They're desperate because they know that's the only way they'll survive—to try to convince the world of the opposite of what we're all seeing. That's why you see these desperate, pathetic influencers just spewing lies, posting videos saying, "I'm here in Gaza, and all I see is food, water, and opportunity. But instead of Hamas distributing the ramen noodles, they're eating it all." These lies are so transparent that they lack any credibility.</w:t>
      </w:r>
    </w:p>
    <w:p/>
    <w:p>
      <w:r>
        <w:rPr>
          <w:b/>
          <w:color w:val="0F766E"/>
          <w:sz w:val="26"/>
        </w:rPr>
        <w:t>What Cannot Be Forgotten</w:t>
      </w:r>
    </w:p>
    <w:p/>
    <w:p>
      <w:r>
        <w:t>It's too late for propaganda to work. We're never going to forget what it looks like when Palestinians hold their children in plastic bags. No one can forget that. I'm never going to forget the sound of a drone emitting a crying baby so it can massacre children who come out of their homes. Gazans themselves have documented this tactic: forces have deployed speakers broadcasting sounds of children crying in refugee camps to lure people out, targeting them as they emerge. No one's going to forget what it looks like in Gaza today. You can't wash that away. You can't paper over that with degenerate propaganda and base-level lies. No one's going to paper over the unvarnished truth of what we've all witnessed for years now.</w:t>
      </w:r>
    </w:p>
    <w:p/>
    <w:p>
      <w:r>
        <w:rPr>
          <w:b/>
          <w:color w:val="0F766E"/>
          <w:sz w:val="26"/>
        </w:rPr>
        <w:t>Call to Support Independent Media</w:t>
      </w:r>
    </w:p>
    <w:p/>
    <w:p>
      <w:r>
        <w:t>This is urgent. If you care about independent media, if you care about stories like this, you must support it. Please go to Patreon and support Double Down News today. Without your help and support, news like this wouldn't exist. We need you all. Hands on deck.</w:t>
      </w:r>
    </w:p>
    <w:p/>
    <w:p>
      <w:r>
        <w:rPr>
          <w:b/>
        </w:rPr>
        <w:t>Reference i teme</w:t>
      </w:r>
    </w:p>
    <w:p>
      <w:r>
        <w:t>Teme: #Gaza conflict and humanitarian crisis, #Israeli-Palestinian conflict, #Genocide and mass atrocity documentation, #Media propaganda and narrative control, #Eyewitness testimony and first-hand reporting, #Apartheid and ethno-nationalism, #Independent media and social media activism</w:t>
      </w:r>
    </w:p>
    <w:p/>
    <w:p>
      <w:r>
        <w:rPr>
          <w:i/>
          <w:color w:val="94A3B8"/>
          <w:sz w:val="16"/>
        </w:rPr>
        <w:t>Generated by MinbarLive — Knowledge Library · https://minbarlive.com/videos/abby-martin-went-to-israel-it-s-worse-than-you-think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