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ABC News Report from Amman Refugee Camp, 1967: Displaced Palestinians Share Accounts of Village Destruction</w:t>
      </w:r>
    </w:p>
    <w:p>
      <w:r>
        <w:rPr>
          <w:b/>
        </w:rPr>
        <w:t xml:space="preserve">Izvor: </w:t>
      </w:r>
      <w:r>
        <w:rPr>
          <w:color w:val="0F766E"/>
        </w:rPr>
        <w:t>https://minbarlive.com/videos/abc-news-1967-bob-young-reports-from-a-refugee-camp-in-amman</w:t>
      </w:r>
    </w:p>
    <w:p/>
    <w:p>
      <w:r>
        <w:rPr>
          <w:i/>
        </w:rPr>
        <w:t>ABC News correspondent Bob Young reports from a refugee camp in Amman in 1967, documenting accounts from displaced Palestinians—predominantly women and children—who describe forced displacement, village destruction, and their perception that the Western world ignores their suffering.</w:t>
      </w:r>
    </w:p>
    <w:p/>
    <w:p>
      <w:r>
        <w:rPr>
          <w:b/>
        </w:rPr>
        <w:t>Sažetak</w:t>
      </w:r>
    </w:p>
    <w:p>
      <w:r>
        <w:t>In this 1967 ABC News report from Amman, correspondent Bob Young visits the largest Palestinian refugee camp, housing 7,500 people with more arriving daily. The camp population is predominantly women and children; men remain largely out of sight, described as nursing desperation and hatred. Young documents refugees' accounts of forced displacement, including being herded at night, marched with hands raised for miles under gunfire, and witnessing the deliberate destruction of their villages to force evacuation. The refugees express a conviction that the Western world does not want to hear their testimony. They characterize Israel as the 51st state of the United States and attribute their displacement and suffering to American imperialism. Young closes with an observation on the psychological toll: the only growth visible in the camp are what he calls 'seeds of revenge.'</w:t>
      </w:r>
    </w:p>
    <w:p/>
    <w:p>
      <w:r>
        <w:rPr>
          <w:b/>
        </w:rPr>
        <w:t>Ključne poruke</w:t>
      </w:r>
    </w:p>
    <w:p>
      <w:pPr>
        <w:pStyle w:val="ListBullet"/>
      </w:pPr>
      <w:r>
        <w:t>The refugee camp in Amman housed 7,500 people in 1967, with a population predominantly of women and children, and continued to receive new arrivals.</w:t>
      </w:r>
    </w:p>
    <w:p>
      <w:pPr>
        <w:pStyle w:val="ListBullet"/>
      </w:pPr>
      <w:r>
        <w:t>Refugees reported being forcibly displaced through night-time roundups, forced marches under armed guard, and gunfire, according to their eyewitness accounts.</w:t>
      </w:r>
    </w:p>
    <w:p>
      <w:pPr>
        <w:pStyle w:val="ListBullet"/>
      </w:pPr>
      <w:r>
        <w:t>Multiple villages were deliberately destroyed to compel residents to leave, as described by displaced Palestinians interviewed in the camp.</w:t>
      </w:r>
    </w:p>
    <w:p>
      <w:pPr>
        <w:pStyle w:val="ListBullet"/>
      </w:pPr>
      <w:r>
        <w:t>Refugees believed their accounts were being deliberately ignored by the Western world and attributed responsibility to American support for Israel.</w:t>
      </w:r>
    </w:p>
    <w:p>
      <w:pPr>
        <w:pStyle w:val="ListBullet"/>
      </w:pPr>
      <w:r>
        <w:t>The psychological impact of displacement and perceived international indifference was reflected in what Young characterized as a climate of deepening resentment in the camp.</w:t>
      </w:r>
    </w:p>
    <w:p/>
    <w:p>
      <w:r>
        <w:rPr>
          <w:b/>
        </w:rPr>
        <w:t>Članak</w:t>
      </w:r>
    </w:p>
    <w:p>
      <w:r>
        <w:rPr>
          <w:b/>
          <w:color w:val="0F766E"/>
          <w:sz w:val="26"/>
        </w:rPr>
        <w:t>Camp Population and Refugee Composition</w:t>
      </w:r>
    </w:p>
    <w:p/>
    <w:p>
      <w:r>
        <w:t>Most of the refugees in this camp are women and children. Some of the husbands are present as well, but they remain out of sight, nursing feelings of desperation and hatred and unwilling to be filmed. This largest of the refugee camps has a population of 7,500, with more arriving every day.</w:t>
      </w:r>
    </w:p>
    <w:p/>
    <w:p>
      <w:r>
        <w:rPr>
          <w:b/>
          <w:color w:val="0F766E"/>
          <w:sz w:val="26"/>
        </w:rPr>
        <w:t>Accounts of Displacement and Military Operations</w:t>
      </w:r>
    </w:p>
    <w:p/>
    <w:p>
      <w:r>
        <w:t>Virtually all of the refugees bring stories of Israeli brutality. They describe being herded together at night, taken part of the way to the river, and made to walk with their hands in the air for miles as Israeli troops hurried them along with bursts of gunfire over their heads. Several of their villages were deliberately destroyed, according to the refugees' accounts, so that they would have to leave.</w:t>
      </w:r>
    </w:p>
    <w:p/>
    <w:p>
      <w:r>
        <w:rPr>
          <w:b/>
          <w:color w:val="0F766E"/>
          <w:sz w:val="26"/>
        </w:rPr>
        <w:t>Perceptions of International Response and Causation</w:t>
      </w:r>
    </w:p>
    <w:p/>
    <w:p>
      <w:r>
        <w:t>The refugees do not believe that the Western world wants to know their story. They say that Israel is the 51st state of the United States, and they attribute the cause of their misery to American imperialism.</w:t>
      </w:r>
    </w:p>
    <w:p/>
    <w:p>
      <w:r>
        <w:rPr>
          <w:b/>
          <w:color w:val="0F766E"/>
          <w:sz w:val="26"/>
        </w:rPr>
        <w:t>Current Conditions</w:t>
      </w:r>
    </w:p>
    <w:p/>
    <w:p>
      <w:r>
        <w:t>The only thing growing in this camp are seeds of revenge.</w:t>
      </w:r>
    </w:p>
    <w:p/>
    <w:p>
      <w:r>
        <w:rPr>
          <w:i/>
        </w:rPr>
        <w:t>Bob Young, ABC News, Amman</w:t>
      </w:r>
    </w:p>
    <w:p/>
    <w:p>
      <w:r>
        <w:rPr>
          <w:b/>
        </w:rPr>
        <w:t>Reference i teme</w:t>
      </w:r>
    </w:p>
    <w:p>
      <w:r>
        <w:t>Teme: #Palestinian refugees, #1967 displacement, #Amman refugee camp, #Israeli military operations, #Forced displacement and village destruction, #International response and Western perceptions, #Eyewitness testimony</w:t>
      </w:r>
    </w:p>
    <w:p/>
    <w:p>
      <w:r>
        <w:rPr>
          <w:i/>
          <w:color w:val="94A3B8"/>
          <w:sz w:val="16"/>
        </w:rPr>
        <w:t>Generated by MinbarLive — Knowledge Library · https://minbarlive.com/videos/abc-news-1967-bob-young-reports-from-a-refugee-camp-in-amman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