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adam - Ex-Mossad Ari Ben Menashe confirms Netanyahu is BLACKMAILING Trump.  ...</w:t>
      </w:r>
    </w:p>
    <w:p>
      <w:r>
        <w:rPr>
          <w:b/>
        </w:rPr>
        <w:t xml:space="preserve">Izvor: </w:t>
      </w:r>
      <w:r>
        <w:rPr>
          <w:color w:val="0F766E"/>
        </w:rPr>
        <w:t>https://minbarlive.com/videos/adam-ex-mossad-ari-ben-menashe-confirms-netanyahu-is-blackmailing-trump</w:t>
      </w:r>
    </w:p>
    <w:p/>
    <w:p>
      <w:r>
        <w:rPr>
          <w:i/>
        </w:rPr>
        <w:t>This lecture claims the Israeli government has leveraged compromising information about U.S. presidents—particularly through Jeffrey Epstein—to control American Middle East policy and prevent peace agreements. The speaker argues this blackmail has trapped successive administrations and calls on current leaders to prioritize morality over coercion.</w:t>
      </w:r>
    </w:p>
    <w:p/>
    <w:p>
      <w:r>
        <w:rPr>
          <w:b/>
        </w:rPr>
        <w:t>Sažetak</w:t>
      </w:r>
    </w:p>
    <w:p>
      <w:r>
        <w:t>The speaker presents a controversial thesis that the Israeli government has used Jeffrey Epstein and other intelligence tools to obtain blackmail material on U.S. presidents, thereby controlling American foreign policy in the Middle East. Drawing on the Clinton-era peace negotiations between Israel, Palestine, and the U.S., the speaker contends that both President Clinton and Prime Minister Barak were compromised by Epstein, preventing a two-state solution. The lecture extends this argument to the Trump administration, suggesting Israel continues to use leverage—including alleged material from the Epstein network—to prevent Trump from ending military operations in Gaza. The speaker references the suspicious death of Robert Maxwell and historical questions about Israeli involvement in President Kennedy's assassination to illustrate what he frames as a pattern of Israeli control over American decision-making. Throughout, the speaker urges current leadership to break free from this alleged coercion and prioritize humanitarian concerns and moral leadership over fear.</w:t>
      </w:r>
    </w:p>
    <w:p/>
    <w:p>
      <w:r>
        <w:rPr>
          <w:b/>
        </w:rPr>
        <w:t>Ključne poruke</w:t>
      </w:r>
    </w:p>
    <w:p>
      <w:pPr>
        <w:pStyle w:val="ListBullet"/>
      </w:pPr>
      <w:r>
        <w:t>The speaker claims Jeffrey Epstein served as a tool for Israeli intelligence to gather blackmail material on U.S. presidents and senior officials, including Bill Clinton and Ehud Barak.</w:t>
      </w:r>
    </w:p>
    <w:p>
      <w:pPr>
        <w:pStyle w:val="ListBullet"/>
      </w:pPr>
      <w:r>
        <w:t>According to the speaker's analysis, compromising information obtained through Epstein prevented the Clinton administration from finalizing a two-state peace agreement in the 1990s.</w:t>
      </w:r>
    </w:p>
    <w:p>
      <w:pPr>
        <w:pStyle w:val="ListBullet"/>
      </w:pPr>
      <w:r>
        <w:t>The speaker argues Israel continues to leverage alleged Epstein-related material to constrain President Trump's ability to end military operations in Gaza.</w:t>
      </w:r>
    </w:p>
    <w:p>
      <w:pPr>
        <w:pStyle w:val="ListBullet"/>
      </w:pPr>
      <w:r>
        <w:t>The speaker references the deaths of Robert Maxwell and questions about President Kennedy's assassination as examples of what he frames as Israeli elimination of threats to their interests.</w:t>
      </w:r>
    </w:p>
    <w:p>
      <w:pPr>
        <w:pStyle w:val="ListBullet"/>
      </w:pPr>
      <w:r>
        <w:t>The speaker calls on U.S. leaders to prioritize moral action—ending the Gaza conflict—over fear of blackmail or exposure of personal misconduct.</w:t>
      </w:r>
    </w:p>
    <w:p>
      <w:pPr>
        <w:pStyle w:val="ListBullet"/>
      </w:pPr>
      <w:r>
        <w:t>The speaker suggests that public awareness and mounting international pressure on the humanitarian crisis may eventually force an end to Israeli control over U.S. policy.</w:t>
      </w:r>
    </w:p>
    <w:p/>
    <w:p>
      <w:r>
        <w:rPr>
          <w:b/>
        </w:rPr>
        <w:t>Članak</w:t>
      </w:r>
    </w:p>
    <w:p>
      <w:r>
        <w:rPr>
          <w:b/>
          <w:color w:val="0F766E"/>
          <w:sz w:val="26"/>
        </w:rPr>
        <w:t>American Government Trapped by Israeli Leverage</w:t>
      </w:r>
    </w:p>
    <w:p/>
    <w:p>
      <w:r>
        <w:t>I believe that the American government is, in a sense, trapped by the Israelis, and Jeffrey Epstein has been one of their tools to accomplish this. To illustrate this point, consider what happened during the Clinton administration: when President Bill Clinton, Prime Minister Ehud Barak, and Yasser Arafat were negotiating in the 1990s, they were on the verge of reaching a two-state solution agreement. However, that deal never materialized. The reason, as I understand it, was Epstein. Both Clinton and Barak were being blackmailed by Epstein. Ehud Barak was also a personal friend of Epstein at the time, but he was simultaneously being pressured by the Israeli right wing as well. This combination of pressures from multiple directions effectively stopped the agreement with Arafat from moving forward.</w:t>
      </w:r>
    </w:p>
    <w:p/>
    <w:p>
      <w:r>
        <w:t>Jeffrey Epstein, presumably being used as a tool by the Israelis, helped to change the course of history in this region. The Israelis have trapped a number of U.S. presidents by leveraging Epstein and the compromising information he possessed. It wasn't only about sexual misconduct; it was also about the money—where the money was coming from, and how that could be used as leverage. Everything remains stuck over Gaza, and I believe the reason is that the Israelis have the American government captive because of what happened with Epstein in the past.</w:t>
      </w:r>
    </w:p>
    <w:p/>
    <w:p>
      <w:r>
        <w:rPr>
          <w:b/>
          <w:color w:val="0F766E"/>
          <w:sz w:val="26"/>
        </w:rPr>
        <w:t>Trump, Blackmail, and the Gaza Conflict</w:t>
      </w:r>
    </w:p>
    <w:p/>
    <w:p>
      <w:r>
        <w:t>Consider how Rupert Murdoch's Wall Street Journal obtained and published a birthday card that Trump had sent to Epstein. Where did they get that from? I don't believe Trump wants to continue this war or the genocide in Gaza. I think it's the Israelis who are holding him back from ending it. Given Trump's demonstrated ability to exercise maverick power and create peace in situations like North Korea and Palestine, one might reasonably ask: why do the Israelis need to maintain leverage over him through something like the Epstein material? Why can't they simply assassinate Donald Trump, as there is historical speculation they may have done with President John F. Kennedy with the help of Israeli intelligence? The answer is that assassination doesn't always work, and it's unreliable. There have been attempts on Trump's life—before the election, in fact.</w:t>
      </w:r>
    </w:p>
    <w:p/>
    <w:p>
      <w:r>
        <w:t>I'm not certain how far this situation will go, because people are watching pictures of starving children all over the world, and there is mounting pressure on politicians to say enough is enough. I believe the Israelis are committing harakiri—a form of self-destruction—by pursuing this course, because eventually they will be stopped. However, in the immediate term, I think Trump can end the genocide right now if he simply stops being afraid of the Israelis. What are they going to do? Release information about how many girls he may have been involved with? Expose how many billions of dollars he may have taken? Let them say whatever they want to say. Morality should take over. I strongly encourage Trump to stop the genocide at any price, because it is the right thing to do.</w:t>
      </w:r>
    </w:p>
    <w:p/>
    <w:p>
      <w:r>
        <w:rPr>
          <w:b/>
          <w:color w:val="0F766E"/>
          <w:sz w:val="26"/>
        </w:rPr>
        <w:t>The Pattern of Israeli Control and Its Costs</w:t>
      </w:r>
    </w:p>
    <w:p/>
    <w:p>
      <w:r>
        <w:t>Robert Maxwell was an incredibly intelligent man who was trying to leverage things against the Israeli state, perhaps in connection with financial deals for his company. Look what happened to him. The Israelis can tell Trump at any time: "You try and mess with us, and see what happens." Maxwell was clever and had a heroic wartime record, but the Israelis were still able to eliminate him. I cannot directly comment on such matters, but I do hope that Donald Trump will consider the interests of the United States and the Middle East at heart and do the right thing. That is what I hope for.</w:t>
      </w:r>
    </w:p>
    <w:p/>
    <w:p>
      <w:r>
        <w:rPr>
          <w:b/>
        </w:rPr>
        <w:t>Reference i teme</w:t>
      </w:r>
    </w:p>
    <w:p>
      <w:r>
        <w:t>Teme: #Israeli-Palestinian conflict, #U.S. foreign policy, #political blackmail and leverage, #Gaza humanitarian crisis, #presidential decision-making under coercion, #Middle East peace negotiations, #moral leadership</w:t>
      </w:r>
    </w:p>
    <w:p/>
    <w:p>
      <w:r>
        <w:rPr>
          <w:i/>
          <w:color w:val="94A3B8"/>
          <w:sz w:val="16"/>
        </w:rPr>
        <w:t>Generated by MinbarLive — Knowledge Library · https://minbarlive.com/videos/adam-ex-mossad-ari-ben-menashe-confirms-netanyahu-is-blackmailing-trump</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