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Jonathan Pollard on Israel First Party, Regional Threats, and Strategic Options</w:t>
      </w:r>
    </w:p>
    <w:p>
      <w:r>
        <w:rPr>
          <w:b/>
        </w:rPr>
        <w:t xml:space="preserve">Govornik: </w:t>
      </w:r>
      <w:r>
        <w:t>Jonathan Pollard</w:t>
      </w:r>
    </w:p>
    <w:p>
      <w:r>
        <w:rPr>
          <w:b/>
        </w:rPr>
        <w:t xml:space="preserve">Izvor: </w:t>
      </w:r>
      <w:r>
        <w:rPr>
          <w:color w:val="0F766E"/>
        </w:rPr>
        <w:t>https://minbarlive.com/videos/american-born-israeli-spy-jonathan-pollard-israel-must-wipe-iran-off-the-map-in</w:t>
      </w:r>
    </w:p>
    <w:p/>
    <w:p>
      <w:r>
        <w:rPr>
          <w:i/>
        </w:rPr>
        <w:t>American-born Israeli spy Jonathan Pollard, joining the Israel First party, discusses Israel's regional security strategy in an Israeli television interview, arguing that Israel must independently eliminate Iran's IRGC, Hezbollah, and Hamas to prepare for future conflicts with Turkey and Egypt.</w:t>
      </w:r>
    </w:p>
    <w:p/>
    <w:p>
      <w:r>
        <w:rPr>
          <w:b/>
        </w:rPr>
        <w:t>Sažetak</w:t>
      </w:r>
    </w:p>
    <w:p>
      <w:r>
        <w:t>In an appearance on Israeli television, Jonathan Pollard announces his entry into politics by joining the Israel First party led by Knesset member Sharren Haskel. He outlines a comprehensive strategic vision for Israel's approach to regional threats. On Lebanon, Pollard argues Israel cannot allow Hezbollah to remain standing and should officially push its border northward, continuing operations until Hezbollah is completely destroyed. Regarding Iran, he expresses skepticism about relying on the United States and advocates for Israel to act independently under an 'Israel first' strategy, arguing that Israel has the necessary resources but lacks the willingness to eliminate Iran's IRGC (alongside Hezbollah and Hamas). Pollard identifies Turkey and Egypt as Israel's major strategic threats—Turkey in the north and Egypt in the south—and argues that Israel must address current threats proactively to avoid simultaneous multi-front conflict. He emphasizes that without eliminating these intermediate fronts first, Israel will face a dire situation.</w:t>
      </w:r>
    </w:p>
    <w:p/>
    <w:p>
      <w:r>
        <w:rPr>
          <w:b/>
        </w:rPr>
        <w:t>Ključne poruke</w:t>
      </w:r>
    </w:p>
    <w:p>
      <w:pPr>
        <w:pStyle w:val="ListBullet"/>
      </w:pPr>
      <w:r>
        <w:t>Pollard joined the Israel First party and used the platform to discuss his strategic vision for Israeli security.</w:t>
      </w:r>
    </w:p>
    <w:p>
      <w:pPr>
        <w:pStyle w:val="ListBullet"/>
      </w:pPr>
      <w:r>
        <w:t>Israel should not allow Hezbollah to remain standing and should push its northern border to the river, continuing operations until Hezbollah is completely destroyed.</w:t>
      </w:r>
    </w:p>
    <w:p>
      <w:pPr>
        <w:pStyle w:val="ListBullet"/>
      </w:pPr>
      <w:r>
        <w:t>Israel must act independently regarding Iran rather than relying on the United States, pursuing what Pollard calls an 'Israel first' strategy to eliminate Iran's IRGC.</w:t>
      </w:r>
    </w:p>
    <w:p>
      <w:pPr>
        <w:pStyle w:val="ListBullet"/>
      </w:pPr>
      <w:r>
        <w:t>Turkey (north) and Egypt (south) are identified as Israel's major strategic threats in the future, requiring proactive elimination of intermediate threats to prevent simultaneous multi-front conflict.</w:t>
      </w:r>
    </w:p>
    <w:p>
      <w:pPr>
        <w:pStyle w:val="ListBullet"/>
      </w:pPr>
      <w:r>
        <w:t>Pollard argues Israel possesses the necessary resources to execute this strategy but lacks the political willingness to do so.</w:t>
      </w:r>
    </w:p>
    <w:p/>
    <w:p>
      <w:r>
        <w:rPr>
          <w:b/>
        </w:rPr>
        <w:t>Članak</w:t>
      </w:r>
    </w:p>
    <w:p>
      <w:r>
        <w:rPr>
          <w:b/>
          <w:color w:val="0F766E"/>
          <w:sz w:val="26"/>
        </w:rPr>
        <w:t>Entry into Politics</w:t>
      </w:r>
    </w:p>
    <w:p/>
    <w:p>
      <w:r>
        <w:t xml:space="preserve">Israeli former spy Jonathan Pollard has announced he will join the </w:t>
      </w:r>
      <w:r>
        <w:rPr>
          <w:b/>
        </w:rPr>
        <w:t>Israel First party</w:t>
      </w:r>
      <w:r>
        <w:t>, led by Knesset member Sharren Haskel. In an appearance on Israeli television, Pollard discussed this significant step into politics and his views on Israel's regional security challenges.</w:t>
      </w:r>
    </w:p>
    <w:p/>
    <w:p>
      <w:r>
        <w:rPr>
          <w:b/>
          <w:color w:val="0F766E"/>
          <w:sz w:val="26"/>
        </w:rPr>
        <w:t>Approach to Lebanon and **Hezbollah**</w:t>
      </w:r>
    </w:p>
    <w:p/>
    <w:p>
      <w:r>
        <w:t>Regarding Lebanon, Pollard stated that Israel cannot allow Hezbollah to remain standing. He expressed support for officially pushing Israel's border north to the river and continuing operations until Hezbollah is completely destroyed.</w:t>
      </w:r>
    </w:p>
    <w:p/>
    <w:p>
      <w:r>
        <w:rPr>
          <w:b/>
          <w:color w:val="0F766E"/>
          <w:sz w:val="26"/>
        </w:rPr>
        <w:t>Iran as a Strategic Threat</w:t>
      </w:r>
    </w:p>
    <w:p/>
    <w:p>
      <w:r>
        <w:t>On the question of Iran, Pollard described it as a major threat to Israel. He emphasized that Israel should not wait on the United States, expressing uncertainty about what President Trump intends to do in this regard. Pollard articulated what he called a "third option" for Israel: to act independently under an "Israel first" strategy. He argued that while Israel has the resources necessary, it lacks the willingness to take Iran off the map, as he phrased it. According to Pollard, Israel must destroy the IRGC, not Iran proper, along with Hezbollah and Hamas in order to prepare for the next phase of conflict.</w:t>
      </w:r>
    </w:p>
    <w:p/>
    <w:p>
      <w:r>
        <w:rPr>
          <w:b/>
          <w:color w:val="0F766E"/>
          <w:sz w:val="26"/>
        </w:rPr>
        <w:t>Future Regional Threats</w:t>
      </w:r>
    </w:p>
    <w:p/>
    <w:p>
      <w:r>
        <w:t>Pollard identified Turkey and Egypt as Israel's major strategic threats going forward—Turkey in the north and Egypt in the south. He emphasized that unless Israel eliminates these other fronts before facing threats from Turkey and Egypt, the country will face a dire situation. Pollard stressed the necessity of addressing current threats proactively to prevent future vulnerability on multiple fronts simultaneously.</w:t>
      </w:r>
    </w:p>
    <w:p/>
    <w:p>
      <w:r>
        <w:rPr>
          <w:b/>
          <w:color w:val="0F766E"/>
          <w:sz w:val="26"/>
        </w:rPr>
        <w:t>Personal Reflections</w:t>
      </w:r>
    </w:p>
    <w:p/>
    <w:p>
      <w:r>
        <w:t>When asked what might surprise people who only know the public version of Jonathan Pollard, he responded simply that he has a sense of humor.</w:t>
      </w:r>
    </w:p>
    <w:p/>
    <w:p>
      <w:r>
        <w:rPr>
          <w:b/>
        </w:rPr>
        <w:t>Reference i teme</w:t>
      </w:r>
    </w:p>
    <w:p>
      <w:r>
        <w:t>Teme: #Israeli-Iranian relations, #Israeli security strategy, #Hezbollah, #Israeli politics, #Regional conflicts, #Israel First party</w:t>
      </w:r>
    </w:p>
    <w:p/>
    <w:p>
      <w:r>
        <w:rPr>
          <w:i/>
          <w:color w:val="94A3B8"/>
          <w:sz w:val="16"/>
        </w:rPr>
        <w:t>Generated by MinbarLive — Knowledge Library · https://minbarlive.com/videos/american-born-israeli-spy-jonathan-pollard-israel-must-wipe-iran-off-the-map-in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