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A 84 anni, la sacerdotessa in pensione, Reverenda Sue Parfitt, dice che rischierà comunque l'arresto per la Palestina</w:t>
      </w:r>
    </w:p>
    <w:p>
      <w:r>
        <w:rPr>
          <w:b/>
        </w:rPr>
        <w:t xml:space="preserve">Izvor: </w:t>
      </w:r>
      <w:r>
        <w:rPr>
          <w:color w:val="0F766E"/>
        </w:rPr>
        <w:t>https://minbarlive.com/videos/it/a-84-anni-la-sacerdotessa-in-pensione-reverenda-sue-parfitt-dice-che-rischiera-c</w:t>
      </w:r>
    </w:p>
    <w:p/>
    <w:p>
      <w:r>
        <w:rPr>
          <w:i/>
        </w:rPr>
        <w:t>A 84 anni, la reverenda in pensione Sue Parfitt sostiene pubblicamente Palestine Action, un'organizzazione che danneggia le attrezzature di produzione di armi, e invita altri a unirsi nonostante i rischi legali e le accuse di estremismo.</w:t>
      </w:r>
    </w:p>
    <w:p/>
    <w:p>
      <w:r>
        <w:rPr>
          <w:b/>
        </w:rPr>
        <w:t>Sažetak</w:t>
      </w:r>
    </w:p>
    <w:p>
      <w:r>
        <w:t>La reverenda anglicana in pensione Sue Parfitt, di 84 anni, parla apertamente del suo supporto per Palestine Action, un'organizzazione attivista impegnata in azioni dirette contro i produttori di armi. Nonostante la sua fragilità fisica limiti il suo attivismo, Parfitt inquadra il suo sostegno come un contributo significativo alla solidarietà con la Palestina. Caratterizza le tattiche di Palestine Action—danneggiare le strutture di produzione di armi—come una risposta a quello che definisce genocidio. Parfitt riconosce che il suo sostegno vocale le ha fatto guadagnare l'etichetta di terrorista, una caratterizzazione che respinge. Posiziona Palestine Action come "la parte più attiva" di un movimento di base più ampio per i diritti palestinesi in Gran Bretagna e invita esplicitamente altri a unirsi all'organizzazione, reclutando efficacemente sostenitori nonostante le conseguenze legali e reputazionali che affronta.</w:t>
      </w:r>
    </w:p>
    <w:p/>
    <w:p>
      <w:r>
        <w:rPr>
          <w:b/>
        </w:rPr>
        <w:t>Ključne poruke</w:t>
      </w:r>
    </w:p>
    <w:p>
      <w:pPr>
        <w:pStyle w:val="ListBullet"/>
      </w:pPr>
      <w:r>
        <w:t>A 84 anni e con problemi di salute, Parfitt sostiene Palestine Action come la forma di attivismo più significativa per lei.</w:t>
      </w:r>
    </w:p>
    <w:p>
      <w:pPr>
        <w:pStyle w:val="ListBullet"/>
      </w:pPr>
      <w:r>
        <w:t>Parfitt approva le tattiche di azione diretta di Palestine Action, in particolare la distruzione di attrezzature per la produzione di armi, definendo questi atti come risposte al genocidio.</w:t>
      </w:r>
    </w:p>
    <w:p>
      <w:pPr>
        <w:pStyle w:val="ListBullet"/>
      </w:pPr>
      <w:r>
        <w:t>Parfitt caratterizza Palestine Action come il "fronte avanzato" di un movimento più ampio a sostegno dei palestinesi in Gran Bretagna.</w:t>
      </w:r>
    </w:p>
    <w:p>
      <w:pPr>
        <w:pStyle w:val="ListBullet"/>
      </w:pPr>
      <w:r>
        <w:t>Parfitt riconosce apertamente che il suo sostegno a Palestine Action ha portato a accuse di terrorismo e accetta questo rischio legale e sociale.</w:t>
      </w:r>
    </w:p>
    <w:p>
      <w:pPr>
        <w:pStyle w:val="ListBullet"/>
      </w:pPr>
      <w:r>
        <w:t>Parfitt utilizza la sua piattaforma pubblica per reclutare attivamente altri a unirsi a Palestine Action, nonostante sia consapevole delle potenziali conseguenze legali e reputazionali.</w:t>
      </w:r>
    </w:p>
    <w:p/>
    <w:p>
      <w:r>
        <w:rPr>
          <w:b/>
        </w:rPr>
        <w:t>Članak</w:t>
      </w:r>
    </w:p>
    <w:p>
      <w:r>
        <w:rPr>
          <w:b/>
          <w:color w:val="0F766E"/>
          <w:sz w:val="26"/>
        </w:rPr>
        <w:t>Cosa Posso Fare alla Mia Età</w:t>
      </w:r>
    </w:p>
    <w:p/>
    <w:p>
      <w:r>
        <w:t>Cosa posso fare alla mia età? La mia fragilità significa che posso fare molto poco. Faccio ciò che posso per sostenere i palestinesi. La cosa migliore che potrei fare è sostenere l'organizzazione conosciuta come Palestine Action, perché hanno avuto il coraggio di distruggere le armi che stanno producendo il genocidio. Quindi vi chiedo di sostenere Palestine Action. Unitevi a me.</w:t>
      </w:r>
    </w:p>
    <w:p/>
    <w:p>
      <w:r>
        <w:rPr>
          <w:b/>
          <w:color w:val="0F766E"/>
          <w:sz w:val="26"/>
        </w:rPr>
        <w:t>Insieme a Palestine Action</w:t>
      </w:r>
    </w:p>
    <w:p/>
    <w:p>
      <w:r>
        <w:t>Sono orgoglioso, come sempre, di essere associato a qualsiasi cosa che supporti Palestine Action, che è il fronte avanzato del grande movimento a sostegno dei palestinesi in questo paese. Sostengo ciò che stanno organizzando e continuo a sostenerlo. Apparentemente questo mi rende un terrorista. Va bene.</w:t>
      </w:r>
    </w:p>
    <w:p/>
    <w:p>
      <w:r>
        <w:rPr>
          <w:b/>
        </w:rPr>
        <w:t>Reference i teme</w:t>
      </w:r>
    </w:p>
    <w:p>
      <w:r>
        <w:t>Teme: #attivismo di Palestine Action, #produzione di armi e Palestina, #movimenti di solidarietà palestinese (Gran Bretagna), #azione diretta e disobbedienza civile, #conseguenze legali della protesta, #accuse di genocidio (Gaza)</w:t>
      </w:r>
    </w:p>
    <w:p/>
    <w:p>
      <w:r>
        <w:rPr>
          <w:i/>
          <w:color w:val="94A3B8"/>
          <w:sz w:val="16"/>
        </w:rPr>
        <w:t>Generated by MinbarLive — Knowledge Library · https://minbarlive.com/videos/it/a-84-anni-la-sacerdotessa-in-pensione-reverenda-sue-parfitt-dice-che-rischiera-c</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