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Benjamin Netanyahu, U.S. foreign policy, Israeli-Palestinian news</w:t>
      </w:r>
    </w:p>
    <w:p>
      <w:r>
        <w:rPr>
          <w:b/>
        </w:rPr>
        <w:t xml:space="preserve">Govornik: </w:t>
      </w:r>
      <w:r>
        <w:t>Nicole Jenes</w:t>
      </w:r>
    </w:p>
    <w:p>
      <w:r>
        <w:rPr>
          <w:b/>
        </w:rPr>
        <w:t xml:space="preserve">Izvor: </w:t>
      </w:r>
      <w:r>
        <w:rPr>
          <w:color w:val="0F766E"/>
        </w:rPr>
        <w:t>https://minbarlive.com/videos/benjamin-netanyahu-u-s-foreign-policy-israeli-palestinian-news</w:t>
      </w:r>
    </w:p>
    <w:p/>
    <w:p>
      <w:r>
        <w:rPr>
          <w:i/>
        </w:rPr>
        <w:t>A critical commentary on Benjamin Netanyahu's visit to the United States, characterizing him as a controversial and widely condemned figure while questioning congressional support and American military involvement in Middle Eastern conflicts.</w:t>
      </w:r>
    </w:p>
    <w:p/>
    <w:p>
      <w:r>
        <w:rPr>
          <w:b/>
        </w:rPr>
        <w:t>Sažetak</w:t>
      </w:r>
    </w:p>
    <w:p>
      <w:r>
        <w:t>This commentary provides a scathing critique of Benjamin Netanyahu's presence in the United States, describing him as a polarizing political figure accused of war crimes and facing potential legal consequences. The speaker expresses concern about congressional endorsement of Netanyahu, referencing a scene at Lindsey Graham's funeral where they claim Netanyahu directed U.S. political figures. The commentary highlights what the speaker views as hypocrisy in American foreign policy, arguing that American military personnel have been sent to die in conflicts abroad while domestic political theater celebrates foreign leaders. The speaker emphasizes the human cost of these policies, particularly regarding Palestinian civilians, and characterizes the broader situation as a tragic, taxpayer-funded spectacle disconnected from accountability.</w:t>
      </w:r>
    </w:p>
    <w:p/>
    <w:p>
      <w:r>
        <w:rPr>
          <w:b/>
        </w:rPr>
        <w:t>Ključne poruke</w:t>
      </w:r>
    </w:p>
    <w:p>
      <w:pPr>
        <w:pStyle w:val="ListBullet"/>
      </w:pPr>
      <w:r>
        <w:t>Netanyahu's visit to the U.S. occurs amid allegations of war crimes and speculation about possible legal consequences in New York.</w:t>
      </w:r>
    </w:p>
    <w:p>
      <w:pPr>
        <w:pStyle w:val="ListBullet"/>
      </w:pPr>
      <w:r>
        <w:t>The speaker claims that the U.S. Congress has supported Netanyahu despite characterizing him as a controversial and destructive figure.</w:t>
      </w:r>
    </w:p>
    <w:p>
      <w:pPr>
        <w:pStyle w:val="ListBullet"/>
      </w:pPr>
      <w:r>
        <w:t>A funeral scene is described as exemplifying political figures deferring to Netanyahu, with the speaker characterizing this as performative and serving foreign interests.</w:t>
      </w:r>
    </w:p>
    <w:p>
      <w:pPr>
        <w:pStyle w:val="ListBullet"/>
      </w:pPr>
      <w:r>
        <w:t>The speaker argues that American military personnel have been deployed in conflicts benefiting foreign powers while receiving minimal public attention or honor.</w:t>
      </w:r>
    </w:p>
    <w:p>
      <w:pPr>
        <w:pStyle w:val="ListBullet"/>
      </w:pPr>
      <w:r>
        <w:t>The commentary criticizes what it describes as the involvement of international figures (including Ukrainian and Lebanese actors) in supporting what the speaker calls destructive policies.</w:t>
      </w:r>
    </w:p>
    <w:p>
      <w:pPr>
        <w:pStyle w:val="ListBullet"/>
      </w:pPr>
      <w:r>
        <w:t>The speaker uses metaphorical and critical language to characterize the relationship between U.S. political leadership and foreign policy commitments.</w:t>
      </w:r>
    </w:p>
    <w:p/>
    <w:p>
      <w:r>
        <w:rPr>
          <w:b/>
        </w:rPr>
        <w:t>Članak</w:t>
      </w:r>
    </w:p>
    <w:p>
      <w:r>
        <w:rPr>
          <w:b/>
          <w:color w:val="0F766E"/>
          <w:sz w:val="26"/>
        </w:rPr>
        <w:t>A Controversial Figure Arrives</w:t>
      </w:r>
    </w:p>
    <w:p/>
    <w:p>
      <w:r>
        <w:t>The President of United Slaves of Israel is officially in town. Described as polished by DNA and self-proclaimed indigenous to a promised land, this figure is characterized as a war criminal and much-anticipated persona non grata in New York, with the possibility of arrest there. The speaker notes the uncertainty of whether such an arrest will actually occur.</w:t>
      </w:r>
    </w:p>
    <w:p/>
    <w:p>
      <w:r>
        <w:rPr>
          <w:b/>
          <w:color w:val="0F766E"/>
          <w:sz w:val="26"/>
        </w:rPr>
        <w:t>Allegations and Criticisms</w:t>
      </w:r>
    </w:p>
    <w:p/>
    <w:p>
      <w:r>
        <w:t xml:space="preserve">The speaker raises allegations linking this figure to pedophiles in the Epstein Files and characterizes him as the owner of the most saliva polished shoes on earth. The individual is identified as </w:t>
      </w:r>
      <w:r>
        <w:rPr>
          <w:b/>
        </w:rPr>
        <w:t>Benjamin Netanyahu</w:t>
      </w:r>
      <w:r>
        <w:t>, referred to also as Milkowski and Voldemort. The speaker claims that the entire United States Congress has uploaded what they describe as this blood-soaked hands, suggesting complicity or support.</w:t>
      </w:r>
    </w:p>
    <w:p/>
    <w:p>
      <w:r>
        <w:rPr>
          <w:b/>
          <w:color w:val="0F766E"/>
          <w:sz w:val="26"/>
        </w:rPr>
        <w:t>Congressional Theater and International Figures</w:t>
      </w:r>
    </w:p>
    <w:p/>
    <w:p>
      <w:r>
        <w:t>The speaker references a scene at Lindsey Graham's funeral, describing it as involving Netanyahu humiliating and giving orders to Pete Hegseth and Marco Rubio. Graham is characterized as a warmonger who spent his entire life leaking boots, only to be forgotten in disgrace minutes after his death. The speaker describes the funeral as another casting call for what they call a new movie, "Top Goy," described as a sequel to Top Gun where politicians are actively fighting each other to serve their master. The scene also included Zelensky, characterized as the eternal Vogue magazine victim and forever in service of everyone but his own people, taking orders as well. The speaker calls this a tragic, tax-funded spectacle.</w:t>
      </w:r>
    </w:p>
    <w:p/>
    <w:p>
      <w:r>
        <w:rPr>
          <w:b/>
          <w:color w:val="0F766E"/>
          <w:sz w:val="26"/>
        </w:rPr>
        <w:t>Neglected Sacrifice</w:t>
      </w:r>
    </w:p>
    <w:p/>
    <w:p>
      <w:r>
        <w:t>The speaker emphasizes that American sons and daughters sent to die for Israel received no attention amid this display. While this horror show unfolds on American soil, the world pays less and less attention to what the speaker calls the absolute scum of the Zionist regime posing proudly with blindfolded Palestinian teenagers.</w:t>
      </w:r>
    </w:p>
    <w:p/>
    <w:p>
      <w:r>
        <w:rPr>
          <w:b/>
          <w:color w:val="0F766E"/>
          <w:sz w:val="26"/>
        </w:rPr>
        <w:t>The Broader Picture</w:t>
      </w:r>
    </w:p>
    <w:p/>
    <w:p>
      <w:r>
        <w:t>The speaker references a Zionist Lebanese banker involved in serving what they describe as soup made directly from the blood of the Lebanese people, showing what they call the textbook definition of disgrace. The speaker concludes by stating that Netanyahu is walking around as if he owns the place, adding the assertion that he does own it.</w:t>
      </w:r>
    </w:p>
    <w:p/>
    <w:p>
      <w:r>
        <w:rPr>
          <w:b/>
        </w:rPr>
        <w:t>Reference i teme</w:t>
      </w:r>
    </w:p>
    <w:p>
      <w:r>
        <w:t>Teme: #Benjamin Netanyahu, #U.S. foreign policy, #Israeli-Palestinian conflict, #Congressional politics, #War crimes allegations, #American military involvement, #Political criticism</w:t>
      </w:r>
    </w:p>
    <w:p/>
    <w:p>
      <w:r>
        <w:rPr>
          <w:i/>
          <w:color w:val="94A3B8"/>
          <w:sz w:val="16"/>
        </w:rPr>
        <w:t>Generated by MinbarLive — Knowledge Library · https://minbarlive.com/videos/benjamin-netanyahu-u-s-foreign-policy-israeli-palestinian-news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