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Brazil's leading presidential candidate, Flávio Bolsonaro, says that if he is elected, he will build his country into the "Kingdom of Israel"</w:t>
      </w:r>
    </w:p>
    <w:p>
      <w:r>
        <w:rPr>
          <w:b/>
        </w:rPr>
        <w:t xml:space="preserve">Izvor: </w:t>
      </w:r>
      <w:r>
        <w:rPr>
          <w:color w:val="0F766E"/>
        </w:rPr>
        <w:t>https://minbarlive.com/videos/brazil-s-leading-presidential-candidate-flavio-bolsonaro-says-that-if-he-is-elec</w:t>
      </w:r>
    </w:p>
    <w:p/>
    <w:p>
      <w:r>
        <w:rPr>
          <w:i/>
        </w:rPr>
        <w:t>Flávio Bolsonaro outlines plans to expand Brazil-Israel diplomatic and military relations, appoint a pro-Israel ambassador, and relocate Brazil's embassy to Jerusalem early in his government.</w:t>
      </w:r>
    </w:p>
    <w:p/>
    <w:p>
      <w:r>
        <w:rPr>
          <w:b/>
        </w:rPr>
        <w:t>Sažetak</w:t>
      </w:r>
    </w:p>
    <w:p>
      <w:r>
        <w:t>In this statement, Flávio Bolsonaro articulates a comprehensive policy platform on Brazil-Israel relations. He commits not merely to restoring but significantly expanding diplomatic and military ties between the two countries. Bolsonaro emphasizes Brazil's Jewish population of over 120,000 and argues that countries treating their Jewish communities poorly ultimately harm themselves. He proposes appointing a businessman-diplomat ambassador aligned with both nations' principles, and envisions broad economic and cooperative partnerships, including expanded Brazilian business presence in Israel. A central commitment is the relocation of Brazil's embassy from Tel Aviv to Jerusalem, which he frames as both a continuation of former President Jair Bolsonaro's initiative and a personal priority to be accomplished early in his government. Bolsonaro grounds his position in evangelical Christian faith and stated admiration for Israel.</w:t>
      </w:r>
    </w:p>
    <w:p/>
    <w:p>
      <w:r>
        <w:rPr>
          <w:b/>
        </w:rPr>
        <w:t>Ključne poruke</w:t>
      </w:r>
    </w:p>
    <w:p>
      <w:pPr>
        <w:pStyle w:val="ListBullet"/>
      </w:pPr>
      <w:r>
        <w:t>Flávio Bolsonaro pledges to expand rather than merely restore Brazil-Israel diplomatic and military relations.</w:t>
      </w:r>
    </w:p>
    <w:p>
      <w:pPr>
        <w:pStyle w:val="ListBullet"/>
      </w:pPr>
      <w:r>
        <w:t>He plans to appoint an ambassador who is a businessman and diplomat sharing Brazil and Israel's principles and values.</w:t>
      </w:r>
    </w:p>
    <w:p>
      <w:pPr>
        <w:pStyle w:val="ListBullet"/>
      </w:pPr>
      <w:r>
        <w:t>Bolsonaro argues that countries mistreat themselves when they treat their Jewish populations poorly, and frames improved treatment of Brazil's 120,000-strong Jewish community as a priority.</w:t>
      </w:r>
    </w:p>
    <w:p>
      <w:pPr>
        <w:pStyle w:val="ListBullet"/>
      </w:pPr>
      <w:r>
        <w:t>He envisions comprehensive economic cooperation and partnerships, with Brazilian companies expanding presence and engagement in Israel.</w:t>
      </w:r>
    </w:p>
    <w:p>
      <w:pPr>
        <w:pStyle w:val="ListBullet"/>
      </w:pPr>
      <w:r>
        <w:t>Bolsonaro commits to relocating Brazil's embassy to Jerusalem early in his government, citing pandemic logistical delays in the previous administration and framing it as a personal legacy commitment.</w:t>
      </w:r>
    </w:p>
    <w:p>
      <w:pPr>
        <w:pStyle w:val="ListBullet"/>
      </w:pPr>
      <w:r>
        <w:t>He grounds his pro-Israel position in his evangelical Christian faith and stated admiration for the State of Israel and Jewish people.</w:t>
      </w:r>
    </w:p>
    <w:p/>
    <w:p>
      <w:r>
        <w:rPr>
          <w:b/>
        </w:rPr>
        <w:t>Članak</w:t>
      </w:r>
    </w:p>
    <w:p>
      <w:r>
        <w:rPr>
          <w:b/>
          <w:color w:val="0F766E"/>
          <w:sz w:val="26"/>
        </w:rPr>
        <w:t>Restoring and Expanding Diplomatic Ties</w:t>
      </w:r>
    </w:p>
    <w:p/>
    <w:p>
      <w:r>
        <w:t>When asked whether he would fully restore Brazil's diplomatic and military ties with Israel, Flávio Bolsonaro stated that he would not only restore these relations but expand them significantly. He expressed his desire for Israeli citizens to come to Brazil and indicated that he would appoint an ambassador to Israel who would be a genuine businessman and diplomat—someone who shares the same principles and values as both Brazil and Israel. Bolsonaro emphasized the historical relationship between the two countries, noting that over 120,000 Jewish people reside in Brazil, and that these individuals deserve better care.</w:t>
      </w:r>
    </w:p>
    <w:p/>
    <w:p>
      <w:r>
        <w:t>He articulated a perspective on the treatment of Jewish communities, arguing that when a country treats its Jewish population poorly, the country ultimately harms itself beyond just mistreating that particular group. Bolsonaro stated that this situation would change under his leadership. He underscored his commitment by citing his evangelical Christian faith, his admiration for the State of Israel, and his regard for the Jewish people as foundations for significantly improving bilateral relations.</w:t>
      </w:r>
    </w:p>
    <w:p/>
    <w:p>
      <w:r>
        <w:rPr>
          <w:b/>
          <w:color w:val="0F766E"/>
          <w:sz w:val="26"/>
        </w:rPr>
        <w:t>Future Cooperation and Economic Partnerships</w:t>
      </w:r>
    </w:p>
    <w:p/>
    <w:p>
      <w:r>
        <w:t>Bolsonaro outlined his vision for substantial cooperative agreements between Brazil and Israel across all areas where Israel could collaborate with Brazil. He expressed confidence that many Brazilian companies and entrepreneurs would be interested in expanding their presence in Israel and learning more about the country, which he described as wonderful and fantastic.</w:t>
      </w:r>
    </w:p>
    <w:p/>
    <w:p>
      <w:r>
        <w:rPr>
          <w:b/>
          <w:color w:val="0F766E"/>
          <w:sz w:val="26"/>
        </w:rPr>
        <w:t>**Embassy Relocation to Jerusalem**</w:t>
      </w:r>
    </w:p>
    <w:p/>
    <w:p>
      <w:r>
        <w:t>When asked specifically about his commitment to moving Brazil's embassy to Jerusalem, Bolsonaro confirmed his intention to do so early in his government, as quickly as possible. He framed this as a continuation of what former President Jair Bolsonaro had initiated. He acknowledged that logistical complications—specifically related to the pandemic—had prevented the completion of this project during the previous administration, but he characterized the embassy relocation as a personal, heartfelt commitment and a legacy he intended to fulfil.</w:t>
      </w:r>
    </w:p>
    <w:p/>
    <w:p>
      <w:r>
        <w:rPr>
          <w:b/>
        </w:rPr>
        <w:t>Reference i teme</w:t>
      </w:r>
    </w:p>
    <w:p>
      <w:r>
        <w:t>Teme: #Brazil-Israel diplomatic relations, #Embassy relocation to Jerusalem, #Jewish communities in Brazil, #Brazil-Israel economic cooperation, #Evangelical Christian perspective on Israel</w:t>
      </w:r>
    </w:p>
    <w:p/>
    <w:p>
      <w:r>
        <w:rPr>
          <w:i/>
          <w:color w:val="94A3B8"/>
          <w:sz w:val="16"/>
        </w:rPr>
        <w:t>Generated by MinbarLive — Knowledge Library · https://minbarlive.com/videos/brazil-s-leading-presidential-candidate-flavio-bolsonaro-says-that-if-he-is-elec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