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Finkelstein: Israel ist zu einer Nation von Kindermördern geworden</w:t>
      </w:r>
    </w:p>
    <w:p>
      <w:r>
        <w:rPr>
          <w:b/>
        </w:rPr>
        <w:t xml:space="preserve">Izvor: </w:t>
      </w:r>
      <w:r>
        <w:rPr>
          <w:color w:val="0F766E"/>
        </w:rPr>
        <w:t>https://minbarlive.com/videos/de/finkelstein-israel-ist-zu-einer-nation-von-kindermoerdern-geworden</w:t>
      </w:r>
    </w:p>
    <w:p/>
    <w:p>
      <w:r>
        <w:rPr>
          <w:i/>
        </w:rPr>
        <w:t>Ein Redner dokumentiert Gewalt gegen palästinensische Kinder durch UN-Berichte und Vorfälle mit israelischen Siedlern und Soldaten und argumentiert, dass solches Verhalten breitere Strömungen in der israelischen Gesellschaft widerspiegelt.</w:t>
      </w:r>
    </w:p>
    <w:p/>
    <w:p>
      <w:r>
        <w:rPr>
          <w:b/>
        </w:rPr>
        <w:t>Sažetak</w:t>
      </w:r>
    </w:p>
    <w:p>
      <w:r>
        <w:t>Dieses Zeugnis präsentiert dokumentierte Vorfälle von Gewalt gegen palästinensische Kinder und zitiert einen UN-Bericht über gezielte Tötungen. Der Sprecher beschreibt spezifische Fälle: Siedler, die auf ein Kind urinieren, Siedler, die junge Geschwister entführen und an einen Baum binden, Soldaten, die einen hörgeschädigten Teenager angreifen, und Soldaten, die eine Person am Boden erschießen, während sie filmen und medizinische Hilfe verhindern. Der Sprecher kontextualisiert diese Vorfälle innerhalb der israelischen Gesellschaft, indem er die Charakterisierungen von Palästinensern durch israelische Historiker und öffentliche Figuren erwähnt, und argumentiert, dass Israel als Bürgerarmee agiert, wodurch die Soldaten breitere gesellschaftliche Einstellungen repräsentieren. Der Sprecher schlussfolgert, dass Israel als eine Nation charakterisiert wurde, die Kinder tötet.</w:t>
      </w:r>
    </w:p>
    <w:p/>
    <w:p>
      <w:r>
        <w:rPr>
          <w:b/>
        </w:rPr>
        <w:t>Ključne poruke</w:t>
      </w:r>
    </w:p>
    <w:p>
      <w:pPr>
        <w:pStyle w:val="ListBullet"/>
      </w:pPr>
      <w:r>
        <w:t>Ein UN-Bericht dokumentiert gezielte Tötungen palästinensischer Kinder, einschließlich spezifischer Vorfälle mit Siedlern und Soldaten.</w:t>
      </w:r>
    </w:p>
    <w:p>
      <w:pPr>
        <w:pStyle w:val="ListBullet"/>
      </w:pPr>
      <w:r>
        <w:t>Dokumentierte Vorfälle umfassen Siedler, die auf ein Kind urinieren, sowie das Entführen und Fesseln junger Geschwister an einen Baum.</w:t>
      </w:r>
    </w:p>
    <w:p>
      <w:pPr>
        <w:pStyle w:val="ListBullet"/>
      </w:pPr>
      <w:r>
        <w:t>Israeli Soldaten griffen einen hörgeschädigten Teenager an und erschossen eine Person am Boden, während sie medizinische Hilfe blockierten und die Szene filmten.</w:t>
      </w:r>
    </w:p>
    <w:p>
      <w:pPr>
        <w:pStyle w:val="ListBullet"/>
      </w:pPr>
      <w:r>
        <w:t>Der Sprecher charakterisiert entmenschlichende Sprache über Palästinenser (beschrieben als 'kranke, psychotische Menschen') als typisch für die israelische Gesellschaft über das gesamte politische Spektrum hinweg.</w:t>
      </w:r>
    </w:p>
    <w:p>
      <w:pPr>
        <w:pStyle w:val="ListBullet"/>
      </w:pPr>
      <w:r>
        <w:t>Der Sprecher argumentiert, dass, da Israel eine Bürgerarmee unterhält, die Soldaten breitere gesellschaftliche Einstellungen und Werte repräsentieren.</w:t>
      </w:r>
    </w:p>
    <w:p>
      <w:pPr>
        <w:pStyle w:val="ListBullet"/>
      </w:pPr>
      <w:r>
        <w:t>Der Sprecher schlussfolgert, dass die dokumentierte Gewalt gegen Kinder institutionelle Muster widerspiegelt und nicht isolierte Vorfälle.</w:t>
      </w:r>
    </w:p>
    <w:p/>
    <w:p>
      <w:r>
        <w:rPr>
          <w:b/>
        </w:rPr>
        <w:t>Članak</w:t>
      </w:r>
    </w:p>
    <w:p>
      <w:r>
        <w:rPr>
          <w:b/>
          <w:color w:val="0F766E"/>
          <w:sz w:val="26"/>
        </w:rPr>
        <w:t>Charakterisierungen in der israelischen Gesellschaft</w:t>
      </w:r>
    </w:p>
    <w:p/>
    <w:p>
      <w:r>
        <w:t>Benny Morris, der einst Israels führender Historiker war, beschrieb die Palästinenser als, Zitat, "ein kranker, psychotischer Mensch." Die Annahmen und Vorurteile von Personen wie Daniella Weiss mögen für einen amerikanischen Zuschauer vernünftig erscheinen, aber sie sind typisch für die israelische Gesellschaft. Von Daniella Weiss am einen Ende des Spektrums bis Benny Morris am anderen sind diese Ansichten repräsentativ für breitere Strömungen im israelischen Denken.</w:t>
      </w:r>
    </w:p>
    <w:p/>
    <w:p>
      <w:r>
        <w:rPr>
          <w:b/>
          <w:color w:val="0F766E"/>
          <w:sz w:val="26"/>
        </w:rPr>
        <w:t>Dokumentierte Vorfälle von Gewalt gegen palästinensische Kinder</w:t>
      </w:r>
    </w:p>
    <w:p/>
    <w:p>
      <w:r>
        <w:t>Laut einem aktuellen UN-Bericht über die gezielte Tötung palästinensischer Kinder gibt es viele dokumentierte Gewaltszenen. Der Bericht beschreibt, wie Siedler auf ein Kind urinieren und eine Gruppe von Siedlern einen vier und fünf Jahre alten Bruder und Schwester entführt und sie an einen Baum bindet. In einem weiteren Vorfall griffen israelische Soldaten—nicht Siedler—einen sechzehnjährigen, hörgeschädigten Jungen an und traten ihn am Boden. In einem weiteren Fall schossen Soldaten auf eine Person, die am Boden um Hilfe flehte. Die Soldaten standen lachend herum, filmten die Szene und blockierten jegliche medizinische Hilfe für ihn.</w:t>
      </w:r>
    </w:p>
    <w:p/>
    <w:p>
      <w:r>
        <w:rPr>
          <w:b/>
          <w:color w:val="0F766E"/>
          <w:sz w:val="26"/>
        </w:rPr>
        <w:t>Soldaten als Vertreter der israelischen Gesellschaft</w:t>
      </w:r>
    </w:p>
    <w:p/>
    <w:p>
      <w:r>
        <w:t>Israel hat eine Bürgerarmee, und die Soldaten sind Vertreter der israelischen Gesellschaft, genau wie Daniella Weiss am einen Ende des Spektrums und Benny Morris am anderen Ende dieser Gesellschaft repräsentativ sind. Leider ist es zu einer Nation von Kindermördern geworden.</w:t>
      </w:r>
    </w:p>
    <w:p/>
    <w:p>
      <w:r>
        <w:rPr>
          <w:b/>
        </w:rPr>
        <w:t>Reference i teme</w:t>
      </w:r>
    </w:p>
    <w:p>
      <w:r>
        <w:t>Teme: #Palästinensische Kinder — Gewalt und Opfer, #Gewalt von israelischen Siedlern, #Verhalten des israelischen Militärs, #UN-Dokumentation von Gewalt, #Israels Gesellschaft und Entmenschlichung, #Konflikt in Gaza und Westjordanland</w:t>
      </w:r>
    </w:p>
    <w:p/>
    <w:p>
      <w:r>
        <w:rPr>
          <w:i/>
          <w:color w:val="94A3B8"/>
          <w:sz w:val="16"/>
        </w:rPr>
        <w:t>Generated by MinbarLive — Knowledge Library · https://minbarlive.com/videos/de/finkelstein-israel-ist-zu-einer-nation-von-kindermoerdern-geworden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