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Finkelstein : Israël est devenu une nation de tueurs d'enfants</w:t>
      </w:r>
    </w:p>
    <w:p>
      <w:r>
        <w:rPr>
          <w:b/>
        </w:rPr>
        <w:t xml:space="preserve">Izvor: </w:t>
      </w:r>
      <w:r>
        <w:rPr>
          <w:color w:val="0F766E"/>
        </w:rPr>
        <w:t>https://minbarlive.com/videos/fr/finkelstein-israel-est-devenu-une-nation-de-tueurs-d-enfants</w:t>
      </w:r>
    </w:p>
    <w:p/>
    <w:p>
      <w:r>
        <w:rPr>
          <w:i/>
        </w:rPr>
        <w:t>Un intervenant documente la violence contre les enfants palestiniens à travers des rapports de l'ONU et des incidents impliquant des colons et des soldats israéliens, soutenant que ce comportement reflète des courants plus larges dans la société israélienne.</w:t>
      </w:r>
    </w:p>
    <w:p/>
    <w:p>
      <w:r>
        <w:rPr>
          <w:b/>
        </w:rPr>
        <w:t>Sažetak</w:t>
      </w:r>
    </w:p>
    <w:p>
      <w:r>
        <w:t>Ce témoignage présente des incidents documentés de violence contre des enfants palestiniens, citant un rapport de l'ONU sur des meurtres délibérés. L'orateur décrit des cas spécifiques : des colons urinant sur un enfant, des colons kidnappant et attachant de jeunes frères et sœurs à un arbre, des soldats attaquant un adolescent malentendant, et des soldats tirant sur une personne au sol tout en filmant et en empêchant l'aide médicale. L'orateur contextualise ces incidents dans la société israélienne en faisant référence aux caractérisations des Palestiniens par des historiens et des figures publiques israéliennes, et soutient qu'étant donné qu'Israël fonctionne comme une armée citoyenne, les soldats représentent des attitudes sociétales plus larges. L'orateur conclut qu'Israël est devenu caractérisé comme une nation engagée dans le meurtre d'enfants.</w:t>
      </w:r>
    </w:p>
    <w:p/>
    <w:p>
      <w:r>
        <w:rPr>
          <w:b/>
        </w:rPr>
        <w:t>Ključne poruke</w:t>
      </w:r>
    </w:p>
    <w:p>
      <w:pPr>
        <w:pStyle w:val="ListBullet"/>
      </w:pPr>
      <w:r>
        <w:t>Un rapport de l'ONU documente des meurtres délibérés d'enfants palestiniens, y compris des incidents spécifiques impliquant des colons et des soldats.</w:t>
      </w:r>
    </w:p>
    <w:p>
      <w:pPr>
        <w:pStyle w:val="ListBullet"/>
      </w:pPr>
      <w:r>
        <w:t>Les incidents documentés incluent des colons urinant sur un enfant et enlevant et attachant de jeunes frères et sœurs à un arbre.</w:t>
      </w:r>
    </w:p>
    <w:p>
      <w:pPr>
        <w:pStyle w:val="ListBullet"/>
      </w:pPr>
      <w:r>
        <w:t>Des soldats israéliens ont attaqué un adolescent malentendant et ont tiré sur une personne au sol tout en bloquant l'aide médicale et en filmant la scène.</w:t>
      </w:r>
    </w:p>
    <w:p>
      <w:pPr>
        <w:pStyle w:val="ListBullet"/>
      </w:pPr>
      <w:r>
        <w:t>L'intervenant caractérise le langage déshumanisant à propos des Palestiniens (décrits comme un 'peuple malade et psychotique') comme typique de la société israélienne à travers le spectre politique.</w:t>
      </w:r>
    </w:p>
    <w:p>
      <w:pPr>
        <w:pStyle w:val="ListBullet"/>
      </w:pPr>
      <w:r>
        <w:t>L'intervenant soutient qu'en raison du maintien d'une armée de citoyens par Israël, les soldats représentent des attitudes et des valeurs sociétales plus larges.</w:t>
      </w:r>
    </w:p>
    <w:p>
      <w:pPr>
        <w:pStyle w:val="ListBullet"/>
      </w:pPr>
      <w:r>
        <w:t>L'intervenant conclut que la violence documentée contre les enfants reflète des schémas institutionnels plutôt que des incidents isolés.</w:t>
      </w:r>
    </w:p>
    <w:p/>
    <w:p>
      <w:r>
        <w:rPr>
          <w:b/>
        </w:rPr>
        <w:t>Članak</w:t>
      </w:r>
    </w:p>
    <w:p>
      <w:r>
        <w:rPr>
          <w:b/>
          <w:color w:val="0F766E"/>
          <w:sz w:val="26"/>
        </w:rPr>
        <w:t>Caractérisations dans la société israélienne</w:t>
      </w:r>
    </w:p>
    <w:p/>
    <w:p>
      <w:r>
        <w:t>Benny Morris, qui était autrefois le principal historien d'Israël, a décrit les Palestiniens comme, je cite, "un peuple malade et psychotique." Les présomptions et suppositions de figures comme Daniella Weiss peuvent sembler raisonnables pour un spectateur américain, mais elles sont typiques de la société israélienne. De Daniella Weiss à une extrémité du spectre à Benny Morris à l'autre, ces opinions représentent des courants plus larges dans la pensée israélienne.</w:t>
      </w:r>
    </w:p>
    <w:p/>
    <w:p>
      <w:r>
        <w:rPr>
          <w:b/>
          <w:color w:val="0F766E"/>
          <w:sz w:val="26"/>
        </w:rPr>
        <w:t>Incidents documentés de violence contre les enfants palestiniens</w:t>
      </w:r>
    </w:p>
    <w:p/>
    <w:p>
      <w:r>
        <w:t>Selon un rapport actuel de l'ONU sur le meurtre délibéré d'enfants palestiniens, de nombreuses scènes de violence sont documentées. Le rapport décrit des colons urinant sur un enfant, et un groupe de colons enlevant un frère et une sœur de quatre et cinq ans et les attachant à un arbre. Dans un autre incident, des soldats israéliens—et non des colons—ont attaqué un adolescent de seize ans malentendant, le frappant au sol. Dans un autre cas, des soldats ont tiré sur une personne au sol suppliant de l'aide. Les soldats se tenaient autour, riant, filmant la scène, et bloquant toute aide médicale pour lui.</w:t>
      </w:r>
    </w:p>
    <w:p/>
    <w:p>
      <w:r>
        <w:rPr>
          <w:b/>
          <w:color w:val="0F766E"/>
          <w:sz w:val="26"/>
        </w:rPr>
        <w:t>Soldats comme représentants de la société israélienne</w:t>
      </w:r>
    </w:p>
    <w:p/>
    <w:p>
      <w:r>
        <w:t>Israël est une armée de citoyens, et les soldats sont représentatifs de la société israélienne, tout comme Daniella Weiss à une extrémité du spectre et Benny Morris à l'autre représentent cette société. Malheureusement, cela est devenu une nation de tueurs d'enfants.</w:t>
      </w:r>
    </w:p>
    <w:p/>
    <w:p>
      <w:r>
        <w:rPr>
          <w:b/>
        </w:rPr>
        <w:t>Reference i teme</w:t>
      </w:r>
    </w:p>
    <w:p>
      <w:r>
        <w:t>Teme: #Enfants palestiniens — violence et pertes humaines, #Violence des colons israéliens, #Comportement de l'armée israélienne, #Documentation de la violence par l'ONU, #Société israélienne et déshumanisation, #Conflit à Gaza et en Cisjordanie</w:t>
      </w:r>
    </w:p>
    <w:p/>
    <w:p>
      <w:r>
        <w:rPr>
          <w:i/>
          <w:color w:val="94A3B8"/>
          <w:sz w:val="16"/>
        </w:rPr>
        <w:t>Generated by MinbarLive — Knowledge Library · https://minbarlive.com/videos/fr/finkelstein-israel-est-devenu-une-nation-de-tueurs-d-enfants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