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Finkelstein: Izrael je postao nacija ubojica djece</w:t>
      </w:r>
    </w:p>
    <w:p>
      <w:r>
        <w:rPr>
          <w:b/>
        </w:rPr>
        <w:t xml:space="preserve">Izvor: </w:t>
      </w:r>
      <w:r>
        <w:rPr>
          <w:color w:val="0F766E"/>
        </w:rPr>
        <w:t>https://minbarlive.com/videos/hr/finkelstein-izrael-je-postao-nacija-ubojica-djece</w:t>
      </w:r>
    </w:p>
    <w:p/>
    <w:p>
      <w:r>
        <w:rPr>
          <w:i/>
        </w:rPr>
        <w:t>Govornik dokumentira nasilje nad palestinskom djecom kroz izvještaje UN-a i incidente s izraelskim doseljenicima i vojnicima, tvrdeći da takvo ponašanje odražava šire tokove u izraelskom društvu.</w:t>
      </w:r>
    </w:p>
    <w:p/>
    <w:p>
      <w:r>
        <w:rPr>
          <w:b/>
        </w:rPr>
        <w:t>Sažetak</w:t>
      </w:r>
    </w:p>
    <w:p>
      <w:r>
        <w:t>Ovo svjedočanstvo prikazuje dokumentirane incidente nasilja protiv palestinske djece, citirajući izvještaj UN-a o namjernim ubijanjima. Govornik opisuje specifične slučajeve: doseljenici koji mokre na dijete, doseljenici koji otimaju i vežu mlade sestre i braću za drvo, vojnici koji napadaju tinejdžera s oštećenjem sluha, te vojnici koji pucaju u osobu na tlu dok snimaju i sprječavaju medicinsku pomoć. Govornik kontekstualizira ove incidente unutar izraelskog društva pozivajući se na karakterizacije Palestinaca od strane izraelskih povjesničara i javnih ličnosti, te tvrdi da, budući da Izrael djeluje kao građanska vojska, vojnici predstavljaju šire društvene stavove. Govornik zaključuje da je Izrael postao karakteriziran kao nacija koja ubija djecu.</w:t>
      </w:r>
    </w:p>
    <w:p/>
    <w:p>
      <w:r>
        <w:rPr>
          <w:b/>
        </w:rPr>
        <w:t>Ključne poruke</w:t>
      </w:r>
    </w:p>
    <w:p>
      <w:pPr>
        <w:pStyle w:val="ListBullet"/>
      </w:pPr>
      <w:r>
        <w:t>Izvješće UN-a dokumentira namjerne ubijanja palestinske djece, uključujući specifične incidente s doseljenicima i vojnicima.</w:t>
      </w:r>
    </w:p>
    <w:p>
      <w:pPr>
        <w:pStyle w:val="ListBullet"/>
      </w:pPr>
      <w:r>
        <w:t>Dokumentirani incidenti uključuju doseljenike koji mokre na dijete te otmicu i vezivanje mladih braće za drvo.</w:t>
      </w:r>
    </w:p>
    <w:p>
      <w:pPr>
        <w:pStyle w:val="ListBullet"/>
      </w:pPr>
      <w:r>
        <w:t>Izraelski vojnici napali su tinejdžera s oštećenjem sluha i pucali u osobu na tlu dok su blokirali medicinsku pomoć i snimali scenu.</w:t>
      </w:r>
    </w:p>
    <w:p>
      <w:pPr>
        <w:pStyle w:val="ListBullet"/>
      </w:pPr>
      <w:r>
        <w:t>Govornik karakterizira dehumanizirajući jezik o Palestincima (opisanima kao 'bolesni, psihotični narod') kao tipičan za izraelsko društvo širom političkog spektra.</w:t>
      </w:r>
    </w:p>
    <w:p>
      <w:pPr>
        <w:pStyle w:val="ListBullet"/>
      </w:pPr>
      <w:r>
        <w:t>Govornik tvrdi da, budući da Izrael održava vojsku građana, vojnici predstavljaju šire društvene stavove i vrijednosti.</w:t>
      </w:r>
    </w:p>
    <w:p>
      <w:pPr>
        <w:pStyle w:val="ListBullet"/>
      </w:pPr>
      <w:r>
        <w:t>Govornik zaključuje da dokumentirano nasilje protiv djece odražava institucionalne obrasce, a ne izolirane incidente.</w:t>
      </w:r>
    </w:p>
    <w:p/>
    <w:p>
      <w:r>
        <w:rPr>
          <w:b/>
        </w:rPr>
        <w:t>Članak</w:t>
      </w:r>
    </w:p>
    <w:p>
      <w:r>
        <w:rPr>
          <w:b/>
          <w:color w:val="0F766E"/>
          <w:sz w:val="26"/>
        </w:rPr>
        <w:t>Karakterizacije u izraelskom društvu</w:t>
      </w:r>
    </w:p>
    <w:p/>
    <w:p>
      <w:r>
        <w:t>Benny Morris, koji je nekada bio vodeći povjesničar Izraela, opisao je Palestince kao, citat, "bolestan, psihotičan narod." Pretpostavke i pretpostavke figura poput Daniella Weissa mogu zvučati razmjerno američkom gledatelju, ali su tipične za izraelsko društvo. Od Daniella Weissa na jednom kraju spektra do Bennyja Morrisa na drugom, ova stajališta predstavljaju šire struje u izraelskom razmišljanju.</w:t>
      </w:r>
    </w:p>
    <w:p/>
    <w:p>
      <w:r>
        <w:rPr>
          <w:b/>
          <w:color w:val="0F766E"/>
          <w:sz w:val="26"/>
        </w:rPr>
        <w:t>Dokumentirani incidenti nasilja protiv palestinske djece</w:t>
      </w:r>
    </w:p>
    <w:p/>
    <w:p>
      <w:r>
        <w:t>Prema trenutnom izvješću UN-a o namjernom ubijanju palestinske djece, postoji mnogo dokumentiranih scena nasilja. Izvješće opisuje naseljenike koji mokre na dijete, te grupu naseljenika koja otima brata i sestru od četiri i pet godina i veže ih za drvo. U drugom incidentu, izraelski vojnici—ne naseljenici—napali su šesnaestogodišnjaka koji ima oštećenje sluha, udarajući ga dok je bio na tlu. U još jednom slučaju, vojnici su pucali na osobu koja je bila na tlu i molila za pomoć. Vojnici su stajali oko njega, smijali se, snimali scenu i blokirali bilo kakvu medicinsku pomoć.</w:t>
      </w:r>
    </w:p>
    <w:p/>
    <w:p>
      <w:r>
        <w:rPr>
          <w:b/>
          <w:color w:val="0F766E"/>
          <w:sz w:val="26"/>
        </w:rPr>
        <w:t>Vojnici kao predstavnici izraelskog društva</w:t>
      </w:r>
    </w:p>
    <w:p/>
    <w:p>
      <w:r>
        <w:t>Izrael je građanska vojska, a vojnici su predstavnici izraelskog društva, baš kao što su Daniella Weiss na jednom kraju spektra i Benny Morris na drugom predstavnici tog društva. Nažalost, postali su nacija ubica djece.</w:t>
      </w:r>
    </w:p>
    <w:p/>
    <w:p>
      <w:r>
        <w:rPr>
          <w:b/>
        </w:rPr>
        <w:t>Reference i teme</w:t>
      </w:r>
    </w:p>
    <w:p>
      <w:r>
        <w:t>Teme: #Palestinska djeca — nasilje i žrtve, #Nasilje izraelskih doseljenika, #Postupanje izraelske vojske, #Dokumentacija nasilja UN-a, #Izraelsko društvo i dehumanizacija, #Sukob u Gazi i na Zapadnoj obali</w:t>
      </w:r>
    </w:p>
    <w:p/>
    <w:p>
      <w:r>
        <w:rPr>
          <w:i/>
          <w:color w:val="94A3B8"/>
          <w:sz w:val="16"/>
        </w:rPr>
        <w:t>Generated by MinbarLive — Knowledge Library · https://minbarlive.com/videos/hr/finkelstein-izrael-je-postao-nacija-ubojica-djece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