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Početak muzike i prva preljuba u ljudskoj historiji</w:t>
      </w:r>
    </w:p>
    <w:p>
      <w:r>
        <w:rPr>
          <w:b/>
        </w:rPr>
        <w:t xml:space="preserve">Izvor: </w:t>
      </w:r>
      <w:r>
        <w:rPr>
          <w:color w:val="0F766E"/>
        </w:rPr>
        <w:t>https://minbarlive.com/videos/iblisovo-iskusenje-prva-muzika-i-prva-preljuba-u-ljudskoj-historiji</w:t>
      </w:r>
    </w:p>
    <w:p/>
    <w:p>
      <w:r>
        <w:rPr>
          <w:i/>
        </w:rPr>
        <w:t>Predavanje govori o porijeklu muzike i prve preljube u ljudskoj historiji, počevši od poslanika Šita, a.s., i podjele na potomke Kabila i Šita. Iblis pravi prvi muzički instrument kako bi zavodio ljude i odvratio ih od Allahovih zapovijedi, što dovodi do prvog grijeha preljube.</w:t>
      </w:r>
    </w:p>
    <w:p/>
    <w:p>
      <w:r>
        <w:rPr>
          <w:b/>
        </w:rPr>
        <w:t>Sažetak</w:t>
      </w:r>
    </w:p>
    <w:p>
      <w:r>
        <w:t>Ovo predavanje obrađuje temu porijekla muzike i prve preljube u ljudskoj historiji, počevši od poslanika Šita, mir neka je s njim, koji je bio nasljednik znanja poslanika Adama, alejhi selam. Nakon što je Kabil ubio Habila, Allah je podario Ademu sina Šita, čije ime znači Božji dar. Šit je ljude naveo da se nasele u planinama i žive u posvećenosti jedinstvu Boga, dok su se Kabilovi potomci odvojili i naselili u ravnicama, živeći arogantno i daleko od religijskih učenja. Allah je postavio pravila i zabranio miješanje između ove dvije grupe. Međutim, Iblis je započeo svoj plan: prerušio se u mladog muškarca i mehaničara, te izmislio prvi muzički instrument – flautu. Svirka je počela stvarati čudne i uzbudljive zvukove, a muzika je korištena za stvaranje veselja i opijanje ljudi, privlačeći ih požudom i zadovoljstvom. Grupa ljudi sa planine odlučila je sići i posmatrati izvor zvuka, gdje su vidjeli spektakl pun zabave i dobro odjevenih ženskih pratilaca. Neobična ljepota dovela je do gubitka smirenosti, te je podstaknut prvi intimni odnos između pripadnika dvije grupe, što je dovelo do prve preljube čovječanstva. Grijeh se proširio poput požara, a upozorenja nisu bila poslušana. Na kraju, Allah upozorava u Kur'anu: "A vi, ne slijedite Šejtanove stope, zaista je on vaš očiti neprijatelj." Predavanje završava napomenom da lukavstvo ne počinje povlačenjem, već umirujućim melodijama koje nesvjesno zarobljavaju srce i vode prema velikom grijehu. Slušaoci se pozivaju da razmisle o ovim događajima i izvuku pouku.</w:t>
      </w:r>
    </w:p>
    <w:p/>
    <w:p>
      <w:r>
        <w:rPr>
          <w:b/>
        </w:rPr>
        <w:t>Ključne poruke</w:t>
      </w:r>
    </w:p>
    <w:p>
      <w:pPr>
        <w:pStyle w:val="ListBullet"/>
      </w:pPr>
      <w:r>
        <w:t>Poslanik Šit, mir neka je s njim, bio je sin poslanika Adama, alejhi selam, i nasljednik znanja i naredbi.</w:t>
      </w:r>
    </w:p>
    <w:p>
      <w:pPr>
        <w:pStyle w:val="ListBullet"/>
      </w:pPr>
      <w:r>
        <w:t>Nakon Kabilovog ubistva Habila, Allah je podario Ademu Šita, čije ime znači Božji dar.</w:t>
      </w:r>
    </w:p>
    <w:p>
      <w:pPr>
        <w:pStyle w:val="ListBullet"/>
      </w:pPr>
      <w:r>
        <w:t>Šit je ljude naveo da se nasele u planinama i žive u posvećenosti jedinstvu Boga, dok su Kabilovi potomci živjeli u ravnicama daleko od religijskih učenja.</w:t>
      </w:r>
    </w:p>
    <w:p>
      <w:pPr>
        <w:pStyle w:val="ListBullet"/>
      </w:pPr>
      <w:r>
        <w:t>Allah je zabranio miješanje između potomaka Šita i Kabila.</w:t>
      </w:r>
    </w:p>
    <w:p>
      <w:pPr>
        <w:pStyle w:val="ListBullet"/>
      </w:pPr>
      <w:r>
        <w:t>Iblis se prerušio u mladog muškarca i mehaničara, te izmislio prvi muzički instrument – flautu.</w:t>
      </w:r>
    </w:p>
    <w:p>
      <w:pPr>
        <w:pStyle w:val="ListBullet"/>
      </w:pPr>
      <w:r>
        <w:t>Muzika je korištena za stvaranje veselja i opijanje ljudi, privlačeći ih požudom i zadovoljstvom, što je dovelo do zaborava Allahovih zapovijedi.</w:t>
      </w:r>
    </w:p>
    <w:p>
      <w:pPr>
        <w:pStyle w:val="ListBullet"/>
      </w:pPr>
      <w:r>
        <w:t>Prva preljuba u ljudskoj historiji dogodila se kada je grupa muškaraca sišla s planine, bila zavedena muzikom i ljepotom žena, te stupila u intimne odnose.</w:t>
      </w:r>
    </w:p>
    <w:p>
      <w:pPr>
        <w:pStyle w:val="ListBullet"/>
      </w:pPr>
      <w:r>
        <w:t>Allah upozorava u Kur'anu: "A vi, ne slijedite Šejtanove stope, zaista je on vaš očiti neprijatelj."</w:t>
      </w:r>
    </w:p>
    <w:p>
      <w:pPr>
        <w:pStyle w:val="ListBullet"/>
      </w:pPr>
      <w:r>
        <w:t>Lukavstvo ne počinje povlačenjem, već umirujućim melodijama koje nesvjesno zarobljavaju srce i vode prema velikom grijehu.</w:t>
      </w:r>
    </w:p>
    <w:p/>
    <w:p>
      <w:r>
        <w:rPr>
          <w:b/>
        </w:rPr>
        <w:t>Članak</w:t>
      </w:r>
    </w:p>
    <w:p>
      <w:r>
        <w:rPr>
          <w:b/>
          <w:color w:val="0F766E"/>
          <w:sz w:val="26"/>
        </w:rPr>
        <w:t>Uvod: Šitova misija i prve generacije</w:t>
      </w:r>
    </w:p>
    <w:p/>
    <w:p>
      <w:r>
        <w:t>Za vrijeme Poslanika Šita, mir neka je s njim, počinje priča o porijeklu muzike i prvim slučajevima preljube u ljudskoj historiji. Nakon tragedije u kojoj je Kabil ubio Habila, Allah je podario Ademu, alejhi selam, milost prvog djeteta. Nešto novo za Poslanika Adama bilo je rođenje sina po imenu Šit, što znači Božji dar. Šit je rastao u poštovanju i poniznosti, kao nasljednik znanja i naredbi od Poslanika Adama.</w:t>
      </w:r>
    </w:p>
    <w:p/>
    <w:p>
      <w:r>
        <w:t>Sve je bilo završeno kada je Poslanik Adam umro. Šit je naveo ljude da se nasele u planinama. Taj visoki čovjek živio je jednostavnim životom i bio je posvećen jedinstvu Boga. S druge strane, tu su bili Kabil i njegovi potomci. Oni su se odvojili i naselili u ravnicama. Dolje su živjeli arogantno i distancirano, daleko od religijskih učenja.</w:t>
      </w:r>
    </w:p>
    <w:p/>
    <w:p>
      <w:r>
        <w:t>U tom dobu, Allah je postavio pravila. Ljudima iz obje grupe bilo je zabranjeno miješanje. Iskušao ih je po uzoru na svog sina. Muški unuk poslanika Šita imao je lice koje je bilo zgodno i elegantno, ali ženska strana je imala običan izgled. S druge strane, potomak Kabila – muškarci možda nisu imali privlačan izgled, ali žene su bile izuzetno lijepe i privlačne. Sve dok je zid vjere ostao jak, nije bilo problema.</w:t>
      </w:r>
    </w:p>
    <w:p/>
    <w:p>
      <w:r>
        <w:rPr>
          <w:b/>
          <w:color w:val="0F766E"/>
          <w:sz w:val="26"/>
        </w:rPr>
        <w:t>Iblisovo iskušenje i prvi muzički instrument</w:t>
      </w:r>
    </w:p>
    <w:p/>
    <w:p>
      <w:r>
        <w:t xml:space="preserve">Moćni </w:t>
      </w:r>
      <w:r>
        <w:rPr>
          <w:b/>
        </w:rPr>
        <w:t>Iblis</w:t>
      </w:r>
      <w:r>
        <w:t xml:space="preserve"> tada je započeo svoj plan da namami transformisano stvorenje. Prerušio se u mladog muškarca i maskirao se u mehaničara. Željezo spada u grupu Kabila i upravo je tamo pronađeno. Izmislio je nešto što svijet nikada prije nije poznavao – to je muzički instrument. Iblis je napravio flaute i počeo je svirati. Ljudi su počeli puhati i svirati čudne i uzbudljive zvukove.</w:t>
      </w:r>
    </w:p>
    <w:p/>
    <w:p>
      <w:r>
        <w:t xml:space="preserve">Emocije su zbližavale ljude, a Iblis je koristio muziku za stvaranje veselja i opijanje ljudi. Ljude je privlačila požuda i zadovoljstvo, sve dok nisu zaboravili zapovijedi Allahove. </w:t>
      </w:r>
      <w:r>
        <w:rPr>
          <w:b/>
        </w:rPr>
        <w:t>Muzika</w:t>
      </w:r>
      <w:r>
        <w:t xml:space="preserve"> iz ravnica ispod odjeknula je do vrha planine Zayton i počela je šaptati. Neka ovo dotakne srca potomaka Poslanika Šita i inspiriše ih – radoznale i istraživački nastrojene – sve dok se nije pojavio čovjek.</w:t>
      </w:r>
    </w:p>
    <w:p/>
    <w:p>
      <w:r>
        <w:rPr>
          <w:b/>
          <w:color w:val="0F766E"/>
          <w:sz w:val="26"/>
        </w:rPr>
        <w:t>Prva **preljuba**</w:t>
      </w:r>
    </w:p>
    <w:p/>
    <w:p>
      <w:r>
        <w:t>Grupa je odlučila da se šunja niz planinu kako bi otišla posmatrati izvor zvuka. Kada su stigli, ono što se pojavilo pred njihovim očima bio je spektakl pun zabave i dobro odjevenih ženskih pratilaca. Njeno tijelo bilo je zavodljivo, očarano neodoljivom čarom muzike. Neobična ljepota dovela je grupu muškaraca do gubitka smirenosti. Panya Chaiton je stoga podstakao napadača da stupi u intimne odnose s njim. I to je dovelo do prve preljube čovječanstva.</w:t>
      </w:r>
    </w:p>
    <w:p/>
    <w:p>
      <w:r>
        <w:t xml:space="preserve">Kada se dogodio </w:t>
      </w:r>
      <w:r>
        <w:rPr>
          <w:b/>
        </w:rPr>
        <w:t>prvi grijeh</w:t>
      </w:r>
      <w:r>
        <w:t>, on se proširio poput požara koji se širi poljima. Ti ljudi su se ponovo uzdigli. Idi i pričaj ljudima o zabavi na ravnicama. Počinje teći putem koji vodi ka propadanju. Bez obzira koliko se Momen B. Cheese trudio da ih upozori, njihova opsesija im je blokirala srca. Otišao je. Zato je Allah upozorio u Kur'anu: "A vi, ne slijedite Šejtanove stope, zaista je on vaš očiti neprijatelj."</w:t>
      </w:r>
    </w:p>
    <w:p/>
    <w:p>
      <w:r>
        <w:rPr>
          <w:b/>
          <w:color w:val="0F766E"/>
          <w:sz w:val="26"/>
        </w:rPr>
        <w:t>Lukavstvo se nastavlja</w:t>
      </w:r>
    </w:p>
    <w:p/>
    <w:p>
      <w:r>
        <w:t>Tada lukavstvo nije počinjalo povlačenjem. To nas iskušava da odmah odbacimo Boga, ali muzika počinje umirujućim melodijama. Neka tvoje srce bude zarobljeno sve dok nesvjesno ne počneš lutati prema njemu. Veliki grijeh, nesvjesno.</w:t>
      </w:r>
    </w:p>
    <w:p/>
    <w:p>
      <w:r>
        <w:rPr>
          <w:b/>
        </w:rPr>
        <w:t>Reference i teme</w:t>
      </w:r>
    </w:p>
    <w:p>
      <w:r>
        <w:t>Teme: #muzika, #preljuba, #Iblis, #poslanik Šit, #Kabil i Habil, #prvi grijeh, #Kur'an</w:t>
      </w:r>
    </w:p>
    <w:p/>
    <w:p>
      <w:r>
        <w:rPr>
          <w:i/>
          <w:color w:val="94A3B8"/>
          <w:sz w:val="16"/>
        </w:rPr>
        <w:t>Generated by MinbarLive — Knowledge Library · https://minbarlive.com/videos/iblisovo-iskusenje-prva-muzika-i-prva-preljuba-u-ljudskoj-historiji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