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Tajna operacija Susannah izraelskih obrambenih snaga</w:t>
      </w:r>
    </w:p>
    <w:p>
      <w:r>
        <w:rPr>
          <w:b/>
        </w:rPr>
        <w:t xml:space="preserve">Izvor: </w:t>
      </w:r>
      <w:r>
        <w:rPr>
          <w:color w:val="0F766E"/>
        </w:rPr>
        <w:t>https://minbarlive.com/videos/hr/tajna-operacija-susannah-izraelskih-obrambenih-snaga</w:t>
      </w:r>
    </w:p>
    <w:p/>
    <w:p>
      <w:r>
        <w:rPr>
          <w:i/>
        </w:rPr>
        <w:t>Godine 1954., Izrael je izveo Operaciju Susannah, kampanju pod lažnom zastavom koja je regrutirala egipatske Židove da bombardiraju američke, britanske i egipatske ciljeve s ciljem da se napadi pripišu Muslimanskoj braći i egipatskim komunistima kako bi se izazvala vojna intervencija Zapada. Operacija je otkrivena kada je bomba prerano eksplodirala, što je dovelo do uhićenja i desetljeća izraelskog poricanja prije službenog priznanja 2005. godine.</w:t>
      </w:r>
    </w:p>
    <w:p/>
    <w:p>
      <w:r>
        <w:rPr>
          <w:b/>
        </w:rPr>
        <w:t>Sažetak</w:t>
      </w:r>
    </w:p>
    <w:p>
      <w:r>
        <w:t>Operacija Susannah bila je tajna lažna zastava koju je Izrael izveo 1954. godine, usmjerena na Egipat. Operacija je uključivala regrutiranje lokalnih Židova u Egiptu za izvođenje bombaških napada na američke, britanske i egipatske objekte, s strateškim ciljem da se Muslimanska braća i egipatski komunisti prikažu kao počinitelji. Ova prevara bila je osmišljena da manipulira britanskim i američkim snagama u oružanom sukobu s Egiptom zbog kontrole nad Sueskim kanalom. Kampanja je nastavljena napadima na američke ciljeve, uključujući dvije knjižnice, poštu i dva kazališta. Međutim, operacija je propala kada je bomba jednog operativca detonirala prerano ispred trećeg kazališta, odmah otkrivajući zavjeru. Jedanaest operativaca je uhićeno kao rezultat. Incident je postao javno poznat kao Lavonova afera, po izraelskom ministru obrane koji je podnio ostavku nakon toga. Izrael je negirao umiješanost više od pedeset godina sve do ožujka 2005., kada su preživjeli agenti dobili službeno priznanje od izraelskog predsjednika Moše Katsava, koji im je dodijelio certifikate zahvalnosti i formalne vojne činove unutar IDF-a.</w:t>
      </w:r>
    </w:p>
    <w:p/>
    <w:p>
      <w:r>
        <w:rPr>
          <w:b/>
        </w:rPr>
        <w:t>Ključne poruke</w:t>
      </w:r>
    </w:p>
    <w:p>
      <w:pPr>
        <w:pStyle w:val="ListBullet"/>
      </w:pPr>
      <w:r>
        <w:t>Operacija Susannah bila je lažna operacija izraelskih vlasti iz 1954. godine, osmišljena da regrutira egipatske Židove za bombardiranje američkih, britanskih i egipatskih ciljeva.</w:t>
      </w:r>
    </w:p>
    <w:p>
      <w:pPr>
        <w:pStyle w:val="ListBullet"/>
      </w:pPr>
      <w:r>
        <w:t>Kampanja bombardiranja imala je za cilj optužiti Muslimansko bratstvo i egipatske komuniste kao počinitelje kako bi se izazvala britanska i američka vojna intervencija zbog Sueckog kanala.</w:t>
      </w:r>
    </w:p>
    <w:p>
      <w:pPr>
        <w:pStyle w:val="ListBullet"/>
      </w:pPr>
      <w:r>
        <w:t>Operacija je ciljala na američke objekte, uključujući dvije knjižnice, poštu i dva kina.</w:t>
      </w:r>
    </w:p>
    <w:p>
      <w:pPr>
        <w:pStyle w:val="ListBullet"/>
      </w:pPr>
      <w:r>
        <w:t>Zavjera je otkrivena kada je bomba prerano eksplodirala u džepu jednog operativca ispred trećeg kina, što je dovelo do trenutnog razotkrivanja zavjere.</w:t>
      </w:r>
    </w:p>
    <w:p>
      <w:pPr>
        <w:pStyle w:val="ListBullet"/>
      </w:pPr>
      <w:r>
        <w:t>Jedanaest operativaca je uhićeno nakon otkrivanja operacije.</w:t>
      </w:r>
    </w:p>
    <w:p>
      <w:pPr>
        <w:pStyle w:val="ListBullet"/>
      </w:pPr>
      <w:r>
        <w:t>Incident je postao poznat kao Lavonova afera, nazvana po izraelskom ministru obrane koji je dao ostavku nakon skandala.</w:t>
      </w:r>
    </w:p>
    <w:p>
      <w:pPr>
        <w:pStyle w:val="ListBullet"/>
      </w:pPr>
      <w:r>
        <w:t>Izrael je više od pedeset godina službeno negirao umiješanost sve do ožujka 2005., kada su preživjeli operativci javno priznati i dodijeljene su im zahvalnice i formalne vojne činove IDF-a od strane izraelskog predsjednika Moše Katsava.</w:t>
      </w:r>
    </w:p>
    <w:p/>
    <w:p>
      <w:r>
        <w:rPr>
          <w:b/>
        </w:rPr>
        <w:t>Članak</w:t>
      </w:r>
    </w:p>
    <w:p>
      <w:r>
        <w:rPr>
          <w:b/>
          <w:color w:val="0F766E"/>
          <w:sz w:val="26"/>
        </w:rPr>
        <w:t>Operacija i njezini ciljevi</w:t>
      </w:r>
    </w:p>
    <w:p/>
    <w:p>
      <w:r>
        <w:t>Godine 1954. Izrael je proveo plan regrutacije lokalnih Židova u Egiptu za bombardiranje zgrada u vlasništvu Egipćana, Amerikanaca i Britanaca. Namjera je bila da se ti teroristički napadi pripišu Muslimanskoj braći i egipatskim komunistima, čime bi se Britanija i Sjedinjene Države naveli na oružani sukob oko Sueckog kanala. Ova operacija pod lažnom zastavom nosila je naziv Operacija Susannah.</w:t>
      </w:r>
    </w:p>
    <w:p/>
    <w:p>
      <w:r>
        <w:rPr>
          <w:b/>
          <w:color w:val="0F766E"/>
          <w:sz w:val="26"/>
        </w:rPr>
        <w:t>Izvršenje i otkriće</w:t>
      </w:r>
    </w:p>
    <w:p/>
    <w:p>
      <w:r>
        <w:t>Operacija je nastavljena napadima na ciljeve SAD-a: dvije knjižnice, pošta i dva kina su eksplodirala. Međutim, operacija se raspala kada je jedna od bombi prerano detonirala u džepu jednog od operativaca izvan trećeg kina koje su namjeravali bombardirati. Ova prerana eksplozija dovela je do trenutnog otkrića zavjere.</w:t>
      </w:r>
    </w:p>
    <w:p/>
    <w:p>
      <w:r>
        <w:rPr>
          <w:b/>
          <w:color w:val="0F766E"/>
          <w:sz w:val="26"/>
        </w:rPr>
        <w:t>Posljedice i službeni odgovor</w:t>
      </w:r>
    </w:p>
    <w:p/>
    <w:p>
      <w:r>
        <w:t>Neuspjeh operacije rezultirao je uhićenjem 11 operativaca. Incident je postao poznat kao Lavonova afera, po tadašnjem izraelskom ministru obrane koji je bio prisiljen dati ostavku nakon skandala. Izrael je desetljećima negirao svoju umiješanost u incident. Tek u ožujku 2005. — više od pedeset godina kasnije — preživjeli agenti su javno priznati. Izraelski predsjednik, Moshe Katsav, dodijelio je preživjelim operativcima certifikate zahvalnosti i dodijelio im formalne vojne činove u IDF-u.</w:t>
      </w:r>
    </w:p>
    <w:p/>
    <w:p>
      <w:r>
        <w:rPr>
          <w:b/>
        </w:rPr>
        <w:t>Reference i teme</w:t>
      </w:r>
    </w:p>
    <w:p>
      <w:r>
        <w:t>Teme: #Operacija Susannah, #Lavonova afera, #operacije lažnih zastava, #izraelska obavještajna služba, #Sueski kanal, #povijest Hladnog rata, #geopolitika Bliskog Istoka</w:t>
      </w:r>
    </w:p>
    <w:p/>
    <w:p>
      <w:r>
        <w:rPr>
          <w:i/>
          <w:color w:val="94A3B8"/>
          <w:sz w:val="16"/>
        </w:rPr>
        <w:t>Generated by MinbarLive — Knowledge Library · https://minbarlive.com/videos/hr/tajna-operacija-susannah-izraelskih-obrambenih-snaga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