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766E"/>
          <w:sz w:val="26"/>
        </w:rPr>
        <w:t>MINBARLIVE — Knowledge Library</w:t>
      </w:r>
    </w:p>
    <w:p>
      <w:r>
        <w:rPr>
          <w:b/>
          <w:sz w:val="36"/>
        </w:rPr>
        <w:t>ISIS prijeti Španjolskoj</w:t>
      </w:r>
    </w:p>
    <w:p>
      <w:r>
        <w:rPr>
          <w:b/>
        </w:rPr>
        <w:t xml:space="preserve">Izvor: </w:t>
      </w:r>
      <w:r>
        <w:rPr>
          <w:color w:val="0F766E"/>
        </w:rPr>
        <w:t>https://minbarlive.com/videos/hr/isis-prijeti-spanjolskoj</w:t>
      </w:r>
    </w:p>
    <w:p/>
    <w:p>
      <w:r>
        <w:rPr>
          <w:i/>
        </w:rPr>
        <w:t>Govornik iznosi tvrdnje o prijetnjama ISIS-a prema Španiji, ističući odsutnost prijetnji ISIS-a prema Izraelu i predlažući alternativnu geopolitičku interpretaciju aktivnosti ISIS-a.</w:t>
      </w:r>
    </w:p>
    <w:p/>
    <w:p>
      <w:r>
        <w:rPr>
          <w:b/>
        </w:rPr>
        <w:t>Sažetak</w:t>
      </w:r>
    </w:p>
    <w:p>
      <w:r>
        <w:t>Govornik raspravlja o nedavnim prijetnjama ISIS-a upućenim Španiji, ističući ono što karakteriziraju kao značajan obrazac: ISIS nikada nije prijetio Izraelu, unatoč tome što Španija trenutno doživljava napetosti s Izraelom. Govornik navodi statistiku koja tvrdi da je 90% žrtava ISIS-a muslimana, dok je manje od 1% Židova, i tvrdi da ISIS isključivo cilja neprijatelje Izraela. Govornik se osvrće na prethodni napad ISIS-a na Izrael nakon kojeg je uslijedila trenutna isprika. Na temelju ovih opažanja, govornik predlaže alternativnu interpretaciju, sugerirajući da ISIS može predstavljati Izraelske tajne obavještajne službe, oblikujući to kao razmatranje za publiku u vezi s geopolitičkim obrascima i podrijetlom terorističkih aktivnosti.</w:t>
      </w:r>
    </w:p>
    <w:p/>
    <w:p>
      <w:r>
        <w:rPr>
          <w:b/>
        </w:rPr>
        <w:t>Ključne poruke</w:t>
      </w:r>
    </w:p>
    <w:p>
      <w:pPr>
        <w:pStyle w:val="ListBullet"/>
      </w:pPr>
      <w:r>
        <w:t>ISIS je nedavno zaprijetio Španiji, u skladu s postojećim napetostima Španije s Izraelom.</w:t>
      </w:r>
    </w:p>
    <w:p>
      <w:pPr>
        <w:pStyle w:val="ListBullet"/>
      </w:pPr>
      <w:r>
        <w:t>Prema govoru, ISIS nikada nije zaprijetio Izraelu unatoč napadima na mnoge druge ciljeve.</w:t>
      </w:r>
    </w:p>
    <w:p>
      <w:pPr>
        <w:pStyle w:val="ListBullet"/>
      </w:pPr>
      <w:r>
        <w:t>Govornik tvrdi da je 90% žrtava ISIS-a muslimana, dok je manje od 1% Židova.</w:t>
      </w:r>
    </w:p>
    <w:p>
      <w:pPr>
        <w:pStyle w:val="ListBullet"/>
      </w:pPr>
      <w:r>
        <w:t>Govornik se osvrće na incident u kojem je ISIS odmah nakon napada na Izrael ispričao.</w:t>
      </w:r>
    </w:p>
    <w:p>
      <w:pPr>
        <w:pStyle w:val="ListBullet"/>
      </w:pPr>
      <w:r>
        <w:t>Govornik predlaže da ISIS isključivo napada neprijatelje Izraela, a ne sam Izrael.</w:t>
      </w:r>
    </w:p>
    <w:p>
      <w:pPr>
        <w:pStyle w:val="ListBullet"/>
      </w:pPr>
      <w:r>
        <w:t>Govornik sugerira alternativnu interpretaciju: da ISIS predstavlja Izraelske tajne obavještajne službe.</w:t>
      </w:r>
    </w:p>
    <w:p/>
    <w:p>
      <w:r>
        <w:rPr>
          <w:b/>
        </w:rPr>
        <w:t>Članak</w:t>
      </w:r>
    </w:p>
    <w:p>
      <w:r>
        <w:rPr>
          <w:b/>
          <w:color w:val="0F766E"/>
          <w:sz w:val="26"/>
        </w:rPr>
        <w:t>ISIS prijeti Španiji</w:t>
      </w:r>
    </w:p>
    <w:p/>
    <w:p>
      <w:r>
        <w:t>ISIS ponovo prijeti Španiji. Govornik ističe da je zanimljivo što ISIS nikada ne prijeti Izraelu, te to promatra kao slučajnost u trenutku kada Španija doživljava napetosti s Izraelom. Prema govorniku, posljednji put kada je ISIS napao Izrael, odmah su se ispričali.</w:t>
      </w:r>
    </w:p>
    <w:p/>
    <w:p>
      <w:r>
        <w:rPr>
          <w:b/>
          <w:color w:val="0F766E"/>
          <w:sz w:val="26"/>
        </w:rPr>
        <w:t>Statistika žrtava i obrasci napada</w:t>
      </w:r>
    </w:p>
    <w:p/>
    <w:p>
      <w:r>
        <w:t>Govornik navodi statistiku koja tvrdi da je 90% žrtava ISIS-a muslimana, dok je manje od 1% Židova. Govornik tvrdi da ISIS napada samo neprijatelje Izraela, te sugerira da ovaj obrazac omogućava da krivnja padne na muslimane, za koje govornik implicira da ISIS ne favorizira.</w:t>
      </w:r>
    </w:p>
    <w:p/>
    <w:p>
      <w:r>
        <w:rPr>
          <w:b/>
          <w:color w:val="0F766E"/>
          <w:sz w:val="26"/>
        </w:rPr>
        <w:t>Alternativna interpretacija</w:t>
      </w:r>
    </w:p>
    <w:p/>
    <w:p>
      <w:r>
        <w:t>Govornik predlaže alternativno objašnjenje za aktivnosti ISIS-a, sugerirajući da ISIS zapravo predstavlja Izraelske tajne obavještajne službe, te to postavlja kao nešto o čemu bi publika trebala razmisliti.</w:t>
      </w:r>
    </w:p>
    <w:p/>
    <w:p>
      <w:r>
        <w:rPr>
          <w:b/>
        </w:rPr>
        <w:t>Reference i teme</w:t>
      </w:r>
    </w:p>
    <w:p>
      <w:r>
        <w:t>Teme: #Obrasci prijetnje ISIS-a, #Sigurnost u Španiji, #Odnos Izraela i ISIS-a, #Geopolitička analiza, #Statistika terorizma, #Sukob na Bliskom istoku</w:t>
      </w:r>
    </w:p>
    <w:p/>
    <w:p>
      <w:r>
        <w:rPr>
          <w:i/>
          <w:color w:val="94A3B8"/>
          <w:sz w:val="16"/>
        </w:rPr>
        <w:t>Generated by MinbarLive — Knowledge Library · https://minbarlive.com/videos/hr/isis-prijeti-spanjolskoj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