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 is anti everything and everyone who stands in their way</w:t>
      </w:r>
    </w:p>
    <w:p>
      <w:r>
        <w:rPr>
          <w:b/>
        </w:rPr>
        <w:t xml:space="preserve">Izvor: </w:t>
      </w:r>
      <w:r>
        <w:rPr>
          <w:color w:val="0F766E"/>
        </w:rPr>
        <w:t>https://minbarlive.com/videos/israel-is-anti-everything-and-everyone-who-stands-in-their-way</w:t>
      </w:r>
    </w:p>
    <w:p/>
    <w:p>
      <w:r>
        <w:rPr>
          <w:i/>
        </w:rPr>
        <w:t>A speaker argues that Israel's antagonism extends beyond Muslims to all non-Israeli populations, citing military action in Lebanon—a predominantly Christian nation—as evidence. The speaker contends that Christian Zionist messaging deliberately frames the conflict as a Judeo-Christian alliance against Muslims to maintain Christian support, while obscuring alleged Israeli contempt for Christians.</w:t>
      </w:r>
    </w:p>
    <w:p/>
    <w:p>
      <w:r>
        <w:rPr>
          <w:b/>
        </w:rPr>
        <w:t>Sažetak</w:t>
      </w:r>
    </w:p>
    <w:p>
      <w:r>
        <w:t>This talk challenges the framing of the Israeli–Palestinian conflict as primarily a religious or civilisational dispute between Muslims and Jews. The speaker argues that Israel's military campaigns, particularly in Lebanon, demonstrate antagonism toward non-Israeli populations broadly, not specifically toward Muslims. The speaker highlights that Lebanon is predominantly Christian, yet faces military action from Israel, suggesting the conflict is rooted in nationality and territorial control rather than religious identity. The talk focuses on what the speaker characterises as deliberate Christian Zionist messaging—framed as 'marketing'—that portrays the conflict as a Judeo-Christian alliance against Muslims ('sand people'). The speaker claims this narrative is essential for maintaining Christian political support for Israel, and argues that if Christians understood the reality of how Zionists and Israelis treat Christians, including alleged instances of spitting and contempt, Christian backing for the state would collapse. The talk presents a critique of how religious and political narratives are constructed and weaponised in Middle Eastern geopolitics.</w:t>
      </w:r>
    </w:p>
    <w:p/>
    <w:p>
      <w:r>
        <w:rPr>
          <w:b/>
        </w:rPr>
        <w:t>Ključne poruke</w:t>
      </w:r>
    </w:p>
    <w:p>
      <w:pPr>
        <w:pStyle w:val="ListBullet"/>
      </w:pPr>
      <w:r>
        <w:t>Israel's military actions extend to non-Muslim populations; the bombing of Lebanon, a predominantly Christian nation, demonstrates antagonism toward non-Israeli populations broadly, not exclusively toward Muslims.</w:t>
      </w:r>
    </w:p>
    <w:p>
      <w:pPr>
        <w:pStyle w:val="ListBullet"/>
      </w:pPr>
      <w:r>
        <w:t>Christian Zionist messaging deliberately frames the conflict as 'us versus them'—Judeo-Christian values against Muslims—to maintain Christian political and financial support for Israel.</w:t>
      </w:r>
    </w:p>
    <w:p>
      <w:pPr>
        <w:pStyle w:val="ListBullet"/>
      </w:pPr>
      <w:r>
        <w:t>The speaker claims that Israeli treatment of Christians, including alleged contempt and verbal abuse, contradicts the Judeo-Christian alliance narrative promoted by Christian Zionists.</w:t>
      </w:r>
    </w:p>
    <w:p>
      <w:pPr>
        <w:pStyle w:val="ListBullet"/>
      </w:pPr>
      <w:r>
        <w:t>The speaker characterises Christian Zionist messaging as 'marketing' designed to obscure the reality of Israeli attitudes toward Christians and maintain the illusion of shared values.</w:t>
      </w:r>
    </w:p>
    <w:p>
      <w:pPr>
        <w:pStyle w:val="ListBullet"/>
      </w:pPr>
      <w:r>
        <w:t>The speaker argues that Christian support for Israel depends on the Judeo-Christian framing; if Christians knew the actual relationship between Zionists and Christians, state support would diminish.</w:t>
      </w:r>
    </w:p>
    <w:p/>
    <w:p>
      <w:r>
        <w:rPr>
          <w:b/>
        </w:rPr>
        <w:t>Članak</w:t>
      </w:r>
    </w:p>
    <w:p>
      <w:r>
        <w:rPr>
          <w:b/>
          <w:color w:val="0F766E"/>
          <w:sz w:val="26"/>
        </w:rPr>
        <w:t>Israel's Broader Antagonism</w:t>
      </w:r>
    </w:p>
    <w:p/>
    <w:p>
      <w:r>
        <w:t>Israel is not anti-</w:t>
      </w:r>
      <w:r>
        <w:rPr>
          <w:i/>
        </w:rPr>
        <w:t>Muslim</w:t>
      </w:r>
      <w:r>
        <w:t>. You need to understand this. They're anti everyone who's not them. My evidence for this is how they are bombing the absolute crap out of Lebanon. And for those who don't know, Lebanon is the most Christian nation in the Middle East. So where does this whole idea about Muslims versus Jews come from?</w:t>
      </w:r>
    </w:p>
    <w:p/>
    <w:p>
      <w:r>
        <w:rPr>
          <w:b/>
          <w:color w:val="0F766E"/>
          <w:sz w:val="26"/>
        </w:rPr>
        <w:t>The Role of Christian Zionist Messaging</w:t>
      </w:r>
    </w:p>
    <w:p/>
    <w:p>
      <w:r>
        <w:t>Well, this is what we call marketing. Israel's biggest backers are the Christian Zionists. So they need the Christians to believe that it's us versus them. It's Judeo-Christian values versus those downtrodden sand people. Because if Christians knew the reality—how Zionists loathe Christians, and how Israelis literally spit on Christians in Israel—the state of Israel would not exist.</w:t>
      </w:r>
    </w:p>
    <w:p/>
    <w:p>
      <w:r>
        <w:rPr>
          <w:b/>
        </w:rPr>
        <w:t>Reference i teme</w:t>
      </w:r>
    </w:p>
    <w:p>
      <w:r>
        <w:t>Teme: #Israel–Palestine conflict, #Christian Zionism, #Middle East geopolitics, #Religious and political messaging, #Lebanon and regional military action, #Interfaith relations and Judeo-Christian narrative, #Political rhetoric and framing</w:t>
      </w:r>
    </w:p>
    <w:p/>
    <w:p>
      <w:r>
        <w:rPr>
          <w:i/>
          <w:color w:val="94A3B8"/>
          <w:sz w:val="16"/>
        </w:rPr>
        <w:t>Generated by MinbarLive — Knowledge Library · https://minbarlive.com/videos/israel-is-anti-everything-and-everyone-who-stands-in-their-way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