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Israel's Power, Propaganda, and the Shifting Global Narrative: A Conversation on Zionist Strategy and Resistance</w:t>
      </w:r>
    </w:p>
    <w:p>
      <w:r>
        <w:rPr>
          <w:b/>
        </w:rPr>
        <w:t xml:space="preserve">Govornik: </w:t>
      </w:r>
      <w:r>
        <w:t>Kim Iversen</w:t>
      </w:r>
    </w:p>
    <w:p>
      <w:r>
        <w:rPr>
          <w:b/>
        </w:rPr>
        <w:t xml:space="preserve">Izvor: </w:t>
      </w:r>
      <w:r>
        <w:rPr>
          <w:color w:val="0F766E"/>
        </w:rPr>
        <w:t>https://minbarlive.com/videos/israel-s-power-propaganda-and-the-shifting-global-narrative-a-conversation-on-zi</w:t>
      </w:r>
    </w:p>
    <w:p/>
    <w:p>
      <w:r>
        <w:rPr>
          <w:i/>
        </w:rPr>
        <w:t>A geopolitical analysis examining Israeli strategic power, the effectiveness of Israeli propaganda during the Gaza conflict, and how the war has become a turning point in shifting global and regional narratives against the Israeli regime and toward the axis of resistance.</w:t>
      </w:r>
    </w:p>
    <w:p/>
    <w:p>
      <w:r>
        <w:rPr>
          <w:b/>
        </w:rPr>
        <w:t>Sažetak</w:t>
      </w:r>
    </w:p>
    <w:p>
      <w:r>
        <w:t>This conversation explores Israeli strategic capabilities, territorial ambitions, and global influence, alongside a critical assessment of Israeli propaganda (Hasbara) during the recent war in Gaza. The speaker reflects on a 2019 visit to Palestine and Israel, where he concluded that Israel was poised to become a regional empire. He discusses the theory of 'Pax Judaica'—a predicted Israeli-led global order—and argues that despite Israeli intelligence and ruthlessness, their propaganda has failed to justify the conflict to a global audience. A key turning point, the speaker contends, is the recent military conflict with Iran, which he characterises as a strategic miscalculation by Israel and a watershed moment in reversing decades of Western demonisation of Iran and Hezbollah. The speaker notes significant shifts in public opinion, particularly among young Americans, young Jews in the diaspora, and populations worldwide, who are increasingly critical of Israeli actions in Gaza. He emphasises that while Israel has eroded its soft power and failed militarily, the axis of resistance has gained credibility and support, positioning itself as opposed to genocide while Western allies support it. The speaker concludes that although difficult years lie ahead, the Israeli regime faces serious long-term trouble.</w:t>
      </w:r>
    </w:p>
    <w:p/>
    <w:p>
      <w:r>
        <w:rPr>
          <w:b/>
        </w:rPr>
        <w:t>Ključne poruke</w:t>
      </w:r>
    </w:p>
    <w:p>
      <w:pPr>
        <w:pStyle w:val="ListBullet"/>
      </w:pPr>
      <w:r>
        <w:t>The speaker characterises Israeli leadership as strategically ruthless and intelligent, with a clear territorial and imperial agenda, but notes that this power is now being undermined by military miscalculation and loss of soft power.</w:t>
      </w:r>
    </w:p>
    <w:p>
      <w:pPr>
        <w:pStyle w:val="ListBullet"/>
      </w:pPr>
      <w:r>
        <w:t>Israeli propaganda (Hasbara) has been ineffective not because of Israeli stupidity, but because it underestimates global audiences; the speaker argues people worldwide are now seeing through the narratives that have demonised Iran for 47 years.</w:t>
      </w:r>
    </w:p>
    <w:p>
      <w:pPr>
        <w:pStyle w:val="ListBullet"/>
      </w:pPr>
      <w:r>
        <w:t>The recent war with Iran marked a strategic turning point: Israel miscalculated expecting rapid victory, roughly 90% of Israelis now believe they lost the conflict, and this has shifted global perception of both Israel and the axis of resistance.</w:t>
      </w:r>
    </w:p>
    <w:p>
      <w:pPr>
        <w:pStyle w:val="ListBullet"/>
      </w:pPr>
      <w:r>
        <w:t>Young populations globally—including young Americans and diaspora Jews—have turned against the Israeli regime, particularly in response to documented killings in Gaza broadcast on camera without apparent concern for civilian casualties.</w:t>
      </w:r>
    </w:p>
    <w:p>
      <w:pPr>
        <w:pStyle w:val="ListBullet"/>
      </w:pPr>
      <w:r>
        <w:t>The speaker argues that the axis of resistance has gained moral and strategic credibility precisely because it opposes genocide while Western allies support Israeli military actions, reversing decades of anti-Iran propaganda.</w:t>
      </w:r>
    </w:p>
    <w:p>
      <w:pPr>
        <w:pStyle w:val="ListBullet"/>
      </w:pPr>
      <w:r>
        <w:t>Despite Israeli control of media, AI capabilities, and other technological advantages, these have not prevented widespread global outrage over the Gaza conflict and a fundamental shift in how Israel is perceived.</w:t>
      </w:r>
    </w:p>
    <w:p>
      <w:pPr>
        <w:pStyle w:val="ListBullet"/>
      </w:pPr>
      <w:r>
        <w:t>The speaker predicts difficult years ahead but believes the Israeli regime faces serious long-term structural trouble and that the axis of resistance will not fail or collapse.</w:t>
      </w:r>
    </w:p>
    <w:p/>
    <w:p>
      <w:r>
        <w:rPr>
          <w:b/>
        </w:rPr>
        <w:t>Članak</w:t>
      </w:r>
    </w:p>
    <w:p>
      <w:r>
        <w:rPr>
          <w:b/>
          <w:color w:val="0F766E"/>
          <w:sz w:val="26"/>
        </w:rPr>
        <w:t>On Israeli Power and Strategic Intent</w:t>
      </w:r>
    </w:p>
    <w:p/>
    <w:p>
      <w:r>
        <w:t>I think that the Zionists are incredibly powerful and incredibly intelligent. I don't think that they need the US in the long term, though they do need it right now. But I think they're quite crafty, and they're getting a lot of people around the world in their pocket. One thing that should be obvious to a lot of Americans is what happened when Trump announced the first draft of a peace deal—saying they had signed it digitally and would go to Switzerland to sign it officially. When he announced this, you saw all these Zionists completely turn on him. He was their hero the day before, and the next day he was trash, filth, the worst, a traitor to the Israeli people, to Zionists, to Jews. That's what the narratives were online. My thought was, well, of course they turned on him, because one thing the Israelis have proven is that they look out for themselves, and frankly, I can't blame them. I'm not going to blame them for looking out for their country, for being Israel first. I wish the United States were truly America first—we obviously aren't. But Israel very much is.</w:t>
      </w:r>
    </w:p>
    <w:p/>
    <w:p>
      <w:r>
        <w:t>The minute somebody becomes their enemy, they're on their hit list. And the US will very quickly become number one on Israel's hit list if the United States turns against Israel. I'm sure Israel has backup plans for who they turn to next and where they go next. I think they're very, very ruthless. One thing I noticed when I visited in 2019—I spent about ten days in Palestine, the West Bank, and Israel—was that I left thinking Israel would be the next empire. I literally walked away feeling that way. They are ruthless, extremely intelligent, and they have an agenda. When a group has a goal like that and they're fervently going after it, it's very difficult to stop that momentum. I walked away thinking it's inevitable.</w:t>
      </w:r>
    </w:p>
    <w:p/>
    <w:p>
      <w:r>
        <w:t>I definitely cited and definitely felt sympathy for the Palestinian people, but I also felt like it was inevitable that the Israelis are going to win and that they're actually going to be an empire. They're not just going to take over Palestine; they're building an empire over there.</w:t>
      </w:r>
    </w:p>
    <w:p/>
    <w:p>
      <w:r>
        <w:rPr>
          <w:b/>
          <w:color w:val="0F766E"/>
          <w:sz w:val="26"/>
        </w:rPr>
        <w:t>The Theory of Pax Judaica and Global Control</w:t>
      </w:r>
    </w:p>
    <w:p/>
    <w:p>
      <w:r>
        <w:t>Fast forward to today, and I want to ask you about Professor Jiang out of China. He has been saying and predicting Pax Judaica—and he articulated basically verbally what I felt when I was over there in 2019. There is a rise of an empire upon us. They have figured out how to control the world. Now, people say that's like some sort of antisemitic conspiracy theory, but it's not—if it's true. They've figured out how to control a lot of industry now, AI, and they're trying to embed themselves with the US military. There are other things they're doing in other countries. So I just think that Pax Judaica, unfortunately, is inevitable. I don't know how to stop that. That's how it feels to me—it feels inevitable.</w:t>
      </w:r>
    </w:p>
    <w:p/>
    <w:p>
      <w:r>
        <w:t>I haven't actually watched him say this about Pax Judaica. I know he was on your show, but I've been so busy with Iran and the axis of resistance and the war that I haven't been focusing too much on Russia or other issues and his material as well. Hopefully I'll try to watch more of what he says.</w:t>
      </w:r>
    </w:p>
    <w:p/>
    <w:p>
      <w:r>
        <w:rPr>
          <w:b/>
          <w:color w:val="0F766E"/>
          <w:sz w:val="26"/>
        </w:rPr>
        <w:t>On Intelligence and Propaganda</w:t>
      </w:r>
    </w:p>
    <w:p/>
    <w:p>
      <w:r>
        <w:t>I would disagree with you on there being very intelligent. When I look at the propaganda and the Hasbara that we've been seeing over the past three years, I mean, God forbid if I was a Zionist in charge, I would send all of those people who are doing Hasbara for the Israeli regime to Gaza—not with their soldiers, but with the Palestinians. So they're obviously very ignorant and very foolish. Their propaganda—it's almost impossible to justify a holocaust and genocide and the systematic slaughter of women and children, but I think it could have been done better than that.</w:t>
      </w:r>
    </w:p>
    <w:p/>
    <w:p>
      <w:r>
        <w:t>I agree that their propaganda is terrible, but not because they're naive or idiots or not intelligent. I think it's because they think we're that stupid. I think they believe we're so dumb we'll believe this. Well, that's the problem they have—it means we're actually smarter than they think. And not just us, but anti-Zionist Jews, anti-Zionist Christians, Muslims, Hindus, whatever. People across the world are waking up. I mentioned the poll that Max Blumenthal was talking about, and it shows that their propaganda isn't working.</w:t>
      </w:r>
    </w:p>
    <w:p/>
    <w:p>
      <w:r>
        <w:rPr>
          <w:b/>
          <w:color w:val="0F766E"/>
          <w:sz w:val="26"/>
        </w:rPr>
        <w:t>The War as a Turning Point</w:t>
      </w:r>
    </w:p>
    <w:p/>
    <w:p>
      <w:r>
        <w:t>I think this war has been a major turning point. They launched this war expecting or hoping to defeat Iran within days. Last year at this time was the twelve-day war, the anniversary of it. They miscalculated then, and they miscalculated this year. Now Netanyahu is in deep trouble. According to polls, roughly ninety percent of Israelis believe that they lost the war against Iran. When I look at how young Americans and young Jews in the United States and how people across the world have turned against the Israeli regime, I grow much more optimistic about the future. I'm not naive—I think we're going to have dark days and months and perhaps years ahead, and the regime is not going to relent. But I do believe that the axis of resistance is the hope for this region, and I think people are waking up to what the axis of resistance is doing.</w:t>
      </w:r>
    </w:p>
    <w:p/>
    <w:p>
      <w:r>
        <w:t>The United States, the Israelis, the Zionists, the Western media, and their think tanks have been very successful in demonizing Iran and Hezbollah for forty-seven years. Iran was portrayed as an evil regime, corrupt, with mad mullahs, a theocracy, despotic, falling apart, illegitimate, hated by the people. And people believed it. Even very open-minded people who don't trust Western media and have come to Iran are often very surprised at the difference between reality and the narrative. But now, after forty-seven years, that has collapsed. People across the world are rooting for Iran. During the first week or two of the war, friends of mine across the world were very worried that the Israelis would win. Then, to their amazement, Iran won, and everyone was rooting for Iran. Now people see through the propaganda and they say to themselves, well, if the Iranians are really all that horrible, why is it that they are the ones opposed to genocide while the good guys are all supporting genocide?</w:t>
      </w:r>
    </w:p>
    <w:p/>
    <w:p>
      <w:r>
        <w:rPr>
          <w:b/>
          <w:color w:val="0F766E"/>
          <w:sz w:val="26"/>
        </w:rPr>
        <w:t>The Erosion of Israeli Power</w:t>
      </w:r>
    </w:p>
    <w:p/>
    <w:p>
      <w:r>
        <w:t>They have wrecked their soft power. They have not succeeded militarily. The economy in the United States and the West is going downhill. They are not the only ones who have AI. There's a country called China which seems to be doing pretty good. They don't waste money waging war here and there.</w:t>
      </w:r>
    </w:p>
    <w:p/>
    <w:p>
      <w:r>
        <w:t>There is obviously an attempt to create an empire for the Zionist regime, which would be the most brutal and barbaric probably in human history, because they actually carry out genocide in front of cameras and they don't care. In the past, people would carry out genocide and probably not pretend that they're civilized, or they would hide the fact that they're carrying out atrocities. The Nazis, for example—I would assume many Germans living somewhere else in Germany would not know what's going on in concentration camps. But today, they just kill people on camera. I saw a clip of a teenager going to school, apparently a top student. They just killed her. A drone—the guy said let's kill this girl. That's what they're doing every day, and they don't care. Western media doesn't care. We're living in very unique times. But the outrage across the world is real. AI capabilities and their ownership of the media have not changed the mood of people across the world, including young Jews in the United States.</w:t>
      </w:r>
    </w:p>
    <w:p/>
    <w:p>
      <w:r>
        <w:t>I think the axis of resistance is not going to fail. I don't think it's going to break up. I would encourage your audience to read the books I mentioned about Iran. The Israeli regime is in serious trouble, but there's going to be a very difficult few years ahead for the world and for the region.</w:t>
      </w:r>
    </w:p>
    <w:p/>
    <w:p>
      <w:r>
        <w:rPr>
          <w:b/>
        </w:rPr>
        <w:t>Reference i teme</w:t>
      </w:r>
    </w:p>
    <w:p>
      <w:r>
        <w:t>Teme: #Israeli strategy and geopolitical power, #Gaza conflict and civilian casualties, #Israeli propaganda and Hasbara, #Iran, Hezbollah, and the axis of resistance, #Global narrative shift and public opinion, #Israeli soft power erosion, #Pax Judaica theory, #Western media and demonisation of Iran</w:t>
      </w:r>
    </w:p>
    <w:p/>
    <w:p>
      <w:r>
        <w:rPr>
          <w:i/>
          <w:color w:val="94A3B8"/>
          <w:sz w:val="16"/>
        </w:rPr>
        <w:t>Generated by MinbarLive — Knowledge Library · https://minbarlive.com/videos/israel-s-power-propaganda-and-the-shifting-global-narrative-a-conversation-on-zi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