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Israel's UN Ambassador Demands NY Mayor Zohran Mamdani Be Arrested</w:t>
      </w:r>
    </w:p>
    <w:p>
      <w:r>
        <w:rPr>
          <w:b/>
        </w:rPr>
        <w:t xml:space="preserve">Izvor: </w:t>
      </w:r>
      <w:r>
        <w:rPr>
          <w:color w:val="0F766E"/>
        </w:rPr>
        <w:t>https://minbarlive.com/videos/israel-s-un-ambassador-demands-ny-mayor-zohran-mamdani-be-arrested</w:t>
      </w:r>
    </w:p>
    <w:p/>
    <w:p>
      <w:r>
        <w:rPr>
          <w:i/>
        </w:rPr>
        <w:t>Israel's UN Ambassador responds to calls for Netanyahu's arrest, asserting that the Prime Minister will attend the UN and defend Israel, while redirecting criticism toward the speaker making the arrest demands.</w:t>
      </w:r>
    </w:p>
    <w:p/>
    <w:p>
      <w:r>
        <w:rPr>
          <w:b/>
        </w:rPr>
        <w:t>Sažetak</w:t>
      </w:r>
    </w:p>
    <w:p>
      <w:r>
        <w:t>In this statement, Israel's UN Ambassador addresses criticism and calls for the arrest of Prime Minister Netanyahu. The Ambassador rejects these demands, asserting that Netanyahu will travel to New York and address the UN General Assembly on behalf of Israel to defend the Israeli people. The Ambassador responds to the criticism by redirecting the claim of who should face arrest, directing it instead toward the person making such demands. The statement emphasises that nothing will prevent Netanyahu from fulfilling this role at the UN.</w:t>
      </w:r>
    </w:p>
    <w:p/>
    <w:p>
      <w:r>
        <w:rPr>
          <w:b/>
        </w:rPr>
        <w:t>Ključne poruke</w:t>
      </w:r>
    </w:p>
    <w:p>
      <w:pPr>
        <w:pStyle w:val="ListBullet"/>
      </w:pPr>
      <w:r>
        <w:t>Israel's UN Ambassador rejected calls for Prime Minister Netanyahu's arrest.</w:t>
      </w:r>
    </w:p>
    <w:p>
      <w:pPr>
        <w:pStyle w:val="ListBullet"/>
      </w:pPr>
      <w:r>
        <w:t>The Ambassador stated that Netanyahu will attend the UN and speak at the podium on behalf of Israel.</w:t>
      </w:r>
    </w:p>
    <w:p>
      <w:pPr>
        <w:pStyle w:val="ListBullet"/>
      </w:pPr>
      <w:r>
        <w:t>Netanyahu's purpose at the UN will be to defend the Israeli people.</w:t>
      </w:r>
    </w:p>
    <w:p>
      <w:pPr>
        <w:pStyle w:val="ListBullet"/>
      </w:pPr>
      <w:r>
        <w:t>The Ambassador claimed that the person who should face arrest is the one making the arrest demands, not Netanyahu.</w:t>
      </w:r>
    </w:p>
    <w:p>
      <w:pPr>
        <w:pStyle w:val="ListBullet"/>
      </w:pPr>
      <w:r>
        <w:t>The Ambassador asserted that nothing can prevent Netanyahu from attending and speaking at the UN.</w:t>
      </w:r>
    </w:p>
    <w:p/>
    <w:p>
      <w:r>
        <w:rPr>
          <w:b/>
        </w:rPr>
        <w:t>Članak</w:t>
      </w:r>
    </w:p>
    <w:p>
      <w:r>
        <w:rPr>
          <w:b/>
          <w:color w:val="0F766E"/>
          <w:sz w:val="26"/>
        </w:rPr>
        <w:t>Response to Arrest Demands</w:t>
      </w:r>
    </w:p>
    <w:p/>
    <w:p>
      <w:r>
        <w:t xml:space="preserve">The Israel UN Ambassador directly addressed criticism directed at Prime Minister </w:t>
      </w:r>
      <w:r>
        <w:rPr>
          <w:b/>
        </w:rPr>
        <w:t>Netanyahu</w:t>
      </w:r>
      <w:r>
        <w:t>, asserting that the person who should face arrest is not the Prime Minister, but rather Mr. Mamdani himself. He made clear that Prime Minister Netanyahu will come to New York, will stand at the podium in question, and will speak on behalf of the state of Israel to defend the Israeli people. The Ambassador concluded by stating emphatically that there is nothing that can be done to stop him from doing so.</w:t>
      </w:r>
    </w:p>
    <w:p/>
    <w:p>
      <w:r>
        <w:rPr>
          <w:b/>
        </w:rPr>
        <w:t>Reference i teme</w:t>
      </w:r>
    </w:p>
    <w:p>
      <w:r>
        <w:t>Teme: #Israel-UN relations, #Netanyahu, #UN General Assembly, #International diplomacy, #Political dispute</w:t>
      </w:r>
    </w:p>
    <w:p/>
    <w:p>
      <w:r>
        <w:rPr>
          <w:i/>
          <w:color w:val="94A3B8"/>
          <w:sz w:val="16"/>
        </w:rPr>
        <w:t>Generated by MinbarLive — Knowledge Library · https://minbarlive.com/videos/israel-s-un-ambassador-demands-ny-mayor-zohran-mamdani-be-arrested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