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Der israelische Dirigent Ilan Volkov verurteilte Israels Angriffe auf Gaza während eines Auftritts in London</w:t>
      </w:r>
    </w:p>
    <w:p>
      <w:r>
        <w:rPr>
          <w:b/>
        </w:rPr>
        <w:t xml:space="preserve">Izvor: </w:t>
      </w:r>
      <w:r>
        <w:rPr>
          <w:color w:val="0F766E"/>
        </w:rPr>
        <w:t>https://minbarlive.com/videos/de/der-israelische-dirigent-ilan-volkov-verurteilte-israels-angriffe-auf-gaza-waehr</w:t>
      </w:r>
    </w:p>
    <w:p/>
    <w:p>
      <w:r>
        <w:rPr>
          <w:i/>
        </w:rPr>
        <w:t>Der israelische Dirigent Ilan Volkov äußert sich während eines Auftritts in London gegen die militärischen Operationen Israels in Gaza, beschreibt die humanitäre Krise, die die Palästinenser betrifft, und ruft das Publikum dazu auf, Maßnahmen zu ergreifen, um den Konflikt zu beenden.</w:t>
      </w:r>
    </w:p>
    <w:p/>
    <w:p>
      <w:r>
        <w:rPr>
          <w:b/>
        </w:rPr>
        <w:t>Sažetak</w:t>
      </w:r>
    </w:p>
    <w:p>
      <w:r>
        <w:t>In einer emotionalen Ansprache bei einer Aufführung in London äußert der israelische Dirigent Ilan Volkov sein persönliches Leid über die Ereignisse in Gaza und den umfassenderen israelisch-palästinensischen Konflikt. Aus seiner Perspektive als Israeli und Bewohner Israels beschreibt Volkov die humanitäre Situation der Palästinenser – einschließlich massiver Verluste, wiederholter Vertreibungen, fehlender Krankenhäuser und Schulen sowie Ernährungsunsicherheit – während er auch die Inhaftierung israelischer Geiseln unter unmenschlichen Bedingungen und palästinensischer sowie israelischer politischer Gefangener in israelischen Gefängnissen anerkennt. Er stellt die Situation als eine kollektive Krise dar, die dringende Interventionen über staatliches Handeln hinaus erfordert. Volkov fordert die Mitglieder des Publikums und Menschen weltweit auf, alles in ihrer Macht Stehende zu tun, um das zu stoppen, was er als "Wahnsinn" charakterisiert, und betont, dass jede Verzögerung das Risiko für Millionen von Menschen erhöht. Die Ansprache spiegelt sowohl seine persönliche moralische Überzeugung als auch seine Ansicht wider, dass politische Ausdrucksformen untrennbar mit dem Alltag und künstlerischen Plattformen verbunden sind.</w:t>
      </w:r>
    </w:p>
    <w:p/>
    <w:p>
      <w:r>
        <w:rPr>
          <w:b/>
        </w:rPr>
        <w:t>Ključne poruke</w:t>
      </w:r>
    </w:p>
    <w:p>
      <w:pPr>
        <w:pStyle w:val="ListBullet"/>
      </w:pPr>
      <w:r>
        <w:t>Volkov, ein israelischer Dirigent, erklärt, dass er nicht länger schweigen kann über das, was er als "abscheuliche und schreckliche" Situation in Gaza beschreibt.</w:t>
      </w:r>
    </w:p>
    <w:p>
      <w:pPr>
        <w:pStyle w:val="ListBullet"/>
      </w:pPr>
      <w:r>
        <w:t>Er dokumentiert die humanitäre Krise: Tausende von Palästinensern getötet, wiederholte Vertreibungen, Abwesenheit von Krankenhäusern und Schulen sowie Nahrungsmittelunsicherheit.</w:t>
      </w:r>
    </w:p>
    <w:p>
      <w:pPr>
        <w:pStyle w:val="ListBullet"/>
      </w:pPr>
      <w:r>
        <w:t>Volkov erkennt mehrere Dimensionen des Leidens an: Palästinensische Zivilisten, die von militärischen Operationen betroffen sind, israelische Geiseln, die unter unmenschlichen Bedingungen festgehalten werden, und politische Gefangene – sowohl israelische als auch palästinensische – die in Gefängnissen leiden.</w:t>
      </w:r>
    </w:p>
    <w:p>
      <w:pPr>
        <w:pStyle w:val="ListBullet"/>
      </w:pPr>
      <w:r>
        <w:t>Er argumentiert, dass politische Äußerungen zum täglichen Leben gehören und dass künstlerische Plattformen nicht von moralischen Zeugenaussagen ausgenommen werden sollten.</w:t>
      </w:r>
    </w:p>
    <w:p>
      <w:pPr>
        <w:pStyle w:val="ListBullet"/>
      </w:pPr>
      <w:r>
        <w:t>Volkov ruft Einzelpersonen, nicht nur Regierungen, dazu auf, Maßnahmen zu ergreifen, um den Konflikt zu stoppen, und betont, dass jede Handlung und jeder Moment zählt.</w:t>
      </w:r>
    </w:p>
    <w:p>
      <w:pPr>
        <w:pStyle w:val="ListBullet"/>
      </w:pPr>
      <w:r>
        <w:t>Er stellt die Krise als kollektive Verantwortung dar, die die Sicherheit von Millionen betrifft und Interventionen von Menschen aus verschiedenen Gemeinschaften erfordert.</w:t>
      </w:r>
    </w:p>
    <w:p/>
    <w:p>
      <w:r>
        <w:rPr>
          <w:b/>
        </w:rPr>
        <w:t>Članak</w:t>
      </w:r>
    </w:p>
    <w:p>
      <w:r>
        <w:rPr>
          <w:b/>
          <w:color w:val="0F766E"/>
          <w:sz w:val="26"/>
        </w:rPr>
        <w:t>Ein persönlicher Appell eines israelischen Dirigenten</w:t>
      </w:r>
    </w:p>
    <w:p/>
    <w:p>
      <w:r>
        <w:t>Ich trage jetzt großen Schmerz in meinem Herzen, jeden Tag seit Monaten. Ich komme aus Israel und lebe dort. Ich liebe es. Es ist mein Zuhause. Aber was jetzt passiert, ist abscheulich und schrecklich. Ich weiß, dass viele von Ihnen denken, Politik sollte dabei keine Rolle spielen, aber Politik ist Teil des Lebens, jeden Tag. Ich verstehe, wenn einige von Ihnen das nicht hören möchten und sich entscheiden zu gehen.</w:t>
      </w:r>
    </w:p>
    <w:p/>
    <w:p>
      <w:r>
        <w:rPr>
          <w:b/>
          <w:color w:val="0F766E"/>
          <w:sz w:val="26"/>
        </w:rPr>
        <w:t>Die humanitäre Krise</w:t>
      </w:r>
    </w:p>
    <w:p/>
    <w:p>
      <w:r>
        <w:t>Ich weiß, dass viele von uns sich angesichts der Situation völlig hoffnungslos fühlen. Unschuldige Palästinenser werden tausendfach getötet, immer wieder vertrieben, ohne Krankenhäuser, ohne Schulen, ohne zu wissen, wann die nächste Mahlzeit kommt. Gleichzeitig werden israelische Geiseln seit zwei Jahren unter unmenschlichen Bedingungen festgehalten. Politische Gefangene – sowohl israelische Juden als auch Palästinenser – vegetieren in israelischen Gefängnissen.</w:t>
      </w:r>
    </w:p>
    <w:p/>
    <w:p>
      <w:r>
        <w:rPr>
          <w:b/>
          <w:color w:val="0F766E"/>
          <w:sz w:val="26"/>
        </w:rPr>
        <w:t>Ein Aufruf zum Handeln</w:t>
      </w:r>
    </w:p>
    <w:p/>
    <w:p>
      <w:r>
        <w:t>Israeli, Juden und Palästinenser – wir können das nicht alleine stoppen. Ich bitte euch, ich flehe euch an, alles in eurer Macht Stehende zu tun, um diesen Wahnsinn zu stoppen. Jede kleine Handlung zählt. Während Regierungen zögern und abwarten, dürfen wir das nicht länger hinnehmen. Jeder Moment, der vergeht, gefährdet die Sicherheit von Millionen.</w:t>
      </w:r>
    </w:p>
    <w:p/>
    <w:p>
      <w:r>
        <w:rPr>
          <w:b/>
        </w:rPr>
        <w:t>Reference i teme</w:t>
      </w:r>
    </w:p>
    <w:p>
      <w:r>
        <w:t>Teme: #Konflikt in Gaza und humanitäre Krise, #Israeli-palästinensische Beziehungen, #Vertreibung und zivile Opfer, #Geiseln und politische Gefangene, #Kunst und Aktivismus, #Moralisches Zeugnis und Gewissen, #Aufrufe zu internationalem Handeln</w:t>
      </w:r>
    </w:p>
    <w:p/>
    <w:p>
      <w:r>
        <w:rPr>
          <w:i/>
          <w:color w:val="94A3B8"/>
          <w:sz w:val="16"/>
        </w:rPr>
        <w:t>Generated by MinbarLive — Knowledge Library · https://minbarlive.com/videos/de/der-israelische-dirigent-ilan-volkov-verurteilte-israels-angriffe-auf-gaza-waehr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