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Josiah Trenham, orthodoxer Priester: "Es ist irrational, dass die USA mit Israel verbündet sind"</w:t>
      </w:r>
    </w:p>
    <w:p>
      <w:r>
        <w:rPr>
          <w:b/>
        </w:rPr>
        <w:t xml:space="preserve">Govornik: </w:t>
      </w:r>
      <w:r>
        <w:t>Josiah Trenham</w:t>
      </w:r>
    </w:p>
    <w:p>
      <w:r>
        <w:rPr>
          <w:b/>
        </w:rPr>
        <w:t xml:space="preserve">Izvor: </w:t>
      </w:r>
      <w:r>
        <w:rPr>
          <w:color w:val="0F766E"/>
        </w:rPr>
        <w:t>https://minbarlive.com/videos/de/josiah-trenham-orthodoxer-priester-es-ist-irrational-dass-die-usa-mit-israel-ver</w:t>
      </w:r>
    </w:p>
    <w:p/>
    <w:p>
      <w:r>
        <w:rPr>
          <w:i/>
        </w:rPr>
        <w:t>Der orthodoxe Priester Josiah Trenham spricht über die Vertreibung palästinensischer Christen aus dem Heiligen Land, beschreibt die erzwungenen Vertreibungen von 1948 und etwa zwanzig Jahre später und hinterfragt die US-Israel-Allianz aus einer christlichen Perspektive.</w:t>
      </w:r>
    </w:p>
    <w:p/>
    <w:p>
      <w:r>
        <w:rPr>
          <w:b/>
        </w:rPr>
        <w:t>Sažetak</w:t>
      </w:r>
    </w:p>
    <w:p>
      <w:r>
        <w:t>Pater Josiah Trenham spricht über die Vertreibung der orthodoxen Christen aus Palästina und Gaza und betont die historische und spirituelle Bedeutung des Heiligen Landes für die orthodoxe Christliche Gemeinschaft. Er beschreibt zwei große Wellen der Vertreibung: die erste 1948 und eine zweite etwa zwei Jahrzehnte später, während derer er berichtet, dass bewaffnete jüdische Soldaten Ultimaten an palästinensische christliche Bewohner ausgaben und drohten, jeden zu töten, der nach einer bestimmten Frist blieb. Trenham merkt an, dass viele vertriebene Palästinenser schließlich nach Amerika emigrierten, wobei einige in Kalifornien siedelten und Teil seiner Gemeinde wurden. Er untersucht auch die US-Israel-Allianz aus theologischer und politischer Perspektive und hinterfragt deren Begründung angesichts dessen, was er als die theologischen Positionen der israelischen Führung gegenüber dem Christentum charakterisiert.</w:t>
      </w:r>
    </w:p>
    <w:p/>
    <w:p>
      <w:r>
        <w:rPr>
          <w:b/>
        </w:rPr>
        <w:t>Ključne poruke</w:t>
      </w:r>
    </w:p>
    <w:p>
      <w:pPr>
        <w:pStyle w:val="ListBullet"/>
      </w:pPr>
      <w:r>
        <w:t>Gaza und das weitere Heilige Land haben eine besondere Bedeutung für orthodoxe Christen, und der Redner betrachtet die Vertreibung palästinensischer Christen als zentrales Anliegen.</w:t>
      </w:r>
    </w:p>
    <w:p>
      <w:pPr>
        <w:pStyle w:val="ListBullet"/>
      </w:pPr>
      <w:r>
        <w:t>Die erste Welle der Vertreibung palästinensischer Christen ereignete sich 1948; eine zweite folgte etwa zwanzig Jahre später.</w:t>
      </w:r>
    </w:p>
    <w:p>
      <w:pPr>
        <w:pStyle w:val="ListBullet"/>
      </w:pPr>
      <w:r>
        <w:t>Laut dem Bericht des Redners haben bewaffnete Soldaten palästinensischen Christen Todesdrohungen ausgesprochen und ihnen bis 17 Uhr Zeit gegeben, ihre Häuser zu verlassen oder mit der Hinrichtung zu rechnen.</w:t>
      </w:r>
    </w:p>
    <w:p>
      <w:pPr>
        <w:pStyle w:val="ListBullet"/>
      </w:pPr>
      <w:r>
        <w:t>Viele vertriebene palästinensische Christen emigrierten anschließend in die Vereinigten Staaten, wobei einige sich in Kalifornien niederließen und Gründungsmitglieder der Gemeinde des Redners wurden.</w:t>
      </w:r>
    </w:p>
    <w:p>
      <w:pPr>
        <w:pStyle w:val="ListBullet"/>
      </w:pPr>
      <w:r>
        <w:t>Der Redner hinterfragt die theologischen und politischen Grundlagen der US-Israel-Allianz und merkt an, dass Mitglieder der israelischen Knesset, seiner Darstellung nach, Jesus Christus als falschen Rabbi betrachten, der zu Recht hingerichtet wurde.</w:t>
      </w:r>
    </w:p>
    <w:p>
      <w:pPr>
        <w:pStyle w:val="ListBullet"/>
      </w:pPr>
      <w:r>
        <w:t>Die Gemeinde des Redners besteht größtenteils aus Einwanderern, die aus dem Heiligen Land vertrieben wurden, wodurch die Vertreibung palästinensischer Christen eine gelebte Realität in seiner Gemeinschaft ist.</w:t>
      </w:r>
    </w:p>
    <w:p/>
    <w:p>
      <w:r>
        <w:rPr>
          <w:b/>
        </w:rPr>
        <w:t>Članak</w:t>
      </w:r>
    </w:p>
    <w:p>
      <w:r>
        <w:rPr>
          <w:b/>
          <w:color w:val="0F766E"/>
          <w:sz w:val="26"/>
        </w:rPr>
        <w:t>Gaza und das Heilige Land</w:t>
      </w:r>
    </w:p>
    <w:p/>
    <w:p>
      <w:r>
        <w:t>Gaza hat eine besondere Bedeutung für orthodoxe Christen, da es Teil des Heiligen Landes ist. Aus der Sicht des Sprechers erscheint es irrational, dass die Vereinigten Staaten ihre Hauptallianz mit dem, was er als einen zionistischen Staat beschreibt, aufrechterhalten. Er weist darauf hin, dass die israelische Knesset überwiegend aus Mitgliedern besteht, die, seiner Charakterisierung nach, Jesus Christus als falschen Rabbi betrachten, der für Blasphemie ordnungsgemäß hingerichtet wurde. Der Sprecher hinterfragt die rationale Grundlage dieser Allianz.</w:t>
      </w:r>
    </w:p>
    <w:p/>
    <w:p>
      <w:r>
        <w:rPr>
          <w:b/>
          <w:color w:val="0F766E"/>
          <w:sz w:val="26"/>
        </w:rPr>
        <w:t>Vertreibung der orthodoxen Christen aus Palästina</w:t>
      </w:r>
    </w:p>
    <w:p/>
    <w:p>
      <w:r>
        <w:t>Die eigene Gemeinde des Sprechers besteht größtenteils aus Einwanderern, die aus dem Heiligen Land vertrieben wurden. Die erste Welle der Vertreibung ereignete sich 1948. Eine zweite Vertreibung folgte etwa zwanzig Jahre später, als jüdische Soldaten zu den Häusern palästinensischer Christen kamen, die dort seit unzähligen Generationen lebten. Nach dem Bericht des Sprechers kamen diese Soldaten mittags, bewaffnet, und gaben ein Ultimatum: Sie würden um fünf Uhr zurückkehren, und wer dann noch anwesend sei, würde getötet. Angesichts dieser Bedrohung verließen die Bewohner ihre Häuser. Viele dieser vertriebenen Personen emigrierten schließlich nach Amerika, wobei einige in Kalifornien siedelten, wo sie Teil der Gründungsmitglieder der Gemeinde des Sprechers wurden.</w:t>
      </w:r>
    </w:p>
    <w:p/>
    <w:p>
      <w:r>
        <w:rPr>
          <w:b/>
        </w:rPr>
        <w:t>Reference i teme</w:t>
      </w:r>
    </w:p>
    <w:p>
      <w:r>
        <w:t>Teme: #Palästinensische christliche Vertreibung, #US-israelische Beziehungen, #Heiliges Land, #Orthodoxes Christentum und Palästina, #Palästinensische Exodus von 1948, #Palästinensische Flüchtlinge in Amerika</w:t>
      </w:r>
    </w:p>
    <w:p/>
    <w:p>
      <w:r>
        <w:rPr>
          <w:i/>
          <w:color w:val="94A3B8"/>
          <w:sz w:val="16"/>
        </w:rPr>
        <w:t>Generated by MinbarLive — Knowledge Library · https://minbarlive.com/videos/de/josiah-trenham-orthodoxer-priester-es-ist-irrational-dass-die-usa-mit-israel-ver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