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Josiah Trenham, prêtre orthodoxe : « Il est irrationnel que les États-Unis soient alliés avec Israël »</w:t>
      </w:r>
    </w:p>
    <w:p>
      <w:r>
        <w:rPr>
          <w:b/>
        </w:rPr>
        <w:t xml:space="preserve">Govornik: </w:t>
      </w:r>
      <w:r>
        <w:t>Josiah Trenham</w:t>
      </w:r>
    </w:p>
    <w:p>
      <w:r>
        <w:rPr>
          <w:b/>
        </w:rPr>
        <w:t xml:space="preserve">Izvor: </w:t>
      </w:r>
      <w:r>
        <w:rPr>
          <w:color w:val="0F766E"/>
        </w:rPr>
        <w:t>https://minbarlive.com/videos/fr/josiah-trenham-pretre-orthodoxe-il-est-irrationnel-que-les-etats-unis-soient-all</w:t>
      </w:r>
    </w:p>
    <w:p/>
    <w:p>
      <w:r>
        <w:rPr>
          <w:i/>
        </w:rPr>
        <w:t>Le prêtre orthodoxe Josiah Trenham aborde le déplacement des chrétiens palestiniens de la Terre Sainte, décrivant les expulsions forcées en 1948 et environ vingt ans plus tard, et remet en question l'alliance entre les États-Unis et Israël d'un point de vue chrétien.</w:t>
      </w:r>
    </w:p>
    <w:p/>
    <w:p>
      <w:r>
        <w:rPr>
          <w:b/>
        </w:rPr>
        <w:t>Sažetak</w:t>
      </w:r>
    </w:p>
    <w:p>
      <w:r>
        <w:t>Le Père Josiah Trenham aborde le déplacement des chrétiens orthodoxes de Palestine et de Gaza, soulignant l'importance historique et spirituelle de la Terre Sainte pour la communauté chrétienne orthodoxe. Il décrit deux grandes vagues de déplacement : la première en 1948, et une seconde environ deux décennies plus tard, durant laquelle il raconte que des soldats juifs armés ont émis des ultimatums aux résidents chrétiens palestiniens, menaçant de tuer quiconque restant après une date limite spécifiée. Trenham note que de nombreux Palestiniens déplacés ont finalement émigré en Amérique, certains s'installant en Californie et faisant partie de sa communauté paroissiale. Il examine également l'alliance américano-israélienne d'un point de vue théologique et politique, remettant en question sa justification étant donné ce qu'il caractérise comme les positions théologiques de la direction israélienne envers le christianisme.</w:t>
      </w:r>
    </w:p>
    <w:p/>
    <w:p>
      <w:r>
        <w:rPr>
          <w:b/>
        </w:rPr>
        <w:t>Ključne poruke</w:t>
      </w:r>
    </w:p>
    <w:p>
      <w:pPr>
        <w:pStyle w:val="ListBullet"/>
      </w:pPr>
      <w:r>
        <w:t>Gaza et la Terre Sainte en général ont une signification particulière pour les chrétiens orthodoxes, et l'orateur considère le déplacement des chrétiens palestiniens comme une préoccupation centrale.</w:t>
      </w:r>
    </w:p>
    <w:p>
      <w:pPr>
        <w:pStyle w:val="ListBullet"/>
      </w:pPr>
      <w:r>
        <w:t>La première vague de déplacement des chrétiens palestiniens a eu lieu en 1948 ; une seconde a suivi environ vingt ans plus tard.</w:t>
      </w:r>
    </w:p>
    <w:p>
      <w:pPr>
        <w:pStyle w:val="ListBullet"/>
      </w:pPr>
      <w:r>
        <w:t>Selon le récit de l'orateur, des soldats armés ont proféré des menaces de mort aux chrétiens palestiniens, leur donnant jusqu'à 17 heures pour quitter leurs maisons ou faire face à l'exécution.</w:t>
      </w:r>
    </w:p>
    <w:p>
      <w:pPr>
        <w:pStyle w:val="ListBullet"/>
      </w:pPr>
      <w:r>
        <w:t>De nombreux chrétiens palestiniens déplacés ont ensuite émigré aux États-Unis, certains s'installant en Californie et devenant membres fondateurs de la paroisse de l'orateur.</w:t>
      </w:r>
    </w:p>
    <w:p>
      <w:pPr>
        <w:pStyle w:val="ListBullet"/>
      </w:pPr>
      <w:r>
        <w:t>L'orateur remet en question la base théologique et politique de l'alliance États-Unis-Israël, notant que les membres de la Knesset israélienne, selon lui, considèrent Jésus-Christ comme un faux rabbin qui a été exécuté à juste titre.</w:t>
      </w:r>
    </w:p>
    <w:p>
      <w:pPr>
        <w:pStyle w:val="ListBullet"/>
      </w:pPr>
      <w:r>
        <w:t>La paroisse de l'orateur est composée en grande partie d'immigrants chassés de la Terre Sainte, rendant le déplacement des chrétiens palestiniens une réalité vécue au sein de sa communauté.</w:t>
      </w:r>
    </w:p>
    <w:p/>
    <w:p>
      <w:r>
        <w:rPr>
          <w:b/>
        </w:rPr>
        <w:t>Članak</w:t>
      </w:r>
    </w:p>
    <w:p>
      <w:r>
        <w:rPr>
          <w:b/>
          <w:color w:val="0F766E"/>
          <w:sz w:val="26"/>
        </w:rPr>
        <w:t>Gaza et la Terre Sainte</w:t>
      </w:r>
    </w:p>
    <w:p/>
    <w:p>
      <w:r>
        <w:t>Gaza revêt une signification particulière pour les chrétiens orthodoxes, car elle fait partie de la Terre Sainte. Du point de vue de l'orateur, il semble irrationnel que les États-Unis maintiennent leur principale alliance avec ce qu'il décrit comme un État sioniste. Il note que la Knesset israélienne est principalement composée de membres qui, selon lui, considèrent Jésus-Christ comme un faux rabbin qui a été exécuté pour blasphème. L'orateur remet en question la logique de cette alliance.</w:t>
      </w:r>
    </w:p>
    <w:p/>
    <w:p>
      <w:r>
        <w:rPr>
          <w:b/>
          <w:color w:val="0F766E"/>
          <w:sz w:val="26"/>
        </w:rPr>
        <w:t>Déplacement des chrétiens orthodoxes de Palestine</w:t>
      </w:r>
    </w:p>
    <w:p/>
    <w:p>
      <w:r>
        <w:t>La paroisse de l'orateur est composée en grande partie d'immigrants chassés de la Terre Sainte. La première vague de déplacement a eu lieu en 1948. Un second déplacement a suivi environ vingt ans plus tard, lorsque des soldats juifs sont venus dans les maisons des chrétiens palestiniens qui y vivaient depuis des générations. Selon le récit de l'orateur, ces soldats sont arrivés à midi, armés, et ont donné un ultimatum : ils reviendraient à cinq heures, et quiconque serait encore présent serait tué. Face à cette menace, les habitants ont quitté leurs maisons. Beaucoup de ces personnes déplacées ont finalement émigré en Amérique, certains s'installant en Californie, où ils sont devenus membres fondateurs de la paroisse de l'orateur.</w:t>
      </w:r>
    </w:p>
    <w:p/>
    <w:p>
      <w:r>
        <w:rPr>
          <w:b/>
        </w:rPr>
        <w:t>Reference i teme</w:t>
      </w:r>
    </w:p>
    <w:p>
      <w:r>
        <w:t>Teme: #Déplacement des chrétiens palestiniens, #Relations entre les États-Unis et Israël, #Terre Sainte, #Christianisme orthodoxe et Palestine, #Exode palestinien de 1948, #Réfugiés palestiniens en Amérique</w:t>
      </w:r>
    </w:p>
    <w:p/>
    <w:p>
      <w:r>
        <w:rPr>
          <w:i/>
          <w:color w:val="94A3B8"/>
          <w:sz w:val="16"/>
        </w:rPr>
        <w:t>Generated by MinbarLive — Knowledge Library · https://minbarlive.com/videos/fr/josiah-trenham-pretre-orthodoxe-il-est-irrationnel-que-les-etats-unis-soient-all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