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Иосая Тренхэм, православный священник: «Иррационально, что США союзники Израиля»</w:t>
      </w:r>
    </w:p>
    <w:p>
      <w:r>
        <w:rPr>
          <w:b/>
        </w:rPr>
        <w:t xml:space="preserve">Govornik: </w:t>
      </w:r>
      <w:r>
        <w:t>Josiah Trenham</w:t>
      </w:r>
    </w:p>
    <w:p>
      <w:r>
        <w:rPr>
          <w:b/>
        </w:rPr>
        <w:t xml:space="preserve">Izvor: </w:t>
      </w:r>
      <w:r>
        <w:rPr>
          <w:color w:val="0F766E"/>
        </w:rPr>
        <w:t>https://minbarlive.com/videos/ru/josiah-trenham-ortodox-priest-it-is-irational-that-usa-is-alied-with-israel</w:t>
      </w:r>
    </w:p>
    <w:p/>
    <w:p>
      <w:r>
        <w:rPr>
          <w:i/>
        </w:rPr>
        <w:t>Православный священник Иосиф Тренхэм обсуждает перемещение палестинских христиан из Святой Земли, описывая насильственные выселения в 1948 году и примерно через двадцать лет, а также ставит под сомнение союз США и Израиля с христианской точки зрения.</w:t>
      </w:r>
    </w:p>
    <w:p/>
    <w:p>
      <w:r>
        <w:rPr>
          <w:b/>
        </w:rPr>
        <w:t>Sažetak</w:t>
      </w:r>
    </w:p>
    <w:p>
      <w:r>
        <w:t>Отец Иосиф Тренхэм говорит о перемещении православных христиан из Палестины и Газы, подчеркивая историческое и духовное значение Святой Земли для православной христианской общины. Он описывает две основные волны перемещения: первая в 1948 году, и вторая примерно через два десятилетия, во время которой он рассказывает, что вооруженные еврейские солдаты выдвигали ультиматумы палестинским христианским жителям, угрожая убить всех, кто останется после установленного срока. Тренхэм отмечает, что многие перемещенные палестинцы в конечном итоге эмигрировали в Америку, некоторые оселись в Калифорнии и стали частью его приходской общины. Он также рассматривает американо-израильский альянс с теологической и политической точки зрения, ставя под сомнение его обоснование, учитывая то, что он характеризует как теологические позиции израильского руководства по отношению к христианству.</w:t>
      </w:r>
    </w:p>
    <w:p/>
    <w:p>
      <w:r>
        <w:rPr>
          <w:b/>
        </w:rPr>
        <w:t>Ključne poruke</w:t>
      </w:r>
    </w:p>
    <w:p>
      <w:pPr>
        <w:pStyle w:val="ListBullet"/>
      </w:pPr>
      <w:r>
        <w:t>Газа и более широкий Святой Земля имеют особое значение для православных христиан, и оратор считает перемещение палестинских христиан центральной проблемой.</w:t>
      </w:r>
    </w:p>
    <w:p>
      <w:pPr>
        <w:pStyle w:val="ListBullet"/>
      </w:pPr>
      <w:r>
        <w:t>Первая волна перемещения палестинских христиан произошла в 1948 году; вторая последовала примерно через двадцать лет.</w:t>
      </w:r>
    </w:p>
    <w:p>
      <w:pPr>
        <w:pStyle w:val="ListBullet"/>
      </w:pPr>
      <w:r>
        <w:t>Согласно рассказу оратора, вооруженные солдаты угрожали палестинским христианам смертью, давая им до 17:00, чтобы покинуть свои дома, иначе они столкнутся с казнью.</w:t>
      </w:r>
    </w:p>
    <w:p>
      <w:pPr>
        <w:pStyle w:val="ListBullet"/>
      </w:pPr>
      <w:r>
        <w:t>Многие перемещенные палестинские христиане впоследствии эмигрировали в Соединенные Штаты, некоторые осели в Калифорнии и стали учредительными членами прихода оратора.</w:t>
      </w:r>
    </w:p>
    <w:p>
      <w:pPr>
        <w:pStyle w:val="ListBullet"/>
      </w:pPr>
      <w:r>
        <w:t>Оратор ставит под сомнение теологическую и политическую основу альянса США и Израиля, отмечая, что члены израильского Кнессета, по его словам, считают Иисуса Христа ложным раввином, который был справедливо казнен.</w:t>
      </w:r>
    </w:p>
    <w:p>
      <w:pPr>
        <w:pStyle w:val="ListBullet"/>
      </w:pPr>
      <w:r>
        <w:t>Приход оратора в значительной степени состоит из иммигрантов, изгнанных из Святой Земли, что делает перемещение палестинских христиан реальностью в его общине.</w:t>
      </w:r>
    </w:p>
    <w:p/>
    <w:p>
      <w:r>
        <w:rPr>
          <w:b/>
        </w:rPr>
        <w:t>Članak</w:t>
      </w:r>
    </w:p>
    <w:p>
      <w:r>
        <w:rPr>
          <w:b/>
          <w:color w:val="0F766E"/>
          <w:sz w:val="26"/>
        </w:rPr>
        <w:t>Газа и Святая Земля</w:t>
      </w:r>
    </w:p>
    <w:p/>
    <w:p>
      <w:r>
        <w:t>Газа имеет особое значение для православных христиан, так как является частью Святой Земли. С точки зрения выступающего, неразумно, что Соединенные Штаты поддерживают свое главное партнерство с тем, что он называет сионистским государством. Он отмечает, что израильский Кнессет в основном состоит из членов, которые, по его словам, считают Иисуса Христа ложным раввином, который был правильно казнен за богохульство. Выступающий ставит под сомнение целесообразность этого альянса.</w:t>
      </w:r>
    </w:p>
    <w:p/>
    <w:p>
      <w:r>
        <w:rPr>
          <w:b/>
          <w:color w:val="0F766E"/>
          <w:sz w:val="26"/>
        </w:rPr>
        <w:t>Перемещение православных христиан из Палестины</w:t>
      </w:r>
    </w:p>
    <w:p/>
    <w:p>
      <w:r>
        <w:t>Приход выступающего в основном состоит из иммигрантов, которых изгнали из Святой Земли. Первая волна перемещения произошла в 1948 году. Вторая волна последовала примерно через двадцать лет, когда еврейские солдаты пришли в дома палестинских христиан, которые жили там бесчисленные поколения. По словам выступающего, эти солдаты пришли в полдень, вооруженные, и выдвинули ультиматум: они вернутся в пять часов, и любой, кто останется, будет убит. Столкнувшись с этой угрозой, жители покинули свои дома. Многие из этих перемещенных лиц в конечном итоге эмигрировали в Америку, некоторые осели в Калифорнии, где стали частью основного состава прихода выступающего.</w:t>
      </w:r>
    </w:p>
    <w:p/>
    <w:p>
      <w:r>
        <w:rPr>
          <w:b/>
        </w:rPr>
        <w:t>Reference i teme</w:t>
      </w:r>
    </w:p>
    <w:p>
      <w:r>
        <w:t>Teme: #Перемещение палестинских христиан, #Отношения США и Израиля, #Святая Земля, #Православное христианство и Палестина, #Исход палестинцев 1948 года, #Палестинские беженцы в Америке</w:t>
      </w:r>
    </w:p>
    <w:p/>
    <w:p>
      <w:r>
        <w:rPr>
          <w:i/>
          <w:color w:val="94A3B8"/>
          <w:sz w:val="16"/>
        </w:rPr>
        <w:t>Generated by MinbarLive — Knowledge Library · https://minbarlive.com/videos/ru/josiah-trenham-ortodox-priest-it-is-irational-that-usa-is-alied-with-israel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