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Christian Ambassador Training Program for Israel Advocacy</w:t>
      </w:r>
    </w:p>
    <w:p>
      <w:r>
        <w:rPr>
          <w:b/>
        </w:rPr>
        <w:t xml:space="preserve">Izvor: </w:t>
      </w:r>
      <w:r>
        <w:rPr>
          <w:color w:val="0F766E"/>
        </w:rPr>
        <w:t>https://minbarlive.com/videos/meet-mike-evans-one-of-most-powerful-christian-zionist-in-usa</w:t>
      </w:r>
    </w:p>
    <w:p/>
    <w:p>
      <w:r>
        <w:rPr>
          <w:i/>
        </w:rPr>
        <w:t>A Christian advocacy initiative aims to train 100,000 evangelical ambassadors focused on defending Israel's international image and brand. Participants position themselves as ideologically neutral, unified around support for Israel.</w:t>
      </w:r>
    </w:p>
    <w:p/>
    <w:p>
      <w:r>
        <w:rPr>
          <w:b/>
        </w:rPr>
        <w:t>Sažetak</w:t>
      </w:r>
    </w:p>
    <w:p>
      <w:r>
        <w:t>This talk describes a large-scale training program designed to mobilize evangelical Christian ambassadors to advocate for Israel on the global stage. The speaker outlines an initiative targeting the development of 100,000 Christian advocates whose primary mission is to defend and promote Israel's brand and international reputation. Participants are characterized as operating outside traditional left-right political divisions, instead coalescing around a singular focus: support for Israel. The program frames this advocacy work using figurative language, referring to Israel metaphorically as 'the bird.' The initiative represents an organized effort to coordinate evangelical Christian messaging and activism in support of Israeli interests.</w:t>
      </w:r>
    </w:p>
    <w:p/>
    <w:p>
      <w:r>
        <w:rPr>
          <w:b/>
        </w:rPr>
        <w:t>Ključne poruke</w:t>
      </w:r>
    </w:p>
    <w:p>
      <w:pPr>
        <w:pStyle w:val="ListBullet"/>
      </w:pPr>
      <w:r>
        <w:t>A program aims to train 100,000 Christian ambassadors specifically dedicated to defending Israel's international image and brand.</w:t>
      </w:r>
    </w:p>
    <w:p>
      <w:pPr>
        <w:pStyle w:val="ListBullet"/>
      </w:pPr>
      <w:r>
        <w:t>Evangelical Christians participating in this initiative present themselves as politically neutral, transcending traditional ideological divides.</w:t>
      </w:r>
    </w:p>
    <w:p>
      <w:pPr>
        <w:pStyle w:val="ListBullet"/>
      </w:pPr>
      <w:r>
        <w:t>The unified focus of these ambassadors is support for Israel, framed using metaphorical language.</w:t>
      </w:r>
    </w:p>
    <w:p>
      <w:pPr>
        <w:pStyle w:val="ListBullet"/>
      </w:pPr>
      <w:r>
        <w:t>The program operates as a coordinated advocacy effort to mobilize evangelical Christian communities around pro-Israel messaging.</w:t>
      </w:r>
    </w:p>
    <w:p/>
    <w:p>
      <w:r>
        <w:rPr>
          <w:b/>
        </w:rPr>
        <w:t>Članak</w:t>
      </w:r>
    </w:p>
    <w:p>
      <w:r>
        <w:rPr>
          <w:b/>
          <w:color w:val="0F766E"/>
          <w:sz w:val="26"/>
        </w:rPr>
        <w:t>Training Christian Ambassadors</w:t>
      </w:r>
    </w:p>
    <w:p/>
    <w:p>
      <w:r>
        <w:t>The initiative aims to train 100,000 Christian ambassadors dedicated to defending Israel's brand and international image. According to the speaker, evangelical Christians involved in this effort position themselves as neither ideologically right nor left, but rather unified around a single focus: support for Israel, which is described using the metaphor of "the bird."</w:t>
      </w:r>
    </w:p>
    <w:p/>
    <w:p>
      <w:r>
        <w:rPr>
          <w:b/>
        </w:rPr>
        <w:t>Reference i teme</w:t>
      </w:r>
    </w:p>
    <w:p>
      <w:r>
        <w:t>Teme: #Christian advocacy, #Israel international relations, #Evangelical activism, #Brand management, #Political mobilization</w:t>
      </w:r>
    </w:p>
    <w:p/>
    <w:p>
      <w:r>
        <w:rPr>
          <w:i/>
          <w:color w:val="94A3B8"/>
          <w:sz w:val="16"/>
        </w:rPr>
        <w:t>Generated by MinbarLive — Knowledge Library · https://minbarlive.com/videos/meet-mike-evans-one-of-most-powerful-christian-zionist-in-usa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