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Moment when Zionist see that real Jews do not support them</w:t>
      </w:r>
    </w:p>
    <w:p>
      <w:r>
        <w:rPr>
          <w:b/>
        </w:rPr>
        <w:t xml:space="preserve">Izvor: </w:t>
      </w:r>
      <w:r>
        <w:rPr>
          <w:color w:val="0F766E"/>
        </w:rPr>
        <w:t>https://minbarlive.com/videos/moment-when-zionist-see-that-real-jews-do-not-support-them</w:t>
      </w:r>
    </w:p>
    <w:p/>
    <w:p>
      <w:r>
        <w:rPr>
          <w:i/>
        </w:rPr>
        <w:t>An Israeli Jewish speaker expresses opposition to Zionism and solidarity with Palestine, challenging claims that support for Zionist political actions is compatible with Jewish identity and values.</w:t>
      </w:r>
    </w:p>
    <w:p/>
    <w:p>
      <w:r>
        <w:rPr>
          <w:b/>
        </w:rPr>
        <w:t>Sažetak</w:t>
      </w:r>
    </w:p>
    <w:p>
      <w:r>
        <w:t>In this testimony, an Israeli Jewish speaker establishes their connection to Israel while openly opposing Zionism as a political movement. They directly challenge Zionist accusations that they are "not a Jew," asserting that Jewish identity is rooted in belief in God and Jewish ethical values rather than political ideology. The speaker questions how Zionists can claim to represent Jewish people while pursuing actions they view as contrary to Jewish principles. They emphasize the contradiction between Jewish religious belief and what they characterise as Zionist political actions, and conclude with moral condemnation of the rhetoric and actions they witness, expressing deep disapproval of what they frame as a betrayal of Jewish ethics.</w:t>
      </w:r>
    </w:p>
    <w:p/>
    <w:p>
      <w:r>
        <w:rPr>
          <w:b/>
        </w:rPr>
        <w:t>Ključne poruke</w:t>
      </w:r>
    </w:p>
    <w:p>
      <w:pPr>
        <w:pStyle w:val="ListBullet"/>
      </w:pPr>
      <w:r>
        <w:t>The speaker identifies as both Israeli and Jewish while explicitly opposing Zionism as a political movement responsible for bloodshed.</w:t>
      </w:r>
    </w:p>
    <w:p>
      <w:pPr>
        <w:pStyle w:val="ListBullet"/>
      </w:pPr>
      <w:r>
        <w:t>They reject Zionist claims to speak for Jewish people, asserting that Zionism contradicts Jewish values and religious belief.</w:t>
      </w:r>
    </w:p>
    <w:p>
      <w:pPr>
        <w:pStyle w:val="ListBullet"/>
      </w:pPr>
      <w:r>
        <w:t>The speaker challenges the Zionist definition of Jewishness, arguing that Jewish identity is rooted in belief in God and Jewish ethics, not political ideology.</w:t>
      </w:r>
    </w:p>
    <w:p>
      <w:pPr>
        <w:pStyle w:val="ListBullet"/>
      </w:pPr>
      <w:r>
        <w:t>They express indignation at being told by Zionists that they are "not a Jew," emphasising that their Jewish identity is not determined by support for Zionist politics.</w:t>
      </w:r>
    </w:p>
    <w:p>
      <w:pPr>
        <w:pStyle w:val="ListBullet"/>
      </w:pPr>
      <w:r>
        <w:t>The speaker holds a Palestinian flag in solidarity while condemning what they describe as a betrayal of Jewish principles by Zionist political actions.</w:t>
      </w:r>
    </w:p>
    <w:p>
      <w:pPr>
        <w:pStyle w:val="ListBullet"/>
      </w:pPr>
      <w:r>
        <w:t>They characterise the situation as morally unnatural and conclude with repeated condemnation: "Shame on you."</w:t>
      </w:r>
    </w:p>
    <w:p/>
    <w:p>
      <w:r>
        <w:rPr>
          <w:b/>
        </w:rPr>
        <w:t>Članak</w:t>
      </w:r>
    </w:p>
    <w:p>
      <w:r>
        <w:rPr>
          <w:b/>
          <w:color w:val="0F766E"/>
          <w:sz w:val="26"/>
        </w:rPr>
        <w:t>Family Origins and Political Opposition</w:t>
      </w:r>
    </w:p>
    <w:p/>
    <w:p>
      <w:r>
        <w:t>The speaker begins by establishing their connection to Israel, stating that they come from there. They identify Zionism as a political movement responsible for bloodshed. The speaker emphasizes that their family is from Israel, and they are themselves from Israel, yet they are holding a Palestinian flag in solidarity.</w:t>
      </w:r>
    </w:p>
    <w:p/>
    <w:p>
      <w:r>
        <w:rPr>
          <w:b/>
          <w:color w:val="0F766E"/>
          <w:sz w:val="26"/>
        </w:rPr>
        <w:t>Challenging Zionist Claims to Jewish Identity</w:t>
      </w:r>
    </w:p>
    <w:p/>
    <w:p>
      <w:r>
        <w:t>The speaker addresses accusations from Zionists that they are "not a Jew," expressing indignation at this charge. They question how Zionists can claim to speak for Jewish people while pursuing actions the speaker views as contrary to Jewish values. The speaker asserts that they are Jewish and questions the Zionist definition of Jewishness, asking "Who is a Jew?" and countering that "We're all Jews here."</w:t>
      </w:r>
    </w:p>
    <w:p/>
    <w:p>
      <w:r>
        <w:rPr>
          <w:b/>
          <w:color w:val="0F766E"/>
          <w:sz w:val="26"/>
        </w:rPr>
        <w:t>Questioning the Contradiction Between Faith and Political Action</w:t>
      </w:r>
    </w:p>
    <w:p/>
    <w:p>
      <w:r>
        <w:t>The speaker challenges the premise that support for Zionism is compatible with Jewish religious belief. They emphasize that being Jewish is rooted in belief in God and Jewish values, suggesting that Zionist political actions contradict these principles. The speaker expresses confusion and disapproval at how Zionists can claim Jewish identity while, in their view, betraying Jewish ethics.</w:t>
      </w:r>
    </w:p>
    <w:p/>
    <w:p>
      <w:r>
        <w:rPr>
          <w:b/>
          <w:color w:val="0F766E"/>
          <w:sz w:val="26"/>
        </w:rPr>
        <w:t>Moral Condemnation</w:t>
      </w:r>
    </w:p>
    <w:p/>
    <w:p>
      <w:r>
        <w:t>The speaker concludes by condemning the actions and rhetoric they are witnessing, repeatedly saying "Shame, shame. Shame on you." They describe the situation as "not natural" and express deep emotional disapproval of what they characterize as a betrayal of their own people and principles.</w:t>
      </w:r>
    </w:p>
    <w:p/>
    <w:p>
      <w:r>
        <w:rPr>
          <w:b/>
        </w:rPr>
        <w:t>Reference i teme</w:t>
      </w:r>
    </w:p>
    <w:p>
      <w:r>
        <w:t>Teme: #Israeli opposition to Zionism, #Jewish identity and politics, #Palestine solidarity, #Jewish ethics and values, #Israeli-Palestinian conflict, #Political dissent</w:t>
      </w:r>
    </w:p>
    <w:p/>
    <w:p>
      <w:r>
        <w:rPr>
          <w:i/>
          <w:color w:val="94A3B8"/>
          <w:sz w:val="16"/>
        </w:rPr>
        <w:t>Generated by MinbarLive — Knowledge Library · https://minbarlive.com/videos/moment-when-zionist-see-that-real-jews-do-not-support-them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