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Neturei Karta - ortodoksna židovska organizacija - protivi se cionizmu</w:t>
      </w:r>
    </w:p>
    <w:p>
      <w:r>
        <w:rPr>
          <w:b/>
        </w:rPr>
        <w:t xml:space="preserve">Izvor: </w:t>
      </w:r>
      <w:r>
        <w:rPr>
          <w:color w:val="0F766E"/>
        </w:rPr>
        <w:t>https://minbarlive.com/videos/hr/neturei-karta-ortodoksna-zidovska-organizacija-protivi-se-cionizmu</w:t>
      </w:r>
    </w:p>
    <w:p/>
    <w:p>
      <w:r>
        <w:rPr>
          <w:i/>
        </w:rPr>
        <w:t>Rabbi Dovid Feldman iz Neturei Karte obraća se prosvjedu ispred Bijele kuće, tvrdeći da cionizam i Država Izrael proturječe osnovnoj židovskoj teologiji i vjerskom zakonu, koji zabranjuje židovsku političku suverenost i zahtijeva lojalnost domaćim narodima tijekom razdoblja egzila koje je odredila nakon uništenja Drugog hrama.</w:t>
      </w:r>
    </w:p>
    <w:p/>
    <w:p>
      <w:r>
        <w:rPr>
          <w:b/>
        </w:rPr>
        <w:t>Sažetak</w:t>
      </w:r>
    </w:p>
    <w:p>
      <w:r>
        <w:t>Rabbi Dovid Feldman iz Neturei Karte govori ispred Bijele kuće tijekom posjeta Benjamina Netanyahua, iznoseći ortodoksnu židovsku teološku kritiku cionizma i Države Izrael. On tvrdi da Netanyahu ne predstavlja židovski narod ili vjeru, te da cionizam fundamentalno proturječi judaizmu pretvarajući ga iz religije usredotočene na vjeru u Boga i poštivanje božanskih zapovijedi u nacionalistički politički pokret. Prema govoru, židovski vjerski zakon—prihvaćen kroz sve generacije do pojave cionizma prije jednog stoljeća—zabranjuje završetak božanski odredbene egzila koji traje od uništenja Drugog hrama prije 2.000 godina. Govoritelj tvrdi da ovaj zakon zabranjuje masovnu imigraciju u Svetu zemlju, pobunu protiv domaćinskih naroda i ratovanje. On se osvrće na zloupotrebu vjerskih pojmova poput Trećeg hrama i Obećane zemlje u političke svrhe, naglašavajući da prema židovskoj teologiji konačno otkupljenje dolazi isključivo kroz božansko djelovanje, a ne fizička sredstva. Govoritelj povezuje ova teološka kršenja s opisom zločina uključujući genocid u Gazi i okupaciju na Zapadnoj obali, nazivajući te povrede i međunarodnog i židovskog zakona. Zaključuje ponavljajući da Neturei Karta, kao vjerski Židovi, ne sudjeluju u svjetskoj politici, već se mole za sigurnost i mir svih ljudi širom svijeta.</w:t>
      </w:r>
    </w:p>
    <w:p/>
    <w:p>
      <w:r>
        <w:rPr>
          <w:b/>
        </w:rPr>
        <w:t>Ključne poruke</w:t>
      </w:r>
    </w:p>
    <w:p>
      <w:pPr>
        <w:pStyle w:val="ListBullet"/>
      </w:pPr>
      <w:r>
        <w:t>Cionizam predstavlja temeljnu proturječnost judaizmu pretvarajući vjeru u Boga i božanske zapovijedi u nacionalistički politički pokret.</w:t>
      </w:r>
    </w:p>
    <w:p>
      <w:pPr>
        <w:pStyle w:val="ListBullet"/>
      </w:pPr>
      <w:r>
        <w:t>Židovski vjerski zakon, neospornim tijekom 2.000 godina, zabranjuje stvaranje židovske političke suverenosti i zahtijeva lojalnost i mirno suživot u bilo kojoj zemlji u kojoj Židovi žive tijekom božanski određene egzistencije.</w:t>
      </w:r>
    </w:p>
    <w:p>
      <w:pPr>
        <w:pStyle w:val="ListBullet"/>
      </w:pPr>
      <w:r>
        <w:t>Koncepti Trećeg Hrama i Obećane zemlje u židovskoj tradiciji pogrešno su prikazani kada se koriste u političke i nacionalističke svrhe; konačno otkupljenje u judaizmu dolazi isključivo kroz božansko djelovanje, a ne fizička ili vojna sredstva.</w:t>
      </w:r>
    </w:p>
    <w:p>
      <w:pPr>
        <w:pStyle w:val="ListBullet"/>
      </w:pPr>
      <w:r>
        <w:t>Netanyahu i Država Izrael ne predstavljaju židovski narod ili židovsku religiju, a ovo pogrešno predstavljanje je svetogrđe judaizma.</w:t>
      </w:r>
    </w:p>
    <w:p>
      <w:pPr>
        <w:pStyle w:val="ListBullet"/>
      </w:pPr>
      <w:r>
        <w:t>Govornik navodi zločine uključujući genocid u Gazi i okupaciju na Zapadnoj obali kao kršenja međunarodnog prava i židovskog vjerskog zakona koji zabranjuje ubijanje, krađu i ugnjetavanje.</w:t>
      </w:r>
    </w:p>
    <w:p>
      <w:pPr>
        <w:pStyle w:val="ListBullet"/>
      </w:pPr>
      <w:r>
        <w:t>Neturei Karta odbacuje sudjelovanje u svjetskoj politici i zagovara sigurnost i mir svih ljudskih bića širom svijeta, dok ističe da bi oni koji podržavaju cionizam trebali vratiti judaizmu ranijih generacija.</w:t>
      </w:r>
    </w:p>
    <w:p/>
    <w:p>
      <w:r>
        <w:rPr>
          <w:b/>
        </w:rPr>
        <w:t>Članak</w:t>
      </w:r>
    </w:p>
    <w:p>
      <w:r>
        <w:rPr>
          <w:b/>
          <w:color w:val="0F766E"/>
          <w:sz w:val="26"/>
        </w:rPr>
        <w:t>Zašto smo ovdje</w:t>
      </w:r>
    </w:p>
    <w:p/>
    <w:p>
      <w:r>
        <w:t>Ovdje smo ispred Bijele kuće tijekom posjeta Benjamina Netanyahua Washingtonu, D.C. Netanyahu tvrdi da predstavlja sve Židove i židovsku vjeru, ali ovo je sramota za naš narod i profanacija židovske vjere. Sve što Benjamin Netanyahu i država Izrael predstavljaju—zločini počinjeni tijekom desetljeća, posebno genocid u Gazi i kontinuirano ubijanje na Zapadnoj obali—ti su zločini ne samo protiv međunarodnog prava nego i protiv samog judaizma.</w:t>
      </w:r>
    </w:p>
    <w:p/>
    <w:p>
      <w:r>
        <w:rPr>
          <w:b/>
          <w:color w:val="0F766E"/>
          <w:sz w:val="26"/>
        </w:rPr>
        <w:t>Cionizam kao proturječnost judaizmu</w:t>
      </w:r>
    </w:p>
    <w:p/>
    <w:p>
      <w:r>
        <w:t>Ubijanje, krađa i potlačivanje cijelog naroda su zločini u judaizmu. Cijela filozofija izgradnje suverene domovine za Židove kroz pokret cionizma potpuno je u suprotnosti s osnovama judaizma. Benjamin Netanyahu i država Izrael koju predstavlja ne predstavljaju židovski narod ili židovsku vjeru na bilo koji način. Ovo je sramota za nas. Mase Židova diljem svijeta, u Izraelu, Washingtonu D.C., New Yorku i šire, protive se onome što se događa—ne samo genocidu u posljednje tri godine, nego i cionizmu samom.</w:t>
      </w:r>
    </w:p>
    <w:p/>
    <w:p>
      <w:r>
        <w:rPr>
          <w:b/>
          <w:color w:val="0F766E"/>
          <w:sz w:val="26"/>
        </w:rPr>
        <w:t>Judaizam kao religija, a ne nacionalizam</w:t>
      </w:r>
    </w:p>
    <w:p/>
    <w:p>
      <w:r>
        <w:t>Judaizam se temelji na vjeri u Svemogućeg Boga i prakticiranju Njegovih zapovijedi. To je sve što judaizam jest. Judaizam nije o politici ili nacionalizmu, što pokret cionizma pokušava učiniti. Cionizam pokušava pretvoriti judaizam iz religije u nacionalizam. Tvrde da više ne morate vjerovati u Boga da biste bili Židov—samo trebate podržati nacionalni pokret cionizma. Ovo je tragedija za judaizam kao religiju; to je iskorjenjivanje religije iz masa židovskog naroda. Oni koji stoje iza ovog pokreta su pravi neprijatelji židovskog naroda i Svemogućeg Boga, ne samo neprijatelji Palestinaca i susjednih zemalja. Ovo je neprihvatljivo i ne prihvaćamo to.</w:t>
      </w:r>
    </w:p>
    <w:p/>
    <w:p>
      <w:r>
        <w:rPr>
          <w:b/>
          <w:color w:val="0F766E"/>
          <w:sz w:val="26"/>
        </w:rPr>
        <w:t>Doktrina židovskog progonstva</w:t>
      </w:r>
    </w:p>
    <w:p/>
    <w:p>
      <w:r>
        <w:t>Prema judaizmu, osim zločina ubijanja, krađe i potlačivanja cijelog naroda—posebno onih koji su autohtoni na zemlji i koji su najdulje dočekivali i štitili Židove—stvaranje židovske suverenosti je zabranjeno. Tijekom posljednjih 2000 godina, od uništenja Drugog hrama, za koje vjerujemo da je božanska odluka, židovsko progonstvo je volja Svemogućeg Boga. Zabranjeno nam je okončati tu božansku odluku o progonstvu bilo kakvim fizičkim sredstvima. Zabranjeno nam je sudjelovati u masovnoj imigraciji u Svetu zemlju, pobuniti se protiv bilo koje nacije ili voditi ratove protiv bilo kojeg naroda. Naša religija zahtijeva da budemo lojalni građani i mirni susjedi u kojoj god zemlji živjeli.</w:t>
      </w:r>
    </w:p>
    <w:p/>
    <w:p>
      <w:r>
        <w:t>Ovaj osnovni judaizam prihvaćen je od svih Židova kroz sve generacije bez iznimke, sumnje ili neslaganja sve do prije nešto više od stotinu godina, kada je počeo pokret cionizma. Cionizam je zabranjen prema judaizmu čak i bez ikakvih zločina počinjenih prema bilo kome. No kada se to događa u Palestini, ima toliko zločina—ubijanje, krađa, ova smiješna okupacija koja traje desetljećima. Ovo je neprihvatljivo u judaizmu.</w:t>
      </w:r>
    </w:p>
    <w:p/>
    <w:p>
      <w:r>
        <w:rPr>
          <w:b/>
          <w:color w:val="0F766E"/>
          <w:sz w:val="26"/>
        </w:rPr>
        <w:t>Poruka Netanyahuu</w:t>
      </w:r>
    </w:p>
    <w:p/>
    <w:p>
      <w:r>
        <w:t>Nemam poruku za Netanyahua jer jasno kaže da neće slušati nikoga. Netanyahu i svi koji podržavaju cionizam i državu Izrael trebaju se vratiti tradiciji svojih djedova i vratiti se judaizmu ranijih generacija. Inače se bune protiv Boga. Stih u Brojevima kaže: "Zašto kršite Božju Riječ? Nećete uspjeti." To je ono što vidimo. Nakon desetljeća svih pokušaja, svih ratova i svih mirovnih sporazuma, nemaju mira. To nije čudo i nije slučajnost. Naši vjerski vođe su to predvidjeli od samog početka, i evo nas—imali su pravo. Ako se pobunite protiv Boga, nikada nećete uspjeti.</w:t>
      </w:r>
    </w:p>
    <w:p/>
    <w:p>
      <w:r>
        <w:rPr>
          <w:b/>
          <w:color w:val="0F766E"/>
          <w:sz w:val="26"/>
        </w:rPr>
        <w:t>Treći Hram: Vjerski koncept, ne politički alat</w:t>
      </w:r>
    </w:p>
    <w:p/>
    <w:p>
      <w:r>
        <w:t>U židovskoj religiji koncept Trećeg Hrama je pravi koncept, kao i mnogi drugi koncepti u židovskoj religiji. No kada se zloupotrebljavaju za političke dobitke i nacionalizam, to je prava hipokrizija. Pokazuju vam jednu stranu novčića, ali ne i drugu. Postoji koncept obećane zemlje—Bog je obećao zemlju židovskom narodu. No postoji i druga strana: ista ta židovska religija uči da je zemlja oduzeta židovskom narodu od Boga, i postoji dekret o progonu koji nam je zabranjeno prekinuti. Isto vrijedi i za Treći Hram. Da, postoji koncept Trećeg Hrama i koncept konačnog otkupljenja. No pitanje kako, kada, gdje i od koga je ključno.</w:t>
      </w:r>
    </w:p>
    <w:p/>
    <w:p>
      <w:r>
        <w:t>Konačno otkupljenje za kojim židovski narod čezne i moli se neće doći nikakvim fizičkim sredstvima. To je vrlo jasno u Svetom pismu i u talmudskim izvorima. U judaizmu, konačno otkupljenje će se dogoditi isključivo od Svemogućeg Boga. Prije nekoliko dana obilježavali smo Tisha B'Av, najtužniji dan u židovskom kalendaru—dan uništenja oba hrama. Na taj dan izgovaramo molitvu, a jednom godišnje usred te molitve kažemo: "Hashem, Ti si, Bože, koji si uništio hram u vatri, i Ti si, Bože, koji ćeš ga obnoviti." Tako judaizam gleda na Treći Hram. Treći Hram je nešto što neće biti izgrađeno fizičkim sredstvima. To je hram koji će izgraditi Svemogući Bog. Ne razumijemo kako će to izgledati, ali to je ono što nas naše učenje i naša religija uče. Pretvaranje svega ovoga u materijalne, smiješne, bolne kriminalne ratove i sukobe je sramota i oskvrnuće naše religije.</w:t>
      </w:r>
    </w:p>
    <w:p/>
    <w:p>
      <w:r>
        <w:rPr>
          <w:b/>
          <w:color w:val="0F766E"/>
          <w:sz w:val="26"/>
        </w:rPr>
        <w:t>O svjetskoj politici i miru</w:t>
      </w:r>
    </w:p>
    <w:p/>
    <w:p>
      <w:r>
        <w:t>Mi smo vjerski Židovi i ne ulazimo u svjetsku politiku. Molimo se za sigurnost i zaštitu svih ljudskih bića širom svijeta, i nadamo se da će biti mira za sve.</w:t>
      </w:r>
    </w:p>
    <w:p/>
    <w:p>
      <w:r>
        <w:rPr>
          <w:b/>
          <w:color w:val="0F766E"/>
          <w:sz w:val="26"/>
        </w:rPr>
        <w:t>O Neturei Karti</w:t>
      </w:r>
    </w:p>
    <w:p/>
    <w:p>
      <w:r>
        <w:t>Ja sam rabin Dovid Feldman. Više informacija o našoj organizaciji možete pronaći na www.nckusa.org.</w:t>
      </w:r>
    </w:p>
    <w:p/>
    <w:p>
      <w:r>
        <w:rPr>
          <w:b/>
        </w:rPr>
        <w:t>Reference i teme</w:t>
      </w:r>
    </w:p>
    <w:p>
      <w:r>
        <w:t>Teme: #Neturei Karta, #Pravoslavni židovski otpor cionizmu, #Židovska teologija i progonstvo, #Država Izrael i židovsko pravo, #Religiozni nasuprot nacionalističkom judaizmu, #Palestinska okupacija, #Koncept Trećeg hrama u judaizmu</w:t>
      </w:r>
    </w:p>
    <w:p/>
    <w:p>
      <w:r>
        <w:rPr>
          <w:i/>
          <w:color w:val="94A3B8"/>
          <w:sz w:val="16"/>
        </w:rPr>
        <w:t>Generated by MinbarLive — Knowledge Library · https://minbarlive.com/videos/hr/neturei-karta-ortodoksna-zidovska-organizacija-protivi-se-cionizmu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