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Nicole Janes: "Bez isprike, za sve one koji su suučesnici!"</w:t>
      </w:r>
    </w:p>
    <w:p>
      <w:r>
        <w:rPr>
          <w:b/>
        </w:rPr>
        <w:t xml:space="preserve">Izvor: </w:t>
      </w:r>
      <w:r>
        <w:rPr>
          <w:color w:val="0F766E"/>
        </w:rPr>
        <w:t>https://minbarlive.com/videos/hr/nicole-janes-bez-isprike-za-sve-one-koji-su-suucesnici</w:t>
      </w:r>
    </w:p>
    <w:p/>
    <w:p>
      <w:r>
        <w:rPr>
          <w:i/>
        </w:rPr>
        <w:t>Kršćanski evanđelist kritizira evanđeosku podršku Izraelu, tvrdeći da takva podrška proturječi osnovnim kršćanskim načelima, pogrešno prikazuje islam i judaizam te omogućava masovno nasilje i raseljavanje Palestinaca.</w:t>
      </w:r>
    </w:p>
    <w:p/>
    <w:p>
      <w:r>
        <w:rPr>
          <w:b/>
        </w:rPr>
        <w:t>Sažetak</w:t>
      </w:r>
    </w:p>
    <w:p>
      <w:r>
        <w:t>Ovo svjedočanstvo predstavlja oštru kritiku kršćanskog evanđelista na evanđeosku političku i teološku podršku Izraelu. Govornik preispituje teološko opravdanje akcija izraelske države—posebno tvrdnje o božanskom odabranju—kao nespojivo s kršćanskim učenjima protiv ubijanja, krađe i genocida. Govornik kontekstualizira Holokaust unutar šireg povijesnog konteksta, uključujući smrti kršćana pod boljševističkom vlašću, kako bi ispitao selektivnu moralnu uvredu i povijesnu memoriju. Svjedočanstvo se bavi pogrešnim prikazivanjem islama i judaizma među zapadnim kršćanima, ističući da islam uči poštovanju Isusa Krista kao poslanika, dok određeni židovski religijski tekstovi sadrže pogrdne prikaze kršćanskih figura—razliku koju govornik tvrdi da zamagljuju optužbe za antisemitizam. Govornik također navodi izvještaje o kršćanskim zajednicama u regiji koje doživljavaju uznemiravanje i napade od strane izraelskih doseljenika na svetim mjestima i u javnim prostorima. Tijekom cijelog svjedočanstva preispituje se koherentnost kršćanskog identiteta s podrškom onome što govornik karakterizira kao masovno ubijanje, etničko čišćenje i krađu zemlje.</w:t>
      </w:r>
    </w:p>
    <w:p/>
    <w:p>
      <w:r>
        <w:rPr>
          <w:b/>
        </w:rPr>
        <w:t>Ključne poruke</w:t>
      </w:r>
    </w:p>
    <w:p>
      <w:pPr>
        <w:pStyle w:val="ListBullet"/>
      </w:pPr>
      <w:r>
        <w:t>Govornik tvrdi da teološke tvrdnje o božanskom odabranju, koje se koriste za opravdanje akcija izraelske države, proturječe kršćanskom monoteizmu i usklađene su s rasizmom, tribalizmom i etničkim čišćenjem.</w:t>
      </w:r>
    </w:p>
    <w:p>
      <w:pPr>
        <w:pStyle w:val="ListBullet"/>
      </w:pPr>
      <w:r>
        <w:t>Govornik preoblikuje komemoraciju Holokausta unutar šire povijesne perspektive masovnih zločina, uključujući boljševističko nasilje protiv kršćana, kako bi izazvao ono što karakterizira kao selektivni moralni bijes.</w:t>
      </w:r>
    </w:p>
    <w:p>
      <w:pPr>
        <w:pStyle w:val="ListBullet"/>
      </w:pPr>
      <w:r>
        <w:t>Govornik ističe da islam podučava poštovanju Isusa Krista kao poslanika Božjega, dok tvrdi da određeni židovski vjerski tekstovi sadrže pogrdne prikaze Isusa i Marije — zapažanja koja govornik tvrdi da su potisnuta optužbama za antisemitizam.</w:t>
      </w:r>
    </w:p>
    <w:p>
      <w:pPr>
        <w:pStyle w:val="ListBullet"/>
      </w:pPr>
      <w:r>
        <w:t>Govornik tvrdi da evanđeoska kršćanska podrška vojnim i političkim akcijama Izraela fundamentalno proturječi kršćanskom etičkom učenju, posebno zapovijedima protiv ubijanja i krađe.</w:t>
      </w:r>
    </w:p>
    <w:p>
      <w:pPr>
        <w:pStyle w:val="ListBullet"/>
      </w:pPr>
      <w:r>
        <w:t>Govornik navodi izvještavanje s Kanala 13 koje dokumentira da kršćanski stanovnici i posjetitelji u Jeruzalemu doživljavaju pljuvanje, uznemiravanje i napade od strane izraelskih naseljenika u vjerskim prostorima i javnim područjima.</w:t>
      </w:r>
    </w:p>
    <w:p>
      <w:pPr>
        <w:pStyle w:val="ListBullet"/>
      </w:pPr>
      <w:r>
        <w:t>Govornik tvrdi da su zapadni evanđeoski kršćani ideološki manipulirani u mržnju prema muslimanima, dok ostaju neupućeni u vlastitu vjersku povijest i učenja.</w:t>
      </w:r>
    </w:p>
    <w:p/>
    <w:p>
      <w:r>
        <w:rPr>
          <w:b/>
        </w:rPr>
        <w:t>Članak</w:t>
      </w:r>
    </w:p>
    <w:p>
      <w:r>
        <w:rPr>
          <w:b/>
          <w:color w:val="0F766E"/>
          <w:sz w:val="26"/>
        </w:rPr>
        <w:t>O religijskoj hipokriziji i selektivnoj moralnosti</w:t>
      </w:r>
    </w:p>
    <w:p/>
    <w:p>
      <w:r>
        <w:t>Mislim da sam dobra osoba. Ja sam kršćanski evanđelist i stojim uz Izrael. Ali, mogu li pitati: jeste li glupi? Ako je Bog odabrao narod, znači li to da je Bog nepravedan i rasistički i da se slaže s etničkim čišćenjem? Kažete li da je Bog plemenski bog, pristran bog koji favorizira neke ljude iznad drugih? Jeste li sigurni da govorite o Bogu? Jer ono što opisujete zvuči kao bogohuljenje. Ako vjerujete u Boga koji diskriminira, Boga koji dopušta takozvanim odabranim ljudima da kolju, da izvrše genocid i kradu zemlju—jeste li uopće sigurni da ste kršćanin? Znate li pravila kršćanstva? Ne kradi, ne ubij. To su deset pravila. Ipak, opravdavate te akcije u ime Boga.</w:t>
      </w:r>
    </w:p>
    <w:p/>
    <w:p>
      <w:r>
        <w:rPr>
          <w:b/>
          <w:color w:val="0F766E"/>
          <w:sz w:val="26"/>
        </w:rPr>
        <w:t>Holokaust i povijesni kontekst</w:t>
      </w:r>
    </w:p>
    <w:p/>
    <w:p>
      <w:r>
        <w:t>Da, Holokaust je bila tragedija, i šest milijuna ljudi je ubijeno. No, daleko od toga da je to bila najveća tragedija u ljudskoj povijesti. Znate li koja fraza obično dolazi nakon toga? Da je svatko tko kritizira Izrael antisemit. Ali, mogu li vas nešto pitati: znate li za dvadeset milijuna kršćana—ili više—koji su zaklani u koncentracijskim logorima od strane boljševika? Kakav ste to kršćanin ako šutite o tome? A evo što je zanimljivo: od petsto dvadeset pet članova boljševističke administracije, četiri stotine dvadeset sedam su bili Židovi. Dakle, oni koji su na vlasti, izabrani iz boljševika, bili su Židovi. Pitam vas kao kršćanina: nakon što je više od dvadeset milijuna kršćana zaklano, što bismo trebali učiniti? Trebamo li i mi tražiti svoju zemlju u ime Boga? Ovo je ono što je vaša religija postala. Ovo je razlog zašto podržavate ono što podržavate. Ili možda, kao što sam rekao od početka, jednostavno ste glupi.</w:t>
      </w:r>
    </w:p>
    <w:p/>
    <w:p>
      <w:r>
        <w:rPr>
          <w:b/>
          <w:color w:val="0F766E"/>
          <w:sz w:val="26"/>
        </w:rPr>
        <w:t>Religijsko poštovanje među vjerama</w:t>
      </w:r>
    </w:p>
    <w:p/>
    <w:p>
      <w:r>
        <w:t>Govoriš o muslimanima i kršćanima koji su zajedno. Ali znaš li što islam uči o Isusu Kristu? U islamu, Isus Krist se poštuje i prikazan je kao Allahov poslanik. Sada, pogodite gdje je Isus Krist prikazan kako vrišti u izmetu, a Djevica Marija kao prostitutka. Točno. Pogodili ste. Ali pretpostavljam da ako to istaknem, trebao bih biti označen kao antisemit. Za što vi navijate, evanđeoski kršćanine? Govorim vam ovo kao kršćanin jer vole isprati vam mozak da mislite da trebate mrziti muslimane. Ali za što zapravo navijate? Što znate o povijesti vlastite religije? Što znate o bilo čemu? Kako možete staviti riječ kršćanin u istu frazu s podržavanjem masovnog ubijanja i genocida? Trebali biste se sramiti. Ako ste kršćanin, trebali biste vjerovati u dan suda. Nadam se da ćete svi gorjeti za ono što ste učinili.</w:t>
      </w:r>
    </w:p>
    <w:p/>
    <w:p>
      <w:r>
        <w:rPr>
          <w:b/>
          <w:color w:val="0F766E"/>
          <w:sz w:val="26"/>
        </w:rPr>
        <w:t>Kršćanske zajednice pod napadom</w:t>
      </w:r>
    </w:p>
    <w:p/>
    <w:p>
      <w:r>
        <w:t>Prema izvještavanju kanala 13, novinar po imenu Yossi Elie je dan proveo prikriven kao svećenik. Obučen u haljinu, prošao je kroz Stari grad s franjevačkim ocem Albertom. U prvih pet minuta, pet puta su ga pljunuli ortodoksni židovski Izraelci. Kršćanski građani se osjećaju napadnuto u svojim mjestima molitve, na svojim grobljima i na ulicama. Ovo je stvarnost onoga što se događa kršćanima u ovoj regiji.</w:t>
      </w:r>
    </w:p>
    <w:p/>
    <w:p>
      <w:r>
        <w:rPr>
          <w:b/>
        </w:rPr>
        <w:t>Reference i teme</w:t>
      </w:r>
    </w:p>
    <w:p>
      <w:r>
        <w:t>Teme: #Evangelikalna kršćanska podrška Izraelu, #Palestinsko raseljavanje i etničko čišćenje, #Kršćanska teologija i moralna odgovornost, #Međureligijski odnosi—Islam, kršćanstvo, judaizam, #Religijski dvostruki standardi i selektivna pravda, #Kršćanske zajednice na Bliskom istoku, #Povijesne atrocitete i kolektivno sjećanje</w:t>
      </w:r>
    </w:p>
    <w:p/>
    <w:p>
      <w:r>
        <w:rPr>
          <w:i/>
          <w:color w:val="94A3B8"/>
          <w:sz w:val="16"/>
        </w:rPr>
        <w:t>Generated by MinbarLive — Knowledge Library · https://minbarlive.com/videos/hr/nicole-janes-bez-isprike-za-sve-one-koji-su-suucesnici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