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"One jewish life is worth 10 million lives of goims"</w:t>
      </w:r>
    </w:p>
    <w:p>
      <w:r>
        <w:rPr>
          <w:b/>
        </w:rPr>
        <w:t xml:space="preserve">Izvor: </w:t>
      </w:r>
      <w:r>
        <w:rPr>
          <w:color w:val="0F766E"/>
        </w:rPr>
        <w:t>https://minbarlive.com/videos/one-jewish-life-is-worth-10-million-lives-of-goims</w:t>
      </w:r>
    </w:p>
    <w:p/>
    <w:p>
      <w:r>
        <w:rPr>
          <w:i/>
        </w:rPr>
        <w:t>A speaker defends a controversial statement claiming one Jewish life is worth 10 million non-Jewish lives, justifying it on theological grounds despite acknowledgment that the claim sounds racist.</w:t>
      </w:r>
    </w:p>
    <w:p/>
    <w:p>
      <w:r>
        <w:rPr>
          <w:b/>
        </w:rPr>
        <w:t>Sažetak</w:t>
      </w:r>
    </w:p>
    <w:p>
      <w:r>
        <w:t>This exchange documents a discussion of a highly controversial statement about the comparative value of Jewish and non-Jewish lives. A speaker presents the claim that one Jewish life is worth 10 million lives of non-Jews (referred to as 'goims'), and when pressed for clarification about whether this means hundreds or thousands of Palestinian lives, the speaker reaffirms the figure as 10 million. When the questioner characterizes the statement as racist, the speaker acknowledges this perception but insists 'this is the truth,' offering a theological justification based on divine election: 'Because God chose us because of this.' The speaker then deflects criticism by suggesting the questioner is motivated by jealousy. The exchange ends with the questioner reiterating their initial assessment of how the statement sounds.</w:t>
      </w:r>
    </w:p>
    <w:p/>
    <w:p>
      <w:r>
        <w:rPr>
          <w:b/>
        </w:rPr>
        <w:t>Ključne poruke</w:t>
      </w:r>
    </w:p>
    <w:p>
      <w:pPr>
        <w:pStyle w:val="ListBullet"/>
      </w:pPr>
      <w:r>
        <w:t>The speaker claims one Jewish life is equivalent in value to 10 million non-Jewish lives.</w:t>
      </w:r>
    </w:p>
    <w:p>
      <w:pPr>
        <w:pStyle w:val="ListBullet"/>
      </w:pPr>
      <w:r>
        <w:t>When confronted with the racist characterization of the statement, the speaker acknowledges it but maintains the claim is true.</w:t>
      </w:r>
    </w:p>
    <w:p>
      <w:pPr>
        <w:pStyle w:val="ListBullet"/>
      </w:pPr>
      <w:r>
        <w:t>The speaker provides a theological justification based on the concept of divine election: 'Because God chose us because of this.'</w:t>
      </w:r>
    </w:p>
    <w:p>
      <w:pPr>
        <w:pStyle w:val="ListBullet"/>
      </w:pPr>
      <w:r>
        <w:t>The speaker responds to criticism by attributing it to jealousy rather than engaging with the substance of the objection.</w:t>
      </w:r>
    </w:p>
    <w:p/>
    <w:p>
      <w:r>
        <w:rPr>
          <w:b/>
        </w:rPr>
        <w:t>Članak</w:t>
      </w:r>
    </w:p>
    <w:p>
      <w:r>
        <w:rPr>
          <w:b/>
          <w:color w:val="0F766E"/>
          <w:sz w:val="26"/>
        </w:rPr>
        <w:t>Exchange on a Controversial Statement</w:t>
      </w:r>
    </w:p>
    <w:p/>
    <w:p>
      <w:r>
        <w:t>A speaker presents a statement claiming that one Jewish life is worth 10 million lives of non-Jews (referred to in the statement as "goims"). When questioned about whether this means one Jewish life is worth hundreds or thousands of Palestinian lives, the speaker corrects the figure, stating it is 10 million instead. The questioner responds that this claim "just sounds racist." The speaker acknowledges this characterization, saying "Yes, I know," but asserts "this is the truth." The speaker then offers a theological justification, stating "Because God chose us because of this." The exchange concludes with an accusation of jealousy directed at the questioner, with the questioner beginning to reiterate their initial observation about how the statement sounds.</w:t>
      </w:r>
    </w:p>
    <w:p/>
    <w:p>
      <w:r>
        <w:rPr>
          <w:b/>
        </w:rPr>
        <w:t>Reference i teme</w:t>
      </w:r>
    </w:p>
    <w:p>
      <w:r>
        <w:t>Teme: #controversial statements on comparative human value, #religious justifications for exclusionary claims, #accusations of racism in theological discourse, #divine election and chosenness, #interfaith dialogue and conflict</w:t>
      </w:r>
    </w:p>
    <w:p/>
    <w:p>
      <w:r>
        <w:rPr>
          <w:i/>
          <w:color w:val="94A3B8"/>
          <w:sz w:val="16"/>
        </w:rPr>
        <w:t>Generated by MinbarLive — Knowledge Library · https://minbarlive.com/videos/one-jewish-life-is-worth-10-million-lives-of-goims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