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PROF. JEFFREY SACHS Israel is loosing USA support</w:t>
      </w:r>
    </w:p>
    <w:p>
      <w:r>
        <w:rPr>
          <w:b/>
        </w:rPr>
        <w:t xml:space="preserve">Govornik: </w:t>
      </w:r>
      <w:r>
        <w:t>JEFFREY SACHS</w:t>
      </w:r>
    </w:p>
    <w:p>
      <w:r>
        <w:rPr>
          <w:b/>
        </w:rPr>
        <w:t xml:space="preserve">Izvor: </w:t>
      </w:r>
      <w:r>
        <w:rPr>
          <w:color w:val="0F766E"/>
        </w:rPr>
        <w:t>https://minbarlive.com/videos/prof-jeffrey-sachs-israel-is-loosing-usa-support</w:t>
      </w:r>
    </w:p>
    <w:p/>
    <w:p>
      <w:r>
        <w:rPr>
          <w:i/>
        </w:rPr>
        <w:t>Economist Jeffrey Sachs argues that Israel's control over Palestinians depends entirely on American support, which has now eroded as the US public becomes aware of what he describes as systematic killings, ethnic cleansing, and violations of international law in Gaza and the West Bank.</w:t>
      </w:r>
    </w:p>
    <w:p/>
    <w:p>
      <w:r>
        <w:rPr>
          <w:b/>
        </w:rPr>
        <w:t>Sažetak</w:t>
      </w:r>
    </w:p>
    <w:p>
      <w:r>
        <w:t>In this commentary, economist Jeffrey Sachs contends that Israel exercises control over 8 million Palestinians while claiming impunity for killings and ethnic cleansing. He describes what he characterizes as murderous actions in the West Bank and Israel—including burning Palestinian homes and destroying Palestinian livestock—carried out without accountability. Sachs argues that Israel operates what he calls the world's most fascistic and blatantly illegal government by international standards, yet the United States has historically characterized Israel as a democracy. However, Sachs emphasizes that Israel's capacity to continue these operations depends entirely on American support and cannot be sustained independently. He notes a significant shift: while Israel previously enjoyed decades of stalwart American public backing, that support has now been lost, with the American public increasingly rejecting Israel's actions.</w:t>
      </w:r>
    </w:p>
    <w:p/>
    <w:p>
      <w:r>
        <w:rPr>
          <w:b/>
        </w:rPr>
        <w:t>Ključne poruke</w:t>
      </w:r>
    </w:p>
    <w:p>
      <w:pPr>
        <w:pStyle w:val="ListBullet"/>
      </w:pPr>
      <w:r>
        <w:t>Israel claims control over 8 million Palestinians and asserts the ability to kill them and conduct ethnic cleansing with impunity.</w:t>
      </w:r>
    </w:p>
    <w:p>
      <w:pPr>
        <w:pStyle w:val="ListBullet"/>
      </w:pPr>
      <w:r>
        <w:t>Sachs characterizes current Israeli actions in the West Bank and Israel—including burning homes and destroying Palestinian livestock—as occurring without accountability.</w:t>
      </w:r>
    </w:p>
    <w:p>
      <w:pPr>
        <w:pStyle w:val="ListBullet"/>
      </w:pPr>
      <w:r>
        <w:t>The United States has historically responded by characterizing Israel as a democracy despite these actions.</w:t>
      </w:r>
    </w:p>
    <w:p>
      <w:pPr>
        <w:pStyle w:val="ListBullet"/>
      </w:pPr>
      <w:r>
        <w:t>Israel's continuation of these operations depends entirely on American support and cannot be sustained independently.</w:t>
      </w:r>
    </w:p>
    <w:p>
      <w:pPr>
        <w:pStyle w:val="ListBullet"/>
      </w:pPr>
      <w:r>
        <w:t>American public support for Israel, which was historically strong for decades, has now eroded as awareness of Israel's actions has grown.</w:t>
      </w:r>
    </w:p>
    <w:p>
      <w:pPr>
        <w:pStyle w:val="ListBullet"/>
      </w:pPr>
      <w:r>
        <w:t>Sachs characterizes Israel's government as the world's most fascistic and describes its actions as blatantly illegal by every international standard.</w:t>
      </w:r>
    </w:p>
    <w:p/>
    <w:p>
      <w:r>
        <w:rPr>
          <w:b/>
        </w:rPr>
        <w:t>Članak</w:t>
      </w:r>
    </w:p>
    <w:p>
      <w:r>
        <w:rPr>
          <w:b/>
          <w:color w:val="0F766E"/>
          <w:sz w:val="26"/>
        </w:rPr>
        <w:t>Israel's Control and Claimed Impunity</w:t>
      </w:r>
    </w:p>
    <w:p/>
    <w:p>
      <w:r>
        <w:t>Israel claims that it controls 8 million Palestinians and that it can kill them with impunity. It asserts that it can ethnically cleanse them. Right now, what Sachs describes as absolute murderers in the West Bank and Israel are burning down Palestinian homes, killing flocks of animals belonging to Palestinian farmers, and acting with complete impunity. The United States has responded to this by characterizing Israel as a democracy, treating the situation as if it represents democratic values.</w:t>
      </w:r>
    </w:p>
    <w:p/>
    <w:p>
      <w:r>
        <w:rPr>
          <w:b/>
          <w:color w:val="0F766E"/>
          <w:sz w:val="26"/>
        </w:rPr>
        <w:t>Israel's Dependence on American Support</w:t>
      </w:r>
    </w:p>
    <w:p/>
    <w:p>
      <w:r>
        <w:t>Israel operates what Sachs characterizes as the world's most fascistic government currently in existence—the most murderous and blatantly illegal from the point of view of every international standard by which any government can be judged. However, Israel's ability to continue these operations depends entirely on the United States. Israel cannot sustain this behavior for even one day on its own. Historically, Israel has enjoyed stalwart support from the American public for decades. But that support has now been lost. The American public has become sick of what Israel is doing.</w:t>
      </w:r>
    </w:p>
    <w:p/>
    <w:p>
      <w:r>
        <w:rPr>
          <w:b/>
        </w:rPr>
        <w:t>Reference i teme</w:t>
      </w:r>
    </w:p>
    <w:p>
      <w:r>
        <w:t>Teme: #Israel-Palestine conflict, #US foreign policy and Israel, #International law and accountability, #Palestinian rights, #American public opinion, #West Bank settlements and violence, #Ethnic cleansing claims</w:t>
      </w:r>
    </w:p>
    <w:p/>
    <w:p>
      <w:r>
        <w:rPr>
          <w:i/>
          <w:color w:val="94A3B8"/>
          <w:sz w:val="16"/>
        </w:rPr>
        <w:t>Generated by MinbarLive — Knowledge Library · https://minbarlive.com/videos/prof-jeffrey-sachs-israel-is-loosing-usa-support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