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Rabbi Shmuley on Jewish Self-Defense: Fear Over Love, Media Accountability, and Confronting Antisemitism</w:t>
      </w:r>
    </w:p>
    <w:p>
      <w:r>
        <w:rPr>
          <w:b/>
        </w:rPr>
        <w:t xml:space="preserve">Govornik: </w:t>
      </w:r>
      <w:r>
        <w:t>Rabbi Shmuley</w:t>
      </w:r>
    </w:p>
    <w:p>
      <w:r>
        <w:rPr>
          <w:b/>
        </w:rPr>
        <w:t xml:space="preserve">Izvor: </w:t>
      </w:r>
      <w:r>
        <w:rPr>
          <w:color w:val="0F766E"/>
        </w:rPr>
        <w:t>https://minbarlive.com/videos/rabbi-shmuley-hints-that-israel-should-take-out-tucker-carlson-and-candace-owens</w:t>
      </w:r>
    </w:p>
    <w:p/>
    <w:p>
      <w:r>
        <w:rPr>
          <w:i/>
        </w:rPr>
        <w:t>Rabbi Shmuley argues that Jewish communities must prioritise being feared over being loved, citing the killing of Ismail Haniyeh in Tehran as an example of effective deterrence, and calls for media accountability against figures he identifies as antisemitic, including Candace Owens, Roger Waters, and Tucker Carlson.</w:t>
      </w:r>
    </w:p>
    <w:p/>
    <w:p>
      <w:r>
        <w:rPr>
          <w:b/>
        </w:rPr>
        <w:t>Sažetak</w:t>
      </w:r>
    </w:p>
    <w:p>
      <w:r>
        <w:t>In this talk, Rabbi Shmuley presents a psychological and strategic argument for a shift in Jewish collective posture from seeking approval to establishing deterrence. He frames October 7th as a forcing moment that demands Jews choose fear over love—a principle he illustrates through the assassination of Hamas leader Ismail Haniyeh in Iran's capital, arguing it sends a message of deterrence throughout the region. Extending this logic to the American media sphere, he identifies Candace Owens, Roger Waters, and Tucker Carlson as prominent antisemitic voices and questions why they are not being confronted with the same intensity. He criticises Tucker Carlson specifically as a Holocaust denier and points to a widely-viewed historian segment on his show that allegedly denied the Holocaust as genocide. The speaker calls on American political leaders, including President Trump, to distance themselves from such figures and to stop what he describes as desecrating the memory of Holocaust victims. Throughout, Shmuley frames his argument as a rejection of Jewish fear and a call to offensive confrontation of enemies and antisemitism.</w:t>
      </w:r>
    </w:p>
    <w:p/>
    <w:p>
      <w:r>
        <w:rPr>
          <w:b/>
        </w:rPr>
        <w:t>Ključne poruke</w:t>
      </w:r>
    </w:p>
    <w:p>
      <w:pPr>
        <w:pStyle w:val="ListBullet"/>
      </w:pPr>
      <w:r>
        <w:t>Jews have historically pursued being liked; October 7th requires a strategic choice to be feared instead, with deterrence—not approval—as the primary goal.</w:t>
      </w:r>
    </w:p>
    <w:p>
      <w:pPr>
        <w:pStyle w:val="ListBullet"/>
      </w:pPr>
      <w:r>
        <w:t>The assassination of Ismail Haniyeh in Tehran exemplifies deterrence messaging to regional adversaries, signalling that 'these Jews actually fight back.'</w:t>
      </w:r>
    </w:p>
    <w:p>
      <w:pPr>
        <w:pStyle w:val="ListBullet"/>
      </w:pPr>
      <w:r>
        <w:t>Candace Owens, Roger Waters, and Tucker Carlson are identified as prominent antisemitic figures in American media who should face accountability rather than influence.</w:t>
      </w:r>
    </w:p>
    <w:p>
      <w:pPr>
        <w:pStyle w:val="ListBullet"/>
      </w:pPr>
      <w:r>
        <w:t>Tucker Carlson is characterised as a Holocaust denier; his platform has aired content denying the Holocaust as genocide, reaching 42 million viewers.</w:t>
      </w:r>
    </w:p>
    <w:p>
      <w:pPr>
        <w:pStyle w:val="ListBullet"/>
      </w:pPr>
      <w:r>
        <w:t>American presidents—regardless of pro-Israel stance—should not include Holocaust deniers or antisemitic figures in their circles.</w:t>
      </w:r>
    </w:p>
    <w:p>
      <w:pPr>
        <w:pStyle w:val="ListBullet"/>
      </w:pPr>
      <w:r>
        <w:t>The speaker rejects the posture of Jewish fear and calls for proactive confrontation: 'We are going to bring the fight to our enemies.'</w:t>
      </w:r>
    </w:p>
    <w:p/>
    <w:p>
      <w:r>
        <w:rPr>
          <w:b/>
        </w:rPr>
        <w:t>Članak</w:t>
      </w:r>
    </w:p>
    <w:p>
      <w:r>
        <w:rPr>
          <w:b/>
          <w:color w:val="0F766E"/>
          <w:sz w:val="26"/>
        </w:rPr>
        <w:t>The Psychological Shift: From Being Loved to Being Feared</w:t>
      </w:r>
    </w:p>
    <w:p/>
    <w:p>
      <w:r>
        <w:t>For thousands of years, Jews have developed what I would call an insidious mental construct—the belief that we need to be loved, that we need everyone to like us. Now, that would be nice. Machiavelli said 500 years ago in Florence that you should want to be loved and feared. But if you have to choose, and October 7th has forced us to choose, then you need to choose being feared over being loved. The Jewish people have to be feared. Hamas has to fear the IDF. Hezbollah has to fear the Mossad. Iran has to fear the Mossad.</w:t>
      </w:r>
    </w:p>
    <w:p/>
    <w:p>
      <w:r>
        <w:rPr>
          <w:b/>
          <w:color w:val="0F766E"/>
          <w:sz w:val="26"/>
        </w:rPr>
        <w:t>The Example of Ismail Haniyeh and Regional Deterrence</w:t>
      </w:r>
    </w:p>
    <w:p/>
    <w:p>
      <w:r>
        <w:t>Just think about this for a moment. When Israel goes into the heart of Tehran and kills Ismail Haniyeh, what do you think Khamenei himself is thinking? He's thinking, "Uh oh. I'm next. These Jews actually fight back." I feel bad for Haniyeh because if I had $4 billion, I wish I could have lived longer and bought more hot tubs, more Gulfstream sixes, and all that wasted money—which his children are now suing Erdogan for. But the point is clear: when you strike at the heart of your enemy's capital, you send a message of deterrence that resonates throughout the region.</w:t>
      </w:r>
    </w:p>
    <w:p/>
    <w:p>
      <w:r>
        <w:rPr>
          <w:b/>
          <w:color w:val="0F766E"/>
          <w:sz w:val="26"/>
        </w:rPr>
        <w:t>**Media Accountability** and Antisemitism in America</w:t>
      </w:r>
    </w:p>
    <w:p/>
    <w:p>
      <w:r>
        <w:t>The same principle should apply in media. Why aren't we going after Candace Owens, the most disgusting reptilian antisemite in America? Why aren't we going after Roger Waters? Why aren't we going after Tucker Carlson? President Trump, who spoke here at the IAC the other day and has been the most pro-Israel president in American history, what is he doing with Tucker Carlson in his ear? Tucker Carlson is a Holocaust denier. Tucker Carlson just had a historian on—42 million people watched it—who claimed the Holocaust wasn't a program of genocide, that the victims were like prisoners of war who died of disease.</w:t>
      </w:r>
    </w:p>
    <w:p/>
    <w:p>
      <w:r>
        <w:rPr>
          <w:b/>
          <w:color w:val="0F766E"/>
          <w:sz w:val="26"/>
        </w:rPr>
        <w:t>Standing Against Desecration and Fear</w:t>
      </w:r>
    </w:p>
    <w:p/>
    <w:p>
      <w:r>
        <w:t>Cut the crap and stop desecrating the memory of our 6 million. No American president, whether it's Biden, George Bush, or the greatest president for Israel, Trump, should be having people like that in their circle. We have to go after the Tucker Carlsons of this world. I am tired of being a scared Jew. I am tired of quaking and shivering and trembling before our enemies. We are going to bring the fight to our enemies.</w:t>
      </w:r>
    </w:p>
    <w:p/>
    <w:p>
      <w:r>
        <w:rPr>
          <w:b/>
        </w:rPr>
        <w:t>Reference i teme</w:t>
      </w:r>
    </w:p>
    <w:p>
      <w:r>
        <w:t>Teme: #Jewish self-defence and deterrence strategy, #Assassination of Ismail Haniyeh, #Antisemitism in American media, #Tucker Carlson and Holocaust denial, #Israel–Iran tensions, #Media accountability, #Jewish identity and fear</w:t>
      </w:r>
    </w:p>
    <w:p/>
    <w:p>
      <w:r>
        <w:rPr>
          <w:i/>
          <w:color w:val="94A3B8"/>
          <w:sz w:val="16"/>
        </w:rPr>
        <w:t>Generated by MinbarLive — Knowledge Library · https://minbarlive.com/videos/rabbi-shmuley-hints-that-israel-should-take-out-tucker-carlson-and-candace-owens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