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Rabbi Shmuley nagovještava da bi Izrael trebao ukloniti Tuckera Carlsona i Candace Owens</w:t>
      </w:r>
    </w:p>
    <w:p>
      <w:r>
        <w:rPr>
          <w:b/>
        </w:rPr>
        <w:t xml:space="preserve">Govornik: </w:t>
      </w:r>
      <w:r>
        <w:t>Rabbi Shmuley</w:t>
      </w:r>
    </w:p>
    <w:p>
      <w:r>
        <w:rPr>
          <w:b/>
        </w:rPr>
        <w:t xml:space="preserve">Izvor: </w:t>
      </w:r>
      <w:r>
        <w:rPr>
          <w:color w:val="0F766E"/>
        </w:rPr>
        <w:t>https://minbarlive.com/videos/hr/rabbi-shmuley-nagovjestava-da-bi-izrael-trebao-ukloniti-tuckera-carlsona-i-canda</w:t>
      </w:r>
    </w:p>
    <w:p/>
    <w:p>
      <w:r>
        <w:rPr>
          <w:i/>
        </w:rPr>
        <w:t>Rabbi Shmuley tvrdi da židovske zajednice moraju dati prioritet strahu umjesto ljubavi, navodeći ubistvo Ismaila Haniyeha u Teheranu kao primjer učinkovite odvraćanja, te poziva na odgovornost medija prema osobama koje identificira kao antisemitne, uključujući Candace Owens, Rogera Watersa i Tuckera Carlsona.</w:t>
      </w:r>
    </w:p>
    <w:p/>
    <w:p>
      <w:r>
        <w:rPr>
          <w:b/>
        </w:rPr>
        <w:t>Sažetak</w:t>
      </w:r>
    </w:p>
    <w:p>
      <w:r>
        <w:t>U ovom govoru, rabin Shmuley iznosi psihološku i stratešku argumentaciju za promjenu kolektivnog stava Židova od traženja odobrenja prema uspostavljanju odvraćanja. Okviruje 7. listopad kao trenutak koji zahtijeva da Židovi odaberu strah umjesto ljubavi—princip koji ilustrira kroz atentat na vođu Hamasa Ismaila Haniyeha u glavnom gradu Irana, tvrdeći da šalje poruku odvraćanja kroz cijelu regiju. Proširujući ovu logiku na američku medijsku sferu, identificira Candace Owens, Rogera Watersa i Tuckera Carlsona kao istaknute antisemitističke glasove i postavlja pitanje zašto se ne suočavaju s istom intenzitetom. Kritizira Tuckera Carlsona posebno kao negatora holokausta i ukazuje na segment povjesničara koji je široko gledan u njegovoj emisiji, a koji navodno negira holokaust kao genocid. Govornik poziva američke političke vođe, uključujući predsjednika Trumpa, da se udalje od takvih figura i da prestanu s onim što opisuje kao oskvrnjavanje sjećanja na žrtve holokausta. Tijekom cijelog izlaganja, Shmuley oblikuje svoj argument kao odbacivanje židovskog straha i poziv na ofenzivno suočavanje s neprijateljima i antisemitizmom.</w:t>
      </w:r>
    </w:p>
    <w:p/>
    <w:p>
      <w:r>
        <w:rPr>
          <w:b/>
        </w:rPr>
        <w:t>Ključne poruke</w:t>
      </w:r>
    </w:p>
    <w:p>
      <w:pPr>
        <w:pStyle w:val="ListBullet"/>
      </w:pPr>
      <w:r>
        <w:t>Židovi su povijesno težili biti omiljeni; 7. listopada zahtijeva strateški izbor da budu više zastrašivani, s odvraćanjem—ne odobravanjem—kao primarnim ciljem.</w:t>
      </w:r>
    </w:p>
    <w:p>
      <w:pPr>
        <w:pStyle w:val="ListBullet"/>
      </w:pPr>
      <w:r>
        <w:t>Ubistvo Ismaila Haniyeha u Teheranu primjer je poruka odvraćanja regionalnim protivnicima, signalizirajući da 'ovi Židovi zapravo uzvraćaju.'</w:t>
      </w:r>
    </w:p>
    <w:p>
      <w:pPr>
        <w:pStyle w:val="ListBullet"/>
      </w:pPr>
      <w:r>
        <w:t>Candace Owens, Roger Waters i Tucker Carlson identificirani su kao istaknute antisemitske figure u američkim medijima koje bi trebale snositi odgovornost umjesto da imaju utjecaj.</w:t>
      </w:r>
    </w:p>
    <w:p>
      <w:pPr>
        <w:pStyle w:val="ListBullet"/>
      </w:pPr>
      <w:r>
        <w:t>Tucker Carlson je opisan kao negator holokausta; njegova platforma emitirala je sadržaj koji negira holokaust kao genocid, dosegnuvši 42 milijuna gledatelja.</w:t>
      </w:r>
    </w:p>
    <w:p>
      <w:pPr>
        <w:pStyle w:val="ListBullet"/>
      </w:pPr>
      <w:r>
        <w:t>Američki predsjednici—bez obzira na pro-izraelski stav—ne bi trebali uključivati negatore holokausta ili antisemitske figure u svoje krugove.</w:t>
      </w:r>
    </w:p>
    <w:p>
      <w:pPr>
        <w:pStyle w:val="ListBullet"/>
      </w:pPr>
      <w:r>
        <w:t>Govornik odbacuje stav židovskog straha i poziva na proaktivno suočavanje: 'Donijet ćemo borbu našim neprijateljima.'</w:t>
      </w:r>
    </w:p>
    <w:p/>
    <w:p>
      <w:r>
        <w:rPr>
          <w:b/>
        </w:rPr>
        <w:t>Članak</w:t>
      </w:r>
    </w:p>
    <w:p>
      <w:r>
        <w:rPr>
          <w:b/>
          <w:color w:val="0F766E"/>
          <w:sz w:val="26"/>
        </w:rPr>
        <w:t>Psihološka promjena: Od voljenosti do straha</w:t>
      </w:r>
    </w:p>
    <w:p/>
    <w:p>
      <w:r>
        <w:t>Tisućama godina, Židovi su razvijali ono što bih nazvao podmuklim mentalnim konstruktom—uvjerenje da trebamo biti voljeni, da svi trebaju voljeti nas. To bi bilo lijepo. Machiavelli je prije 500 godina u Firenci rekao da trebate željeti biti voljeni i da vas se boje. No, ako morate birati, a 7. listopad nas je prisilio na izbor, tada trebate odabrati da vas se boje umjesto da vas vole. Židovski narod mora biti zastrašivan. Hamas se mora bojati IDF-a. Hezbollah se mora bojati Mossada. Iran se mora bojati Mossada.</w:t>
      </w:r>
    </w:p>
    <w:p/>
    <w:p>
      <w:r>
        <w:rPr>
          <w:b/>
          <w:color w:val="0F766E"/>
          <w:sz w:val="26"/>
        </w:rPr>
        <w:t>Primjer Ismaila Haniyeha i regionalna odvraćanja</w:t>
      </w:r>
    </w:p>
    <w:p/>
    <w:p>
      <w:r>
        <w:t>Samo razmislite o tome na trenutak. Kada Izrael uđe u srce Teherana i ubije Ismaila Haniyeha, što mislite da Khamenei misli? Misli: "Uh oh. Ja sam sljedeći. Ovi Židovi se zapravo bore." Žao mi je Haniyeha jer da imam 4 milijarde dolara, volio bih da sam mogao duže živjeti i kupiti više hidromasažnih kada, više Gulfstream šestica i sve to prokockano novac—za što sada njegova djeca tuže Erdogana. No, poanta je jasna: kada udarite u srce glavnog grada svog neprijatelja, šaljete poruku odvraćanja koja odjekuje širom regije.</w:t>
      </w:r>
    </w:p>
    <w:p/>
    <w:p>
      <w:r>
        <w:rPr>
          <w:b/>
          <w:color w:val="0F766E"/>
          <w:sz w:val="26"/>
        </w:rPr>
        <w:t>Odgovornost medija i antisemitizam u Americi</w:t>
      </w:r>
    </w:p>
    <w:p/>
    <w:p>
      <w:r>
        <w:t>Isti princip trebao bi se primijeniti u medijima. Zašto ne idemo na Candace Owens, najodvratniju reptilsku antisemitkinju u Americi? Zašto ne idemo na Rogera Watersa? Zašto ne idemo na Tuckera Carlsona? Predsjednik Trump, koji je ovdje govorio na IAC-u i bio najpro-izraelski predsjednik u američkoj povijesti, što radi s Tuckerom Carlsonom u uhu? Tucker Carlson je negator holokausta. Tucker Carlson je upravo imao povjesničara—42 milijuna ljudi to je gledalo—koji je tvrdio da holokaust nije bio program genocida, da su žrtve bile poput ratnih zarobljenika koji su umrli od bolesti.</w:t>
      </w:r>
    </w:p>
    <w:p/>
    <w:p>
      <w:r>
        <w:rPr>
          <w:b/>
          <w:color w:val="0F766E"/>
          <w:sz w:val="26"/>
        </w:rPr>
        <w:t>Odupiranje skrnavljenju i strahu</w:t>
      </w:r>
    </w:p>
    <w:p/>
    <w:p>
      <w:r>
        <w:t>Prestanite s glupostima i prestanite skrnaviti sjećanje na naših 6 milijuna. Nijedan američki predsjednik, bilo da je to Biden, George Bush, ili najveći predsjednik za Izrael, Trump, ne bi trebao imati takve ljude u svom krugu. Moramo se obračunati s Tuckerima Carlsonima ovog svijeta. Umoran sam od toga da budem uplašeni Židov. Umoran sam od drhtanja i trešnje pred našim neprijateljima. Donijet ćemo borbu našim neprijateljima.</w:t>
      </w:r>
    </w:p>
    <w:p/>
    <w:p>
      <w:r>
        <w:rPr>
          <w:b/>
        </w:rPr>
        <w:t>Reference i teme</w:t>
      </w:r>
    </w:p>
    <w:p>
      <w:r>
        <w:t>Teme: #Židovska strategija samoobrane i odvraćanja, #Atentat na Ismaila Haniyeha, #Antisemitizam u američkim medijima, #Tucker Carlson i negiranje holokausta, #Napetosti između Izraela i Irana, #Odgovornost medija, #Židovski identitet i strah</w:t>
      </w:r>
    </w:p>
    <w:p/>
    <w:p>
      <w:r>
        <w:rPr>
          <w:i/>
          <w:color w:val="94A3B8"/>
          <w:sz w:val="16"/>
        </w:rPr>
        <w:t>Generated by MinbarLive — Knowledge Library · https://minbarlive.com/videos/hr/rabbi-shmuley-nagovjestava-da-bi-izrael-trebao-ukloniti-tuckera-carlsona-i-canda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