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Responsibility in Giving Islamic Information: On Speakers, Sectarianism, and False Witness</w:t>
      </w:r>
    </w:p>
    <w:p>
      <w:r>
        <w:rPr>
          <w:b/>
        </w:rPr>
        <w:t xml:space="preserve">Govornik: </w:t>
      </w:r>
      <w:r>
        <w:t>The Deen Show</w:t>
      </w:r>
    </w:p>
    <w:p>
      <w:r>
        <w:rPr>
          <w:b/>
        </w:rPr>
        <w:t xml:space="preserve">Izvor: </w:t>
      </w:r>
      <w:r>
        <w:rPr>
          <w:color w:val="0F766E"/>
        </w:rPr>
        <w:t>https://minbarlive.com/videos/responsibility-in-giving-islamic-information-on-speakers-sectarianism-and-false-</w:t>
      </w:r>
    </w:p>
    <w:p/>
    <w:p>
      <w:r>
        <w:rPr>
          <w:i/>
        </w:rPr>
        <w:t>A wide-ranging discussion on the responsibility of speakers to convey accurate Islamic information, the historical alteration of scriptures, sectarian divisions within Islam, and pressing issues facing Muslim communities—from geopolitical conflicts to cultural preservation in the Balkans.</w:t>
      </w:r>
    </w:p>
    <w:p/>
    <w:p>
      <w:r>
        <w:rPr>
          <w:b/>
        </w:rPr>
        <w:t>Sažetak</w:t>
      </w:r>
    </w:p>
    <w:p>
      <w:r>
        <w:t>This extended talk addresses the critical responsibility speakers bear when communicating Islamic information to audiences, emphasizing the need for transparency, accuracy, and humility in acknowledging human fallibility. The speaker discusses how earlier scriptures were altered historically, drawing parallels to the integrity of the Qur'an as a unified text across all Muslims. He explores how mockery of God's messengers led to deviation in other faiths, contrasts Islamic theological claims with Christian doctrines (particularly incarnation and the nature of God), and defends Islam against accusations of promoting devil worship. The speaker emphasizes Muslim-Jewish historical relations—how Islam protected Jews when Christians persecuted them—and critiques modern media narratives that dehumanize entire religious groups. He addresses the Balkan context extensively, discussing Albanian and Bosnian history, post-communist corruption, the Vashton Island protests, and geopolitical weapons deals that risk destabilizing the region. The talk also covers the erosion of family values, the dangers facing youth in the digital age, and the fitnah (trials) of modern society. Throughout, the speaker calls for Muslims to live according to their faith, maintain moral standards, and speak truth without fear, while urging people of all faiths to unite against those who exploit divisions for power and profit.</w:t>
      </w:r>
    </w:p>
    <w:p/>
    <w:p>
      <w:r>
        <w:rPr>
          <w:b/>
        </w:rPr>
        <w:t>Ključne poruke</w:t>
      </w:r>
    </w:p>
    <w:p>
      <w:pPr>
        <w:pStyle w:val="ListBullet"/>
      </w:pPr>
      <w:r>
        <w:t>Speakers bear responsibility for the accuracy of information they share; incorrect information that harms listeners creates accountability for the speaker, making independent verification by audiences essential.</w:t>
      </w:r>
    </w:p>
    <w:p>
      <w:pPr>
        <w:pStyle w:val="ListBullet"/>
      </w:pPr>
      <w:r>
        <w:t>The Qur'an remains unchanged and unified across all Muslims globally, unlike the fragmented texts and versions found in other faiths, demonstrating Islam's theological integrity.</w:t>
      </w:r>
    </w:p>
    <w:p>
      <w:pPr>
        <w:pStyle w:val="ListBullet"/>
      </w:pPr>
      <w:r>
        <w:t>Historical scriptures (Torah, Bible) underwent significant linguistic and substantive alterations—from Aramaic and ancient Greek through Latin to modern languages—losing 20-40% of original meaning in translation, which explains many theological divergences.</w:t>
      </w:r>
    </w:p>
    <w:p>
      <w:pPr>
        <w:pStyle w:val="ListBullet"/>
      </w:pPr>
      <w:r>
        <w:t>Muslims are not required to accept the divine nature of Jesus; Islamic theology holds that no human can withstand seeing God's face (referencing Exodus 33:20), making incarnation logically and theologically contradictory.</w:t>
      </w:r>
    </w:p>
    <w:p>
      <w:pPr>
        <w:pStyle w:val="ListBullet"/>
      </w:pPr>
      <w:r>
        <w:t>Muslims—especially through 'Umar al-Khattab and Islamic civilization—have historically protected and elevated Jewish communities, including during the Inquisition and Holocaust, contradicting claims that Islam promotes hatred of Jews.</w:t>
      </w:r>
    </w:p>
    <w:p>
      <w:pPr>
        <w:pStyle w:val="ListBullet"/>
      </w:pPr>
      <w:r>
        <w:t>The Balkans face engineered conflict through foreign weapons sales and geopolitical manipulation; the youth are exhausted by historical grievances and deserve focus on economic opportunity and sovereignty rather than sectarian war.</w:t>
      </w:r>
    </w:p>
    <w:p>
      <w:pPr>
        <w:pStyle w:val="ListBullet"/>
      </w:pPr>
      <w:r>
        <w:t>Modern fitnah targeting youth—through explicit digital content, dating apps, and cultural degradation—requires parental vigilance, community support, and Islamic grounding; prayer and faith are non-negotiable anchors for navigating contemporary temptations.</w:t>
      </w:r>
    </w:p>
    <w:p>
      <w:pPr>
        <w:pStyle w:val="ListBullet"/>
      </w:pPr>
      <w:r>
        <w:t>Personal accountability and repentance are always possible; falling away from faith does not preclude return, and even one sincere intention to change restores hope—the door to Allah's mercy never closes until death.</w:t>
      </w:r>
    </w:p>
    <w:p/>
    <w:p>
      <w:r>
        <w:rPr>
          <w:b/>
        </w:rPr>
        <w:t>Članak</w:t>
      </w:r>
    </w:p>
    <w:p>
      <w:r>
        <w:rPr>
          <w:b/>
          <w:color w:val="0F766E"/>
          <w:sz w:val="26"/>
        </w:rPr>
        <w:t>The Weight of Spreading Information</w:t>
      </w:r>
    </w:p>
    <w:p/>
    <w:p>
      <w:r>
        <w:t>When giving information to an audience, especially within religious contexts, there is a profound responsibility that comes with it. If incorrect information is passed on and leads someone to a wrong conclusion, the speaker bears responsibility for that harm. Information is the most powerful thing a human being can possess and control. As Muslims, there is a duty when speaking to convey the truth to the best of one's ability and to be transparent with the audience that we are human and can make mistakes.</w:t>
      </w:r>
    </w:p>
    <w:p/>
    <w:p>
      <w:r>
        <w:t xml:space="preserve">This is why it is essential to encourage listeners to verify information independently—not only what any speaker says, but to double-check and triple-check everything. There are two reasons for this verification: first, to ensure that no harm comes from incorrect information; and second, if something being said is wrong, the audience can help correct it. Many times speakers have been corrected by their audience, and this should be welcomed, not resisted. Taking offense at correction is a sign of ego. For anyone in the public eye, especially as a </w:t>
      </w:r>
      <w:r>
        <w:rPr>
          <w:i/>
        </w:rPr>
        <w:t>Muslim</w:t>
      </w:r>
      <w:r>
        <w:t>, if you cannot listen to what your audience is telling you when you are wrong, you need to examine your niyyah—your intention—in that moment. This is very important.</w:t>
      </w:r>
    </w:p>
    <w:p/>
    <w:p>
      <w:r>
        <w:rPr>
          <w:b/>
          <w:color w:val="0F766E"/>
          <w:sz w:val="26"/>
        </w:rPr>
        <w:t>Alteration of Scripture and the Emergence of Deviation</w:t>
      </w:r>
    </w:p>
    <w:p/>
    <w:p>
      <w:r>
        <w:t>In understanding the origins of certain practices, it is useful to look at what is mentioned in the Qur'an: that earlier books were changed. In the Qur'an, we know they altered the books. The logical proof is simple: Moses could not have written the book bearing his name if he wrote about his own death. That alone demonstrates alteration. According to historical understanding, they began playing with the Book of Moses, peace and blessings be upon him. After this alteration, God punished them again. The Babylonians conquered them and subjected them to brutal oppression. They were cut off from the Torah, forbidden from practicing it under Babylonian rule. It was during this period that much of the darker content entered Judaism. This is where, to the best of understanding, the Talmud was compiled. The Kabbalah and the learning of arts connected to black magic emerged from Babylonian influence, as Babylonian culture was deeply involved in witchcraft and such practices. Later, Persia conquered Babylon and sent the people back to their land, where they rebuilt the second temple.</w:t>
      </w:r>
    </w:p>
    <w:p/>
    <w:p>
      <w:r>
        <w:rPr>
          <w:b/>
          <w:color w:val="0F766E"/>
          <w:sz w:val="26"/>
        </w:rPr>
        <w:t>The Mockery of God's Messengers</w:t>
      </w:r>
    </w:p>
    <w:p/>
    <w:p>
      <w:r>
        <w:t>When the Messiah came—peace and blessings be upon him, Jesus—they mocked this Messenger of God in the same way they had mocked and killed John the Baptist, peace be upon him, one of the most important messengers in the Islamic faith as well. This is where much of the deviation originated. To the Christians and Jews, a reminder: the Israelites were chosen not to be above humanity, but to deliver a message to humanity—that there is only one God. This was the same message from Adam all the way until Christ, peace be upon him. What did they do? They mocked the prophets of God. They changed the books of God. That is where the deviation came from.</w:t>
      </w:r>
    </w:p>
    <w:p/>
    <w:p>
      <w:r>
        <w:t>This is why Muslims are cautious when giving information: to avoid committing bid'ah, departing from the original teachings. We are living in a time of mass confusion where people have no idea what is happening around them. Some figures are spreading what appears to be Islamic hatred. It is clear that certain public figures hate Muslims. They judge all Muslims based on specific experiences or events, failing to distinguish between different groups, interpretations, and contexts within the faith.</w:t>
      </w:r>
    </w:p>
    <w:p/>
    <w:p>
      <w:r>
        <w:rPr>
          <w:b/>
          <w:color w:val="0F766E"/>
          <w:sz w:val="26"/>
        </w:rPr>
        <w:t>Distinguishing Between Groups and Avoiding Judgment</w:t>
      </w:r>
    </w:p>
    <w:p/>
    <w:p>
      <w:r>
        <w:t>It is important not to judge all followers of Islam based on the actions or interpretations of one group. For example, some people have animosity toward Islam because of their experience with a specific branch or nation's government, yet they extend that hatred to all Muslims. This is unfair and inaccurate. When visiting places like Dearborn to work with different communities, one sees that Shia Muslims respect and welcome the same message of monotheism. This is not a matter for judgment here—that is between them and Allah. The same way Allah will judge all people. There are bigger issues to address. Sunni and Shia Muslims have far bigger problems than debating lineage and sectarian differences. Many people are suffering, bombs are falling. The priority should be on the larger challenges facing the ummah.</w:t>
      </w:r>
    </w:p>
    <w:p/>
    <w:p>
      <w:r>
        <w:rPr>
          <w:b/>
          <w:color w:val="0F766E"/>
          <w:sz w:val="26"/>
        </w:rPr>
        <w:t>Unity in the Qur'an Despite Differences in Practice</w:t>
      </w:r>
    </w:p>
    <w:p/>
    <w:p>
      <w:r>
        <w:t xml:space="preserve">There is a fundamental truth about Islam that demonstrates its integrity: the Qur'an is the same for all Muslims. Every </w:t>
      </w:r>
      <w:r>
        <w:rPr>
          <w:i/>
        </w:rPr>
        <w:t>Muslim</w:t>
      </w:r>
      <w:r>
        <w:t xml:space="preserve"> on earth knows that the Qur'an is only original in its Arabic. Whether they are Bosnian, Albanian, white, or from any culture and background, all Muslims pray in Arabic—not because Arabs are superior, but because that is how the Messenger established it. Every time Christians separated into different groups, different versions of their books emerged. One cannot say the Douay Bible is the same as the Protestant Bible. It is not. It is missing entire chapters and entire books. These are not merely different translations or interpretations—these are entirely different versions. This is the miracle of Islam. While Sunni and Shia have some differences in how they pray and practice, the Qur'an remains unchanged and unified. That consistency is what makes Islam unique and what protects it from the kind of fragmentation seen in other faiths.</w:t>
      </w:r>
    </w:p>
    <w:p/>
    <w:p>
      <w:r>
        <w:rPr>
          <w:b/>
          <w:color w:val="0F766E"/>
          <w:sz w:val="26"/>
        </w:rPr>
        <w:t>On Arab Status and Language in Islam</w:t>
      </w:r>
    </w:p>
    <w:p/>
    <w:p>
      <w:r>
        <w:t>The Messenger Muhammad</w:t>
      </w:r>
      <w:r>
        <w:rPr>
          <w:b/>
        </w:rPr>
        <w:t xml:space="preserve"> ﷺ </w:t>
      </w:r>
      <w:r>
        <w:t xml:space="preserve">told us that an Arab is not superior to a non-Arab. Every </w:t>
      </w:r>
      <w:r>
        <w:rPr>
          <w:i/>
        </w:rPr>
        <w:t>Muslim</w:t>
      </w:r>
      <w:r>
        <w:t xml:space="preserve"> knows this principle. In fact, Arabs will be judged even more harshly than non-Arabs because the Qur'an came in their language. So it is not an advantage—it is actually a disadvantage. It is actually easier for us to get into heaven because we do not have the same interpretive burden of reading it in the original language.</w:t>
      </w:r>
    </w:p>
    <w:p/>
    <w:p>
      <w:r>
        <w:rPr>
          <w:b/>
          <w:color w:val="0F766E"/>
          <w:sz w:val="26"/>
        </w:rPr>
        <w:t>The Problem of Translation and Meaning</w:t>
      </w:r>
    </w:p>
    <w:p/>
    <w:p>
      <w:r>
        <w:t>Translation across languages always creates loss of meaning. It is the same thing in Bosnian and Albanian. If I translate something from English into Albanian or vice versa, I can often translate it word for word, but it loses its integrity. The Albanians have an expression: "Zamorin in Albania," which means "May I eat your heart?" If someone walked up to a woman and said this as a flirtation, she would probably look at the man like he is a psychopath—yet I have translated it literally word for word. The meaning is completely lost. My brother Eddie can confirm: literally word for word translated into Albanian, it makes sense in Albanian, but it has lost all of its meaning in English.</w:t>
      </w:r>
    </w:p>
    <w:p/>
    <w:p>
      <w:r>
        <w:t>This same expression can be used in many ways. It could be used for a father complimenting his child—let's say your kid was respectful, got straight A's. Then you see your kid and you say, "May I eat your heart?" It is a sign of endearment. So it makes no sense in English. The point is clear: when you convert from one language to another, you lose a tremendous amount of the original meaning.</w:t>
      </w:r>
    </w:p>
    <w:p/>
    <w:p>
      <w:r>
        <w:rPr>
          <w:b/>
          <w:color w:val="0F766E"/>
          <w:sz w:val="26"/>
        </w:rPr>
        <w:t>Language Challenges in Understanding Scripture</w:t>
      </w:r>
    </w:p>
    <w:p/>
    <w:p>
      <w:r>
        <w:t>What non-Muslims need to understand is that the books Christians rely on have undergone massive linguistic transformation. Jesus Christ did not speak English. To my knowledge, he did not speak Greek—he might have known some words because of the empire or whatever, but his predominant language was Aramaic. Aramaic is a Semitic language. You are reading a book that went from Aramaic and ancient Greek into Latin, into English. Ask any linguist who is being honest: when you convert from one language to another, you lose 20 to 40 percent of the original meaning.</w:t>
      </w:r>
    </w:p>
    <w:p/>
    <w:p>
      <w:r>
        <w:t>That is where a lot of this nonsense came from—purposely mistranslated, purposely leaving books out. There is no debate about this.</w:t>
      </w:r>
    </w:p>
    <w:p/>
    <w:p>
      <w:r>
        <w:rPr>
          <w:b/>
          <w:color w:val="0F766E"/>
          <w:sz w:val="26"/>
        </w:rPr>
        <w:t>On Debate, Integrity, and Information Verification</w:t>
      </w:r>
    </w:p>
    <w:p/>
    <w:p>
      <w:r>
        <w:t>When debating someone like Sam Shamoun about the Christian dilemma—about how the Bible changed so many times—you could be telling the truth, but there is no integrity in the debate itself. Debating is not about who is right or wrong. It is about who looks like he is right or wrong. It is about the delivery and the punch lines. It is like boxing, right? It is not about who is actually being honest. The audience pulls out Google and searches things, but it is about shock and awe and taking things that need more context to explain, and then releasing inflammatory comments.</w:t>
      </w:r>
    </w:p>
    <w:p/>
    <w:p>
      <w:r>
        <w:t>I always tell even Christians: please go Google everything I am telling you. Go look for yourself. And they make fun of me in the comments, saying, "Oh, he said go Google it." Yes, I am telling you that you should not believe anything I say. Go look for yourself. Check the receipts. You need to listen to people on the internet without using your own brain that God gave you.</w:t>
      </w:r>
    </w:p>
    <w:p/>
    <w:p>
      <w:r>
        <w:rPr>
          <w:b/>
          <w:color w:val="0F766E"/>
          <w:sz w:val="26"/>
        </w:rPr>
        <w:t>The Paradox of Modern Information Access</w:t>
      </w:r>
    </w:p>
    <w:p/>
    <w:p>
      <w:r>
        <w:t>We live in a time where, with all the technology available, in seconds you can pull up information. My generation and I had to go to a library: "I need this book by such and such." You pull up, open up the catalog, try to find the index card. It is in row six, YL twenty-seven. If one person did not put the book back where it belongs, you did not find the book. That is what we had to do to try to get knowledge. This generation has it all at their fingertips, and they are dumber than ever. Stupider than ever. It is amazing to me how dumb people are with all the advantages they have. The amount of stupidity is spreading.</w:t>
      </w:r>
    </w:p>
    <w:p/>
    <w:p>
      <w:r>
        <w:rPr>
          <w:b/>
          <w:color w:val="0F766E"/>
          <w:sz w:val="26"/>
        </w:rPr>
        <w:t>Accusations of Devil Worship and *Muslim* Response</w:t>
      </w:r>
    </w:p>
    <w:p/>
    <w:p>
      <w:r>
        <w:t>When people like Patrick McDavid try to paint us as following the devil, we need to understand what they are trying to say. They literally see Muslims as devil worshipers. But over and over, our book commands us to seek shelter and protection in God from the accursed. We seek refuge with God from the curse of the devil. Everything in the Qur'an tells us to glorify God's name, to start everything in God's name, to glorify only His name. There is only one God, brother. You cannot divide Him like a pie into three or four. He is not half a man half the time and a ghost the other time.</w:t>
      </w:r>
    </w:p>
    <w:p/>
    <w:p>
      <w:r>
        <w:rPr>
          <w:b/>
          <w:color w:val="0F766E"/>
          <w:sz w:val="26"/>
        </w:rPr>
        <w:t>The Logical Problem of the Incarnation</w:t>
      </w:r>
    </w:p>
    <w:p/>
    <w:p>
      <w:r>
        <w:t>Here is my challenge to them, and I am not here to bash Christians—I just want responses. They are telling us that God came down as a man, and they are telling us He came down as a Jewish man. So you are worshiping a Jew? One hundred percent, you are worshiping a Jew, according to their own faith. So God himself gets down and prays to a man that lived his life as a Jew. At the same time, he will go to the pizzeria and pick up a slice of pepperoni pizza and eat it, when Jesus Christ in their faith did not eat pork. So now I want to understand: God himself comes down, does not eat pork, but then tells people it is okay to eat pork. How does that make sense?</w:t>
      </w:r>
    </w:p>
    <w:p/>
    <w:p>
      <w:r>
        <w:t>We admire the prophets for being the example to humanity in the flesh. We would say God would never come in the flesh because even in Exodus chapter 33, verse 20, when Moses was talking to God through the burning bush—because the burning bush was a veil—no human being in the material world, not even mountains, can withstand the glory of God. Musa, peace be upon him, spoke to God directly and he asked God, "I want to see Your face." And God responded in the Old Testament: "For no one can see My face and live."</w:t>
      </w:r>
    </w:p>
    <w:p/>
    <w:p>
      <w:r>
        <w:t>Now tell me, as someone that calls himself a Christian, how a man could come down claiming to be God in their faith. That means he also wrote the Old Testament, right? That means Jesus, if he is God, wrote the Bible. So why would God tell His prophet, "You cannot see Me"? But then God says, "Not only are you going to see Me, I am going to come down in the flesh." It is impossible. It is contradictory. It is hypocritical. It makes no sense at all. You have to literally shut your logic off completely—the same logic that God gave you and put into your mind.</w:t>
      </w:r>
    </w:p>
    <w:p/>
    <w:p>
      <w:r>
        <w:t>In the Qur'an, God tells you over and over again to use the intellect that He gave you to find Him, that through your intellect and your reflection you will see His signs and you will know that He exists. But you will never see Him in the flesh. No human being can see Him in the flesh.</w:t>
      </w:r>
    </w:p>
    <w:p/>
    <w:p>
      <w:r>
        <w:rPr>
          <w:b/>
          <w:color w:val="0F766E"/>
          <w:sz w:val="26"/>
        </w:rPr>
        <w:t>Following the Example of Christ</w:t>
      </w:r>
    </w:p>
    <w:p/>
    <w:p>
      <w:r>
        <w:t>When you worship a human being who lived and practiced his life as an ancient Israelite—and the word "Jew" did not even exist back then; they were Israelites who spoke Hebrew—worshiping this human being who lived as an Israelite, as we call it today, who did not eat pork, got circumcised, followed kosher, kept the commandments of the Old Testament: meanwhile, the majority of Christians do none of these things.</w:t>
      </w:r>
    </w:p>
    <w:p/>
    <w:p>
      <w:r>
        <w:t>If God came down, He would be the greatest example. Forget the prophets—if God Himself came down, then we should be following His example to the letter because He came down Himself. Yet none of them, the majority of them, do not even follow His example. If anyone is following the example of Christ, it is some Jews. We have to give them that. They do not associate partners with God, they do not create idols, they get circumcised, they do not eat pork, and some of their women cover. But the greatest, largest group that follows His example undeniably—unless you are lying to yourself—are the Muslims. Those who submit to the Creator, those who bow with their head to the ground like Jesus did in Matthew chapter 26, verses 36 to 39.</w:t>
      </w:r>
    </w:p>
    <w:p/>
    <w:p>
      <w:r>
        <w:t>In that passage, Jesus was hiding from the people who were persecuting him. But if he was coming to die for us, if he was God—the Alpha and Omega who knows the past and the future—why was he hiding? If he was God, he would know that no matter where he hides, he is going to get rounded up and thrown on that cross. Why was he hiding in Matthew 26? Why was he praying to be saved? And how does a God pray to himself? God does not pray. God gets prayed to. These are questions that cannot be answered unless one is being honest to oneself.</w:t>
      </w:r>
    </w:p>
    <w:p/>
    <w:p>
      <w:r>
        <w:t>Why did God put His head on the ground in Matthew 26 the way the Muslims pray? I will give it to the ancient Ethiopians too—they prayed that way as well. So if anybody is upholding the life and the energy of Christ, undeniably it is the Muslims, and especially our women who encompass everything that His mother stood for. That is enough proof right there. Peace and blessings be upon the Messenger ﷺ. We worship the Creator, not the creation.</w:t>
      </w:r>
    </w:p>
    <w:p/>
    <w:p>
      <w:r>
        <w:rPr>
          <w:b/>
          <w:color w:val="0F766E"/>
          <w:sz w:val="26"/>
        </w:rPr>
        <w:t>Paul and the Deviation of Christ's Message</w:t>
      </w:r>
    </w:p>
    <w:p/>
    <w:p>
      <w:r>
        <w:t>The point is that we are not following the demon or the devil, as they say we are demon-possessed. I think Patrick is confusing things with Paul. Paul is a man who never met Jesus Christ. Saul, as they call him Paul, was a man who was murdering and massacring the first Christians. He was on the road to Damascus, and he saw a being of light, and they say it was Christ. First of all, if Paul saw Christ directly and spoke to him, that would make Paul technically a prophet or a messenger. But they do not call Paul a prophet or a messenger, even though technically he saw Jesus—which is another contradiction. If you speak to God, you are a prophet or a messenger or both.</w:t>
      </w:r>
    </w:p>
    <w:p/>
    <w:p>
      <w:r>
        <w:t>If Paul had that much authority where he wrote almost 30 percent of the New Testament—a man that was massacring Christians, persecuting them—and then Jesus appears in light: first of all, in their own book it says that the devil appears in light. We know that the devil can shapeshift. We know that the jinn can shapeshift. My theory, and Allah knows best, is that sometimes people see visions. We know in Islam that in your last moments before death, the devil comes for you. He tries one last time to get you right before you die. We know that they can shapeshift. We know that Shaitan shapeshifted amongst the children of Cain to teach them how to play instruments. So we know that they can shapeshift.</w:t>
      </w:r>
    </w:p>
    <w:p/>
    <w:p>
      <w:r>
        <w:t>They call them all kinds of names—aliens, Annunaki, and all these funny terms that I think are done on purpose to convince humanity to worship aliens. I think there is an agenda to make human beings believe they were created by aliens and not by Allah. I think that is really what is going on. I think they are up to something, and I think the jinn are going to come into this dimension. Allah knows best. I think they already figured it out, brother. There is a reason why they are releasing all these files. They are preconditioning for some type of great deception.</w:t>
      </w:r>
    </w:p>
    <w:p/>
    <w:p>
      <w:r>
        <w:rPr>
          <w:b/>
          <w:color w:val="0F766E"/>
          <w:sz w:val="26"/>
        </w:rPr>
        <w:t>Paul as the Great Deceiver</w:t>
      </w:r>
    </w:p>
    <w:p/>
    <w:p>
      <w:r>
        <w:t>Getting back to the point: Paul, I call him the great deceiver. If he was talking to Jesus and Jesus says, "Paul, why do you persecute Me?" if he spoke to Jesus directly, that means he was a prophet. Yet they accept a book from a man that was murdering the first followers of Christ. We know that many of the first followers of Christ did not recognize him as divine. Some of them were called the Ebionites. They were hunted down, rounded up, and massacred. They said that he was the Messiah, but he was not God. All this "God stuff" came later, and because of people like Paul, who took his message and deviated the truth.</w:t>
      </w:r>
    </w:p>
    <w:p/>
    <w:p>
      <w:r>
        <w:t>We know that the Roman Empire is who spread Christianity. Christ did not come for the Romans. He says it in His own book in the New Testament: "I did not come for the Romans. I came for the lost sheep of Israel. I came to bring the Jews back on the path of God." What did they decide to do based on their version of what happened? We know that God saved Jesus. We know that when he got on his knees and begged Allah to forgive him, like he did in Matthew 26, we know how to answer that prayer. Allah tells us the second part of the story in the Qur'an: "You think you killed him? You think you crucified him. But I made it seem like that because of their wickedness, of not accepting the prophets of God, of changing the books of God. God led them astray."</w:t>
      </w:r>
    </w:p>
    <w:p/>
    <w:p>
      <w:r>
        <w:rPr>
          <w:b/>
          <w:color w:val="0F766E"/>
          <w:sz w:val="26"/>
        </w:rPr>
        <w:t>The Breaking of the Covenant and Historical Displacement</w:t>
      </w:r>
    </w:p>
    <w:p/>
    <w:p>
      <w:r>
        <w:t>God cut off the House of Israel from their chosen status where they would continue to receive revelation. He crossed over to the other side of Abraham, because Abraham had two sons, peace be upon him—the house of Isaac and the house of Ishmael. When the house of Israel fell into corruption and mocking of God, from the golden calf all the way through history, this is very well documented in the chapter Al-Baqarah. I highly invite my Jewish brothers and sisters to read the chapter "The Cow" or "The Heifer" in the Holy Qur'an, because God is talking to you directly. He literally reminds you of the covenant, and He literally explains all the favors He gave upon your nation and all the times you rebelled against Him. The last great rebellion with the prophets was the rejection of the Messiah. You didn't accept him. You're still waiting for him to come, your Messiah. That's the job.</w:t>
      </w:r>
    </w:p>
    <w:p/>
    <w:p>
      <w:r>
        <w:t>So I would invite my Jewish brothers and sisters who haven't really studied Islam, who probably—and most of the Jews I've met in America are secular. I have no problem with my Jewish friends. I grew up with Russian Jews and I have family that's Jewish. I got no beef with them.</w:t>
      </w:r>
    </w:p>
    <w:p/>
    <w:p>
      <w:r>
        <w:rPr>
          <w:b/>
          <w:color w:val="0F766E"/>
          <w:sz w:val="26"/>
        </w:rPr>
        <w:t>The Albanian Muslims and the Holocaust: An Untold Story</w:t>
      </w:r>
    </w:p>
    <w:p/>
    <w:p>
      <w:r>
        <w:t xml:space="preserve">Albania, Bosnia—save them. Albania had zero casualties. My grandmother's brothers were hung by the Nazis, and I gotta sit here and listen to them bash the very faith of my people. Again, not all Albanians are </w:t>
      </w:r>
      <w:r>
        <w:rPr>
          <w:i/>
        </w:rPr>
        <w:t>Muslim</w:t>
      </w:r>
      <w:r>
        <w:t xml:space="preserve">, and they get mad. The majority at that time were </w:t>
      </w:r>
      <w:r>
        <w:rPr>
          <w:i/>
        </w:rPr>
        <w:t>Muslim</w:t>
      </w:r>
      <w:r>
        <w:t xml:space="preserve">, and it was Christians that saved them too. If I'm being fair to history, because you've got to be fair, bro. You gotta write history right. Many Albanian Christians saved Jews during the Holocaust, too. But if we're programmed to hate Jews, we would have let them die, which we did not. There would have been at least one Albanian </w:t>
      </w:r>
      <w:r>
        <w:rPr>
          <w:i/>
        </w:rPr>
        <w:t>Muslim</w:t>
      </w:r>
      <w:r>
        <w:t xml:space="preserve"> that would have been like, "There's Jews under this building. Come get them right now." That's the modern-day propaganda, right? Islam.</w:t>
      </w:r>
    </w:p>
    <w:p/>
    <w:p>
      <w:r>
        <w:t>Why do you think they never made a film about it? How many World War Two movies have we seen? And not a single film was made about the country that even Benjamin Netanyahu could pull up the clip and put it in later. If you want Benjamin Netanyahu standing next to Edi Rama, who, God willing, they will remove from power him and the entire government—corrupt human beings that work with the elitists that work with Satanists, the Flamingo revolutions in full effect. Power to Albania.</w:t>
      </w:r>
    </w:p>
    <w:p/>
    <w:p>
      <w:r>
        <w:t>Even Edi Rama, the Prime Minister of Albania, stood next to Netanyahu a few years back, and Bibi looks at him and says, "Thanks to you guys, not a single Jew died in Albania." How did you repay the Albanians? Did you guys call your cousins in Hollywood and make at least one film to honor the Albanians? One movie. They've made movies about everything you can think of. In World War Two, if Hitler sneezed, ten Jews survived—movie. If Hitler farted, ten people survived—movie. The people that saved you? My grandmother's brothers were hung by the Nazis in northern Albania and in the northern region. Did they make a movie about that? But they made the movie "Taken," though, to make us look like animals—like we're pimps and drug dealers and mafia. And every culture has rotten apples, but not one film about the people that saved them, bro.</w:t>
      </w:r>
    </w:p>
    <w:p/>
    <w:p>
      <w:r>
        <w:t>You know why? Anything that can positively show even a couple of Muslims looking good—even though the whole story is not about Muslims—they'll never do it.</w:t>
      </w:r>
    </w:p>
    <w:p/>
    <w:p>
      <w:r>
        <w:rPr>
          <w:b/>
          <w:color w:val="0F766E"/>
          <w:sz w:val="26"/>
        </w:rPr>
        <w:t>Political Shifts and *Muslim* Conservatism</w:t>
      </w:r>
    </w:p>
    <w:p/>
    <w:p>
      <w:r>
        <w:t>One last question: did you notice that before Trump came in, PBD was kind of inclining to connect with Muslims? He was, because Muslims were on the front line pushing back against all the sexualization of kids in the schools. He was like, "Why are they voting left?" And then they were a little more sympathetic. They were kind of like, you know, not as aggressive against Islam and Muslims. Did you see that shift? That was a shift in Trump. It was a shift in a lot of people.</w:t>
      </w:r>
    </w:p>
    <w:p/>
    <w:p>
      <w:r>
        <w:t>What the American people understand is that Muslims are conservative—more than the conservatives, completely. If you're going to judge Muslims by voting, you've already missed the point. I think the reason a lot of Middle Eastern, you know, Arab Americans vote left is because they're hoping the wars will end, right? Voting in this country, to me, is failed at this point. I don't think the American people are being represented at all. I think the American people are in trouble, okay. Leaving faith out of it—we're in trouble.</w:t>
      </w:r>
    </w:p>
    <w:p/>
    <w:p>
      <w:r>
        <w:t xml:space="preserve">But I think where people don't understand is that if you have your family in a part of the world that's been under attack for 30 years, or if you're Afghan, your people have never known peace in the last 50 years. No peace. So what Americans fail to understand is not that the </w:t>
      </w:r>
      <w:r>
        <w:rPr>
          <w:i/>
        </w:rPr>
        <w:t>Muslim</w:t>
      </w:r>
      <w:r>
        <w:t xml:space="preserve"> is voting left. I'm done. I consider myself full-blown libertarian at this point as far as politics—independent all the way. I cannot cast a vote for these people anymore. These people are evil. We have a choice between Coke or Pepsi. Which one do you want? They can't agree on anything, but they can always agree on more war. They give us ideological crumbs. Let's be real as Americans, leaving religion out of this.</w:t>
      </w:r>
    </w:p>
    <w:p/>
    <w:p>
      <w:r>
        <w:rPr>
          <w:b/>
          <w:color w:val="0F766E"/>
          <w:sz w:val="26"/>
        </w:rPr>
        <w:t>Manufactured Distractions and Real Problems</w:t>
      </w:r>
    </w:p>
    <w:p/>
    <w:p>
      <w:r>
        <w:t>If a kid does this or not, it's not going to change policy in the Middle East. It's not going to solve the national debt problem that America has. It's not going to fix inflation and make food cheaper to put back on the table. What it's going to do is create a nice distraction that they can sensationalize so that me and you—left and right—are arguing over something trivial. And that's what we've been debating for ten years. Is that going to change the world? Let's be real. Is that going to fix the Middle East and the inflation and the wars and the problems that Americans have? No. But we were focused on the media for ten years on whether a child can mutilate himself or not. Better word. Whether a child can mutilate himself or not. But that's not going to solve the Middle East. That's not going to solve taxes. That's not going to solve my disappearing pension.</w:t>
      </w:r>
    </w:p>
    <w:p/>
    <w:p>
      <w:r>
        <w:t xml:space="preserve">So they got the—I call it low IQ, very low IQ people—focusing on this because it hits a nerve for someone. Add gas to that fire while they're robbing all of us, while they're using our men and women in armed forces to destroy the world. And that's what's been going on, brother. Distract while they destroy. Distract while they destroy. And we know there's a more devious agenda. But by the time my fellow Americans that are not </w:t>
      </w:r>
      <w:r>
        <w:rPr>
          <w:i/>
        </w:rPr>
        <w:t>Muslim</w:t>
      </w:r>
      <w:r>
        <w:t xml:space="preserve"> realize the game that was played on them and that the last person they ever had to worry about was the </w:t>
      </w:r>
      <w:r>
        <w:rPr>
          <w:i/>
        </w:rPr>
        <w:t>Muslim</w:t>
      </w:r>
      <w:r>
        <w:t>, it's going to be too late for America.</w:t>
      </w:r>
    </w:p>
    <w:p/>
    <w:p>
      <w:r>
        <w:rPr>
          <w:b/>
          <w:color w:val="0F766E"/>
          <w:sz w:val="26"/>
        </w:rPr>
        <w:t>The Great Awakening and Shifts in Perspective</w:t>
      </w:r>
    </w:p>
    <w:p/>
    <w:p>
      <w:r>
        <w:t xml:space="preserve">Some very prominent conservatives—people call themselves conservative Christians and others—we're seeing a major shift now. You got Tucker Carlson, Candace Owens, Megyn Kelly slowly coming out, bro. You actually with the conservative twins, you've been on that show yet? No. You gotta go on there, dude. They're awesome, bro. They're very—they didn't have deep knowledge of Islam at all, just like the average person. But now they get to connect with yourself, with a </w:t>
      </w:r>
      <w:r>
        <w:rPr>
          <w:i/>
        </w:rPr>
        <w:t>Muslim</w:t>
      </w:r>
      <w:r>
        <w:t>. Awesome brothers, man. You see? Listen, we all get affected subconsciously. There's a reason why Coca-Cola spends $11 billion on advertising. Coca-Cola already has a massive market, right? Why are they still paying $11 billion? Out of sight, out of mind. But it's also insight in the mind, right? The more I constantly pump something out, the more I push a certain message, it's going to affect people's psyche. That's a fact. It's been proven already. Why do they need to make jingles and songs and advertisements? It's the same thing with propaganda. You say it enough. Enough of the population believes it. Enough of the population absorbs it.</w:t>
      </w:r>
    </w:p>
    <w:p/>
    <w:p>
      <w:r>
        <w:rPr>
          <w:b/>
          <w:color w:val="0F766E"/>
          <w:sz w:val="26"/>
        </w:rPr>
        <w:t>Algorithm Control and the X Platform</w:t>
      </w:r>
    </w:p>
    <w:p/>
    <w:p>
      <w:r>
        <w:t>You've seen the shift online. X is one of the most toxic places on earth as far as social media, okay. I posted for years on X, on Twitter. It's a lot of bots on there. And if you scroll down on my wall on X for years, you see messages of positivity—Muslims and Christians and Jews were not enemies. Right. That was one of the first views I ever put out. Someone's controlling that algorithm big time. The minute I said, "Let me try something," I could never break 10,000 views. Let me try something. Voila. Here, in front of all of you, I swear in Allah's name, I'm not lying to you. It's still on my wall. "Muslims are evil." And then I'll put everything else that the other groups are doing. The chosen ones. Everything that they're actually doing. And then I would correct it with a, "Hey, Grok. Just because I don't want." And it was funny because I'm like, "Why is he saying this?" I knew he was a double agent. I'm like, no, I'm going to prove something now.</w:t>
      </w:r>
    </w:p>
    <w:p/>
    <w:p>
      <w:r>
        <w:t>So for one week, I posted anti-</w:t>
      </w:r>
      <w:r>
        <w:rPr>
          <w:i/>
        </w:rPr>
        <w:t>Muslim</w:t>
      </w:r>
      <w:r>
        <w:t xml:space="preserve"> rhetoric. Viral, viral, viral. And then I went back to normal. And then I said, "Look, you see?" So it's been—I have not had a viral post since that one week where I tried that and I proved it. It's documented. So Elon Musk is not our friend, bro. I don't trust him at all. He was just captured in that meeting with Peter Thiel. You heard about that? No. Oh, brother. So there was Peter Thiel, secret society. All the texts. For people that don't know who Peter Thiel is, Elon Musk and Peter Thiel, bro, are building a system on the earth—Palantir. It's going to spy on people like me and you and Marcus to see if we're safe or not safe. And if they succeed on this planet, they're so close, bro. Right now, humanity is waking up.</w:t>
      </w:r>
    </w:p>
    <w:p/>
    <w:p>
      <w:r>
        <w:rPr>
          <w:b/>
          <w:color w:val="0F766E"/>
          <w:sz w:val="26"/>
        </w:rPr>
        <w:t>The Great Awakening and Spiritual Elevation</w:t>
      </w:r>
    </w:p>
    <w:p/>
    <w:p>
      <w:r>
        <w:t>Not just to Islam—it's called the Great Awakening. There's a movement called the Great Awakening, okay. I think Islam plays a significant role in it. Christianity plays a significant role in it. You know, anytime you're elevating spiritually, you're going to start seeking the truth. I'm not worried about Islam proving itself to people because anybody that wants to look and find out—we don't need to knock on doors, okay? We're forced to do this work because of all the hatred, because of all the people losing their lives, bro. One hundred people could have died in San Diego, man. How about the millions that lost their lives across the seas because of these policies that are rooted in Islamic hatred and hatred of Arabs and Muslims? I'm not Arab.</w:t>
      </w:r>
    </w:p>
    <w:p/>
    <w:p>
      <w:r>
        <w:t>So Elon Musk hooks up with Peter Thiel. Elon Musk, Zuckerberg, Thiel—all together they've been meeting constantly. You would think that they're competitors, that they have different companies. Why are they all having dinner together, hanging out together? Because I'll tell you what the plan is.</w:t>
      </w:r>
    </w:p>
    <w:p/>
    <w:p>
      <w:r>
        <w:rPr>
          <w:b/>
          <w:color w:val="0F766E"/>
          <w:sz w:val="26"/>
        </w:rPr>
        <w:t>The Technocracy and the Antichrist Agenda</w:t>
      </w:r>
    </w:p>
    <w:p/>
    <w:p>
      <w:r>
        <w:t>See, Sky Land. We know that the Antichrist—this goes out to the Christians, the Jailah, to the Muslims. We know that this being will have power on this earth and that power—I'm truly starting to believe, and I think you may feel the same way—will be the technology. The technology that will give will be the greatest deceiver, I believe, through tech. And maybe he'll have some powers. I'm not sure. We know he's going to command the sky to rain. It's going to rain. It's going to be a time period where the world's in great drought and chaos and all this stuff happens. These people are building a technocracy over our heads, literally a jail. It will make communism look like Disney World. And I'm very anti-communist, right? I hate communism. So for me, it's: these people are supposed to be private companies. They're technically supposed to be in competition with each other, like X and Instagram should be competition, right? They're both social media. I can post videos. Why are they together, bro? Why are they all together?</w:t>
      </w:r>
    </w:p>
    <w:p/>
    <w:p>
      <w:r>
        <w:t>Elon Musk changed. Elon Musk was speaking out. Go look at him a few years ago. He said a few comments, this and that. What do they do? They took him. Ben Shapiro come on. The march. Took him to Auschwitz. Took him to Israel. All of a sudden his song and dance changed completely. A lot of good did come from him from releasing some free speech. I definitely believe algorithms are pushing certain agendas more than others, but at least it gave us a little bit of a voice. Or as Bassem Youssef says, free speech with terms and conditions.</w:t>
      </w:r>
    </w:p>
    <w:p/>
    <w:p>
      <w:r>
        <w:t>So 100% in my opinion, Allah knows best. There is definitely a plan between these technocrats and the government and, in my opinion, the Zionists to create a technocracy. Because what's happening right now, everyone's waking up. Everyone's finally starting—I've never seen it, Eddie. You've never seen it like this. I've never seen it like this. Finally they're waking up and they're going with the Muslims. No, no, no, no, no, no.</w:t>
      </w:r>
    </w:p>
    <w:p/>
    <w:p>
      <w:r>
        <w:rPr>
          <w:b/>
          <w:color w:val="0F766E"/>
          <w:sz w:val="26"/>
        </w:rPr>
        <w:t>The Real Issues at Hand</w:t>
      </w:r>
    </w:p>
    <w:p/>
    <w:p>
      <w:r>
        <w:t>It's you pushing adult films on my children. It's you that's pushing gambling on my children. It's you that's pushing alcohol on my children. It's you that's pushing drugs on my children. It's you that's lending us money that's sucking the very blood out of our sweat, so we can't even enjoy the money that we make. It's you that's creating inflation. It's you that's sending our soldiers overseas to die and lose their lives for nonsense in Afghanistan, for nonsense in Iraq. It's you that wants to send our children, our men and boys in America, to go die in Iran for a war that does not benefit the American people. I have a cousin that's a Marine, brother. He's retired now.</w:t>
      </w:r>
    </w:p>
    <w:p/>
    <w:p>
      <w:r>
        <w:rPr>
          <w:b/>
          <w:color w:val="0F766E"/>
          <w:sz w:val="26"/>
        </w:rPr>
        <w:t>Military Service and Disillusionment</w:t>
      </w:r>
    </w:p>
    <w:p/>
    <w:p>
      <w:r>
        <w:t>Many soldiers who served in Iraq experienced profound disillusionment with their deployment. One Marine completed two tours in Fallujah, where he went to train the police during the Iraq War. He continues to battle PTSD to this day. These soldiers believed they were there to liberate Iraqis from Saddam Hussein and to help the country, but the reality proved different. At the 250th anniversary of the Marines in Dallas, the speaker met with a couple hundred Marines who all expressed the same sentiment: they felt used, betrayed, and lied to by their leadership. The battle of Fallujah was horrific, and most of the soldiers who fought there regretted going. They felt their leaders, who were supposed to protect them, had instead sent them into harm's way under false pretenses.</w:t>
      </w:r>
    </w:p>
    <w:p/>
    <w:p>
      <w:r>
        <w:rPr>
          <w:b/>
          <w:color w:val="0F766E"/>
          <w:sz w:val="26"/>
        </w:rPr>
        <w:t>Calls for War with Iran</w:t>
      </w:r>
    </w:p>
    <w:p/>
    <w:p>
      <w:r>
        <w:t>The speaker expresses frustration with those pushing for military conflict with Iran. He points out that advocates like Patrick Bet David, who oppose the Iranian regime, are not the ones who would bear the cost of such a war. Instead, they want young Americans to fight and die. Meanwhile, approximately one million Iranians living in America—many living comfortably in Beverly Hills—are not volunteering themselves or their children for combat. The speaker challenges these advocates directly: if they want to overthrow the Iranian regime, they should send their own sons and daughters. The United States is already providing weapons to the region through Israel at no cost. Iran's opponents have billions of dollars at their disposal and access to American weapons, yet they expect ordinary Americans to sacrifice their lives.</w:t>
      </w:r>
    </w:p>
    <w:p/>
    <w:p>
      <w:r>
        <w:t>The speaker draws a historical parallel to the Bosnian War and Kosovo War, when Bosnians and Albanians living abroad made the choice to return to their homeland to defend it. They traveled by boat and plane to fight for their own people and their own cause. The speaker challenges: if Iranians truly want their regime to fall, let them go fight that war themselves with their own resources and weapons. But he emphasizes firmly that not a single American should lose their life in Iran. He repeats this conviction with intensity: not one American life should be sacrificed. Americans, he says, are tired of war. The nation has known almost nothing but warfare since the Iraq War began, and the continuous cycle of military engagement has worn down the American people.</w:t>
      </w:r>
    </w:p>
    <w:p/>
    <w:p>
      <w:r>
        <w:rPr>
          <w:b/>
          <w:color w:val="0F766E"/>
          <w:sz w:val="26"/>
        </w:rPr>
        <w:t>Personal Background and Balkan History</w:t>
      </w:r>
    </w:p>
    <w:p/>
    <w:p>
      <w:r>
        <w:t>The speaker shares his family background to provide context for his perspective on war and oppression. He was born and raised in the United States, but his parents were both immigrants who fled the Balkans to escape communist and authoritarian rule. On his mother's side, his family fought against the communist regime. His father had to leave the former Yugoslavia when Serbs began cracking down on minorities, conditions that became especially severe under Milosevic. His parents came to America seeking a better life for themselves and their children.</w:t>
      </w:r>
    </w:p>
    <w:p/>
    <w:p>
      <w:r>
        <w:t xml:space="preserve">Albania suffered an extreme period of isolation and oppression under communist rule, lasting 40 to 50 years. It was sealed off from the entire world and was the only officially atheist country on earth. During this time, citizens were not allowed to practice any faith, even though the population was predominantly </w:t>
      </w:r>
      <w:r>
        <w:rPr>
          <w:i/>
        </w:rPr>
        <w:t>Muslim</w:t>
      </w:r>
      <w:r>
        <w:t xml:space="preserve"> before the communists took power. People were forbidden from attending mosques or churches. If authorities discovered a Qur'an or Bible in someone's possession, they faced severe punishment—imprisonment or death. The speaker emphasizes the brutality of this religious persecution: "If they found a religious text, you were finished. You were cooked."</w:t>
      </w:r>
    </w:p>
    <w:p/>
    <w:p>
      <w:r>
        <w:t>Despite this harsh history, the speaker expresses pride in how Albanians handled religious diversity. They never fought against each other over religion internally. Albanians got along well with their Catholic neighbors and Orthodox Christian brothers and sisters. Throughout their history, they never went to war over faith. This coexistence stands as a point of pride for the speaker.</w:t>
      </w:r>
    </w:p>
    <w:p/>
    <w:p>
      <w:r>
        <w:rPr>
          <w:b/>
          <w:color w:val="0F766E"/>
          <w:sz w:val="26"/>
        </w:rPr>
        <w:t>Post-Communist Corruption in the Balkans</w:t>
      </w:r>
    </w:p>
    <w:p/>
    <w:p>
      <w:r>
        <w:t>After communism collapsed in Albania, the speaker notes that the communists did not truly lose power—they simply rebranded themselves and installed puppet leaders who maintained control behind the scenes, while giving the illusion of freedom. This pattern of corruption is not unique to Albania; Serbia faces the same problem. Both countries have experienced extensive protests against corruption and government malfeasance. The Flamingo Revolution in Serbia began even before Albania's protests intensified. The issue throughout the Balkans—in all the former communist countries—is that the oligarchs simply shift their positions. The ruling parties present themselves as enemies to the public, creating the appearance of political opposition and competition.</w:t>
      </w:r>
    </w:p>
    <w:p/>
    <w:p>
      <w:r>
        <w:t>However, the speaker has witnessed the reality firsthand. He has traveled along the Adriatic coast and seen the same government officials who publicly act as enemies together on camera during summer vacations, celebrating privately by popping expensive bottles of wine along the Adriatic and Ionian riveras. The speaker saw this contradiction with his own eyes in Albania and Montenegro, throughout the Balkans. The corruption is systematic and the divisions between political factions are largely theatrical.</w:t>
      </w:r>
    </w:p>
    <w:p/>
    <w:p>
      <w:r>
        <w:t>The Balkans has the youngest population in Europe, yet these young people have been historically pitted against each other by external and internal forces. The speaker is beginning to see a clearer picture: the young people are sick and tired of the historical grievances and divisions. What good is Albania, Kosovo, or Serbia if everyone is leaving because they cannot afford to live or survive? All these wars have only benefited Western powers, creating division between Balkan peoples, fostering hatred and violence so that external forces can exploit the region. Meanwhile, the youth of Serbia, Albania, Kosovo, and Bosnia flee to Western countries because they cannot even earn a sustainable living at home—many make only $400 a month if they have employment at all. The speaker questions the logic: if people are worried about their countries, how can they do anything when they cannot even sustain their own population? Yet some still promote the idea that more war will fix everything. The young people, especially in Albania, are exhausted by this cycle.</w:t>
      </w:r>
    </w:p>
    <w:p/>
    <w:p>
      <w:r>
        <w:rPr>
          <w:b/>
          <w:color w:val="0F766E"/>
          <w:sz w:val="26"/>
        </w:rPr>
        <w:t>The Vashton Island Protest</w:t>
      </w:r>
    </w:p>
    <w:p/>
    <w:p>
      <w:r>
        <w:t>The Albanian government, under Prime Minister Edi Rama, attempted to sell off Vashton Island, a state-owned island off the coast of Vlora in Albania, to foreign investors. Under communism, the state owned all land. When communism collapsed, this state-owned land should logically have belonged to the people of Albania and been converted into a national park for public benefit. Instead, the government moved to sell it to private interests, including reportedly to Jared Kushner. The speaker clarifies that while he is not a supporter of Kushner, the identity of the buyer is irrelevant to the people's outrage—if it had been Michael Jordan, Eddie Murphy, or any other wealthy foreigner, the reaction would have been identical. The people have had enough.</w:t>
      </w:r>
    </w:p>
    <w:p/>
    <w:p>
      <w:r>
        <w:t>This land sale became the breaking point that sparked massive protests. The speaker describes it as "the straw that broke the camel's back." However, he emphasizes that the protests are not solely about Vashton Island—that was merely the final provocation. The corruption has been ongoing since communism collapsed. The people lack employment and opportunities for a good future, yet their government is selling off national treasures to foreigners instead of addressing internal problems like unresolved land disputes that persist from the communist era.</w:t>
      </w:r>
    </w:p>
    <w:p/>
    <w:p>
      <w:r>
        <w:t>The speaker's own family experienced this land dispossession. His family holds deeds to property that was seized when the dictator took over. When communism collapsed and the authoritarian government ended, the family never recovered their land. They were never compensated, and their property was never returned. To this day, decades later, they still do not have their land back. The speaker argues that if Edi Rama was going to concern himself with land, he should have focused on resolving these internal land disputes—a move that would bring peace, calm, and make it easier for Albanians to conduct business and rebuild their nation.</w:t>
      </w:r>
    </w:p>
    <w:p/>
    <w:p>
      <w:r>
        <w:rPr>
          <w:b/>
          <w:color w:val="0F766E"/>
          <w:sz w:val="26"/>
        </w:rPr>
        <w:t>Development and National Priorities</w:t>
      </w:r>
    </w:p>
    <w:p/>
    <w:p>
      <w:r>
        <w:t>The speaker has traveled extensively around the world—to Aruba, Puerto Rico, and many other places. He has observed that even in countries with beautiful resorts, the local populations often remain in poverty. A private luxury resort on Vashton Island would not fix the Albanian economy. If Rama had instead converted the island into a national park, it would have attracted more tourists and generated genuine economic benefit for all Albanians. Instead, the government wants to create an exclusive destination for the wealthy and famous—the speaker sarcastically refers to it as "Epstein's Island part two."</w:t>
      </w:r>
    </w:p>
    <w:p/>
    <w:p>
      <w:r>
        <w:t>Vashton Island contains Cold War-era bunkers, which the government could use to justify luxury pricing. A $1,000 per night resort rate would be unaffordable to ordinary Albanians, Bosnians, or Serbs. In fact, no one in the Balkans could afford such rates. The speaker makes clear that he is not opposed to development—but not at this scale and magnitude, and not when it concerns something as precious as a national treasure, without proper consideration of the Albanian people who have "bled generation after generation to preserve their identity."</w:t>
      </w:r>
    </w:p>
    <w:p/>
    <w:p>
      <w:r>
        <w:t>The process itself reveals a lack of democratic accountability. There were no checks and balances, no committee review, no public vote, nothing. The deal appears to have been made behind closed doors by a single signature. When asked how such a decision could be reversed, the speaker notes grimly that the reversal is already turning violent. Protests have continued for over 30 days without stopping. Every single day, the youngest population in Europe marches in the streets.</w:t>
      </w:r>
    </w:p>
    <w:p/>
    <w:p>
      <w:r>
        <w:rPr>
          <w:b/>
          <w:color w:val="0F766E"/>
          <w:sz w:val="26"/>
        </w:rPr>
        <w:t>The Flamingo Revolution</w:t>
      </w:r>
    </w:p>
    <w:p/>
    <w:p>
      <w:r>
        <w:t>The scale of discontent has grown beyond just the Vashton Island issue. Demonstrators now demand not just Edi Rama's resignation but the removal of the entire government. The speaker does not blame the youth for this demand. He expresses support for what he calls the Flamingo Revolution, blessing the movement and attempting to be a voice for the protesters. He notes that the movement appears to be completely organic, with no official leadership or central organization—it is a grassroots uprising born from genuine frustration.</w:t>
      </w:r>
    </w:p>
    <w:p/>
    <w:p>
      <w:r>
        <w:t>Rama initially tried to blame Iranian interference for the protests, claiming the Iranians were stirring unrest. The speaker dismisses this as a transparent lie. Iran is currently facing the threat of being attacked by America and has no time or interest in destabilizing Albania. The excuse was merely an attempt to delegitimize the protest movement, and it failed.</w:t>
      </w:r>
    </w:p>
    <w:p/>
    <w:p>
      <w:r>
        <w:t>The speaker believes Rama's time in power is finished. He has been in office for 13 years and has become arrogant enough to believe he might survive this crisis. But the speaker, based on his knowledge of his people's character, believes otherwise. He states bluntly: "You're done, bro. You're finished. You're cooked." He urges Rama to leave Albania while he still can, pointing to examples of other dictators like Nicolás Maduro and Bashar al-Assad, who were eventually forced to flee. The speaker warns that Albanian people are "very stubborn"—once they start demanding change, "you gotta kill them, bro. They don't stop." He therefore believes genuine change is coming to Albania.</w:t>
      </w:r>
    </w:p>
    <w:p/>
    <w:p>
      <w:r>
        <w:t>His main concern is that outside forces, intelligence agencies, may insert a new leader who serves their interests rather than the interests of the Albanian people. The speaker has not returned to Albania in ten years and would love to go back, but acknowledges that the current situation is chaotic and makes travel inadvisable for now.</w:t>
      </w:r>
    </w:p>
    <w:p/>
    <w:p>
      <w:r>
        <w:rPr>
          <w:b/>
          <w:color w:val="0F766E"/>
          <w:sz w:val="26"/>
        </w:rPr>
        <w:t>Historical Context of the Balkans</w:t>
      </w:r>
    </w:p>
    <w:p/>
    <w:p>
      <w:r>
        <w:t>When asked about developments in Bosnia, the speaker shifts to discussing his paternal heritage and the broader Balkan history. His father's side is from Kosovo. Kosovo was essentially a part of Albania until after the Ottoman Empire collapsed. When Ottoman power ended, Serbs gained significant power and were able to create Yugoslavia, incorporating various ethnic and regional groups into a single state. The speaker clarifies that Albanians are not Slavic—they do not speak Slavic languages and never naturally belonged in Yugoslavia. Yet a piece of Albanian land was incorporated into Yugoslavia, along with pieces placed in Macedonia, a small piece in Montenegro, and approximately 20% of Greek territory. While this arrangement functioned for a period, the treatment of Albanians within Yugoslavia was poor.</w:t>
      </w:r>
    </w:p>
    <w:p/>
    <w:p>
      <w:r>
        <w:t xml:space="preserve">There was systematic rounding up and persecution of Albanians. Photographs document Albanians being marched through Belgrade. The persecution did not distinguish between </w:t>
      </w:r>
      <w:r>
        <w:rPr>
          <w:i/>
        </w:rPr>
        <w:t>Muslim</w:t>
      </w:r>
      <w:r>
        <w:t xml:space="preserve"> and Christian Albanians—both were targeted equally. Kosovo has a very bloody history as a result of this mistreatment. Before the wars and upheaval, there were over 200 mosques in Belgrade. The speaker notes the tragic irony and loss this represents.</w:t>
      </w:r>
    </w:p>
    <w:p/>
    <w:p>
      <w:r>
        <w:rPr>
          <w:b/>
          <w:color w:val="0F766E"/>
          <w:sz w:val="26"/>
        </w:rPr>
        <w:t>The Bosnian War and International Complicity</w:t>
      </w:r>
    </w:p>
    <w:p/>
    <w:p>
      <w:r>
        <w:t>The speaker expresses deep sympathy for the Bosnian people, saying his heart goes out to them and that they bore the brunt of the violence during the Bosnian War. While Albanians attempted civil disobedience as resistance, Bosnians were not given that choice—they were simply attacked. When they expressed a desire for freedom, the response was immediate and brutal: mass killing.</w:t>
      </w:r>
    </w:p>
    <w:p/>
    <w:p>
      <w:r>
        <w:t>This tragedy sparked the speaker's activism from childhood. He learned that Bosnians were being murdered while an arms embargo prevented them from obtaining weapons for self-defense. Simultaneously, he discovered, the United States was training and arming Bosnian Serb forces—providing them with weapons and military support. This is a fact, the speaker emphasizes, that many people do not know or acknowledge. The United States, working through Israel and sharing technology, weapons, and funding, effectively had blood on its hands during the Bosnian War by arming one side of the conflict.</w:t>
      </w:r>
    </w:p>
    <w:p/>
    <w:p>
      <w:r>
        <w:t>Among those trained and armed by Western support were individuals like Arkan, a Bosnian Serb commander. Despite his role in massacring innocent women and children, he is called a hero by some. The speaker expresses his commitment to consistent principles: if someone on his side committed similar atrocities, he would condemn them too. This is what Islam teaches, he explains. In defensive warfare, there are rules that must be observed: do not exceed boundaries, do not harm women, do not harm children, do not cut down trees, do not attack monks, do not attack churches. These are principles of proportionality and restraint that must govern any legitimate defense.</w:t>
      </w:r>
    </w:p>
    <w:p/>
    <w:p>
      <w:r>
        <w:rPr>
          <w:b/>
          <w:color w:val="0F766E"/>
          <w:sz w:val="26"/>
        </w:rPr>
        <w:t>The Destruction of Religious Sites in the Balkans</w:t>
      </w:r>
    </w:p>
    <w:p/>
    <w:p>
      <w:r>
        <w:t>Bosnia is a great example of how these principles play out in practice, not just in theory. The churches are still standing. However, the masjids were completely bullet riddled, hit with rockets and mortars, and destroyed. The same thing happened in Kosovo. After Kosovo was liberated, unfortunately, some Albanians went on top of Orthodox churches and pulled some down. They were not supposed to do that, especially as Muslims, but we must acknowledge that the region has mixed religions there. Regardless, they were not supposed to do that. Their fear, perhaps, was that Serbs would return, but that fear does not justify those actions.</w:t>
      </w:r>
    </w:p>
    <w:p/>
    <w:p>
      <w:r>
        <w:t>I have a lot of respect for the Orthodox Christians, and they have been backing us too. Look at the Armenians speaking out against what is happening right now. They are also being hurt by this because weapons have been sold to Azerbaijan. It seems that those behind these weapon deals are creating conflicts all over the world.</w:t>
      </w:r>
    </w:p>
    <w:p/>
    <w:p>
      <w:r>
        <w:rPr>
          <w:b/>
          <w:color w:val="0F766E"/>
          <w:sz w:val="26"/>
        </w:rPr>
        <w:t>Weapons Deals and Regional Destabilization</w:t>
      </w:r>
    </w:p>
    <w:p/>
    <w:p>
      <w:r>
        <w:t>I think de facto, they are getting ready to start a war in the Balkans again. Why would America's greatest ally go and arm Serbia? No offense to the Serbs—I am just calling it how it is. Why would America's greatest ally sell weapons to Serbia? We are talking about drone technology, a $1.6 billion weapons deal. The next war will be all drones. It will involve very little in terms of machine guns. You have seen the videos of Ukrainian soldiers—there is nowhere to hide. That drone finds you, and you are dead. This is a $1.6 billion weapons deal signed, done, and delivered to Serbia. They are already working together.</w:t>
      </w:r>
    </w:p>
    <w:p/>
    <w:p>
      <w:r>
        <w:t>Then Netanyahu goes and meets with the Bosnian Serbs and Republika Srpska. They are getting ready to start a war. This is not beneficial to the Serbian people, the Albanians, or the Bosnians. They need a distraction right now. They need to flare something up in Europe. This is my opinion. If you see war in the Balkans in the next year or two, remember who sold the weapons. Remember who visited whom, where they went, and why they went, because it will not be by accident.</w:t>
      </w:r>
    </w:p>
    <w:p/>
    <w:p>
      <w:r>
        <w:rPr>
          <w:b/>
          <w:color w:val="0F766E"/>
          <w:sz w:val="26"/>
        </w:rPr>
        <w:t>A Message to the People of the Balkans</w:t>
      </w:r>
    </w:p>
    <w:p/>
    <w:p>
      <w:r>
        <w:t>I would say to the people of the Balkans, do not take their bait. They want to keep their puppets in power. That is what they need. They do not care about their citizens. They will start a war just to keep in power—take Edi Rama in power, for example. They do not think in terms of sovereignty. They want the people to think in terms of boundaries and borders. They want the Serbs and the Albanians to think, "This is my land, this is my boundary, this is my border. I will die for this." Those people just want you guys to kill each other so that a war breaks out and they can stay in power.</w:t>
      </w:r>
    </w:p>
    <w:p/>
    <w:p>
      <w:r>
        <w:t>Do not take the bait, people of the Balkans. We have seen enough blood, enough hatred. Accept the status quo. Recognize the Republic of Kosovo. If you are Serbian, come visit whenever you want. No one is going to touch you. But you cannot say you will keep it after everything you did. I witnessed it myself. They want to sit here and rewrite history. They treated our people like animals, and what they forget to mention is that Albanians were not even asking for independence.</w:t>
      </w:r>
    </w:p>
    <w:p/>
    <w:p>
      <w:r>
        <w:rPr>
          <w:b/>
          <w:color w:val="0F766E"/>
          <w:sz w:val="26"/>
        </w:rPr>
        <w:t>The Historical Truth About Kosovo</w:t>
      </w:r>
    </w:p>
    <w:p/>
    <w:p>
      <w:r>
        <w:t>Even though we consider Kosovo to be northern Albania, if you look at the history and the well-documented protests before things got out of hand, all the Albanians were asking for in Kosovo was for their autonomy to be restored under Tito. Tito gave Kosovo the right to govern itself. It was not one of the republics in the Federation, but they were allowed to have their own rule under Yugoslavia. When Milošević came to power, he took away the right to self-governance. It was a brutal crackdown—brutal and well-documented.</w:t>
      </w:r>
    </w:p>
    <w:p/>
    <w:p>
      <w:r>
        <w:t>Even if what the Serbs say is true, that it is their home place and the birthplace of their nation, historically that is impossible. You are a Slavic-speaking people. Any historian can verify this. You started coming to that part of the world. You are called Southern Slavs—that means there were Northern Slavs and Southern Slavs. Yugoslavia means Southern Slavs. Albanians are not Slavic, brother. There is nothing against Slavs, but they are not indigenous to that region. They had to migrate west. This is just simple history. Where do we Albanians come from? Did we just fall from the sky? Look at my features—do I look like a caveman? So their theories and mythology are very easily debunked.</w:t>
      </w:r>
    </w:p>
    <w:p/>
    <w:p>
      <w:r>
        <w:t>Albanians also fought side by side with the Serbs when the Ottoman Empire invaded. This is very well documented. The Albanians were not the only ones in the Battle of Kosovo fighting; the Albanians also stood with them because Albanians were also Orthodox and Catholic. So it is just the way they manipulate the history. But even if they believe their own nonsense, even if they believe that it is their cradle and they deserve it, okay, cool—what you did after that, you do not deserve it anymore. You lost the right to ever govern that place again. You treated the people that lived there like complete animals. You massacred men, women, and children, and you think you have a right to come and govern again?</w:t>
      </w:r>
    </w:p>
    <w:p/>
    <w:p>
      <w:r>
        <w:t>I challenge anyone to go study the history of Kosovo. The Albanians originally were asking only for autonomy. They wanted the same rights that they enjoyed under Tito restored. That is it. And if it was always a part of Serbia, then why did Tito give it its own right to govern itself? Because he knew it would be the tinder, the spark that could set the whole thing on fire. So why would he give them special treatment if it was always a part of Serbia? Does that make sense? You would not give them special ruling under Serb control. It is easily debunked, easily verifiable. They could have simply treated the people like human beings again. Instead, they fired everyone from their jobs and treated them terribly. It is like, you did these things. You killed people. We still do not know where people's bodies are. You raped women. And now you think you have a right to come and govern again? You lost the right to govern. That is finished, even with your debunked history.</w:t>
      </w:r>
    </w:p>
    <w:p/>
    <w:p>
      <w:r>
        <w:t>But what I think is going to happen, they are going to start a war. I do not even blame the Serbs. I blame the people behind the curtain. Most people do not have any absorbing of information or their memories are twenty-second—TikTok length. You have to understand what is going on. There are so many moving pieces. You have to see the whole mosaic. And most of our brothers and sisters in humanity can only see one or two tiles, or maybe twenty tiles or fifty tiles, but very few can see the entire mosaic. I do believe faith helps you see the entire mosaic. To understand, you have to understand the unseen just as much as the world that you can see. You have to have knowledge of both.</w:t>
      </w:r>
    </w:p>
    <w:p/>
    <w:p>
      <w:r>
        <w:rPr>
          <w:b/>
          <w:color w:val="0F766E"/>
          <w:sz w:val="26"/>
        </w:rPr>
        <w:t>Media Narratives and Double Standards</w:t>
      </w:r>
    </w:p>
    <w:p/>
    <w:p>
      <w:r>
        <w:t>Isn't it unbelievable that many of these people love to jump on the fake news when Trump is out there mentioning it, but then they swallow everything else? They think "</w:t>
      </w:r>
      <w:r>
        <w:rPr>
          <w:i/>
        </w:rPr>
        <w:t>Muslim</w:t>
      </w:r>
      <w:r>
        <w:t xml:space="preserve"> bad, Islam bad, get rid of Muslims, Islam, and everything will be okay." When it comes to this part, they swallow everything. They have been programmed so much that they feel like this is the solution, and that is all they are focusing on mainly. But all these other things, they are just immune to it. You have got the Laura Loomers, you have got the Randy Finds, you have got the Jake Langs. There is also my boy Sonny. He showed up at the center at the Dean, put on a utopian and a harness, came in, and said he infiltrated. He was live streaming. He went online saying that there were military men lying clearly and asking for money clearly. In my opinion, he is intelligent, 100 percent. In my opinion, he is either paid or intelligent enough to create chaos in America.</w:t>
      </w:r>
    </w:p>
    <w:p/>
    <w:p>
      <w:r>
        <w:t xml:space="preserve">The way he speaks of African Americans, the way he targeted them—they almost beat the crap out of him in LA. They almost killed him in Minnesota when he did the same thing. It was a </w:t>
      </w:r>
      <w:r>
        <w:rPr>
          <w:i/>
        </w:rPr>
        <w:t>Muslim</w:t>
      </w:r>
      <w:r>
        <w:t xml:space="preserve"> that saved him. So imagine, he disrespected that very faith that saved his life. He is so disrespectful to the same faith that saved his ancestors. He is disrespectful to the same religion that, if it was not for Islam, I do not think there would be any Jews left in the world, bro. I am 100 percent sure. If it was not for the religion of Islam, the Christians would have completely exterminated the Jews.</w:t>
      </w:r>
    </w:p>
    <w:p/>
    <w:p>
      <w:r>
        <w:t>Even sincere Jewish academics like David Horowitz say that Islam saved the Jews. If it is in our doctrine to hate Jews, then why did 'Umar al-Khattab, may Allah be pleased with him—why did the second leader of the Muslims, only six years after the life of the Messenger Muhammad ﷺ, make it a mission to bring Israelites and Jews and resettle them back in Jerusalem when they were not allowed to live in that city for five hundred years during Christian rule? For five hundred years, they were not allowed to live in Jerusalem. The first thing the Muslims did was bring them back.</w:t>
      </w:r>
    </w:p>
    <w:p/>
    <w:p>
      <w:r>
        <w:rPr>
          <w:b/>
          <w:color w:val="0F766E"/>
          <w:sz w:val="26"/>
        </w:rPr>
        <w:t>The *Muslim* Protection of Jewish Communities</w:t>
      </w:r>
    </w:p>
    <w:p/>
    <w:p>
      <w:r>
        <w:t>Imagine that all the things you are worried about as a new ruler of a new area is that there are no Jews here. I guess he was thinking, "We need some accountants and some lawyers. Bring us eighty families, bro." They flourished under the Muslims. I understand from a pride and ego perspective. There is that part of your ego where you say, "No one should rule us." And I could kind of understand that. I am not going to sit here and act like I do not. You cannot be a Bosnian or Albanian or anybody and not understand that part of the Jewish dilemma. I get it. But at the same time, you were ousted by the Christians. You were never kicked out by the Muslims. The Muslims take control, and you flourish. You get massacred again by your Christians because "Judeo-Christian" is such an accurate term. When I hear that word put together—"Judeo-Christian"—I laugh. I absolutely laugh and I cry because I think of Judaism and Christianity and how they have always massacred the Jews wherever they could.</w:t>
      </w:r>
    </w:p>
    <w:p/>
    <w:p>
      <w:r>
        <w:t>They used to come, these kings, and take almost ninety percent of their wealth in Europe. You know that, right? Overnight. "We need money. Take all their stuff." They treated them like dogs. You think that was Hitler that made them wear the star? They were doing that in medieval times. They were doing that to the Jews. What did the Jews always go to? The Muslims. Who always protected them? The Muslims. Who treated them like human beings? Let them have their own self-governance, their own courts. The Muslims took them as some of their best advisers and prime ministers and people to be a part of the empires.</w:t>
      </w:r>
    </w:p>
    <w:p/>
    <w:p>
      <w:r>
        <w:t>When the Holocaust happened, who saved them? The Muslims. When the Inquisition happened, where did they flee to? The Muslims. Where did they flourish? Where did they have a beautiful Golden Age? Al-Andalus was like heaven on earth with the Muslims. People talk about Spain. First of all, it was called the Kingdom of the Goths. The Muslims did not invade. Even I fell victim to that thinking that we invaded. I was like, "Why did we invade?" They invited them because the Goth kingdom was having a civil war. Half the kingdom did not recognize the other kingdom. They were like, "No, that guy is not the king. Hey, Muslims, come over here. Help us." So half of them were like, "Screw these guys," and they invited the Moroccans. And that is how it happened. They conquered the Goth kingdom, and then they let all three faiths practice freely. Historians literally said Europe was pulled out of the Dark Ages because of this. It was literally heaven on earth. The Jews, in their own books, talk about this history. Their own authors write about it. Are they anti-Semitic? The Golden Age—I guess those Jews were anti-Semitic.</w:t>
      </w:r>
    </w:p>
    <w:p/>
    <w:p>
      <w:r>
        <w:t>So to me, this game that they play, the doublespeak that we read about in George Orwell's books—to call someone that defends Palestinians anti-Semitic when the Palestinians are Semitic—to me, that is like you have to be an idiot to not see the game and who owns the media and who pushes these agendas and who controls the algorithms. Everything you see is "I hate Muslims, kill Muslims, hate Muslims, kill Muslims," and they own it. What do you think? You do not see the game that is being played on you? Every scroll you do, left or right, is anti-</w:t>
      </w:r>
      <w:r>
        <w:rPr>
          <w:i/>
        </w:rPr>
        <w:t>Muslim</w:t>
      </w:r>
      <w:r>
        <w:t xml:space="preserve"> in nature. Why? Because they own these companies. They own these media outlets.</w:t>
      </w:r>
    </w:p>
    <w:p/>
    <w:p>
      <w:r>
        <w:rPr>
          <w:b/>
          <w:color w:val="0F766E"/>
          <w:sz w:val="26"/>
        </w:rPr>
        <w:t>A Final Call to Awareness</w:t>
      </w:r>
    </w:p>
    <w:p/>
    <w:p>
      <w:r>
        <w:t>I just wish the average American, the average person that lives in the world, would listen to this episode because I think we covered a lot here. I dare you, I beg you—go look. Go see if I have lied. Go see if I have pushed it towards being favorable towards me and this and that. Now, to be fair, the Muslims, we deserve some of what is happening to us. Some of it. We deserve some of it. There are two billion people, bro. Two billion people. What is Allah saying in our book?</w:t>
      </w:r>
    </w:p>
    <w:p/>
    <w:p>
      <w:r>
        <w:rPr>
          <w:b/>
          <w:color w:val="0F766E"/>
          <w:sz w:val="26"/>
        </w:rPr>
        <w:t>The Qur'anic Call to Inner Change</w:t>
      </w:r>
    </w:p>
    <w:p/>
    <w:p>
      <w:r>
        <w:t>Allah Subhanahu wa Ta'ala says in the Qur'an that He will not change the condition of a people until they change what is within themselves. We need to look in the mirror and change ourselves. This principle is central to understanding our responsibility as individuals and as a community. The Messenger</w:t>
      </w:r>
      <w:r>
        <w:rPr>
          <w:b/>
        </w:rPr>
        <w:t xml:space="preserve"> ﷺ </w:t>
      </w:r>
      <w:r>
        <w:t>said, "Surely none of you have faith unless you want for your brother what you want for yourself." Yet many Muslims are not living according to this teaching. There are some Muslims out there who truly embody this spirit, and they are remarkable examples of what faith can produce in a person.</w:t>
      </w:r>
    </w:p>
    <w:p/>
    <w:p>
      <w:r>
        <w:rPr>
          <w:b/>
          <w:color w:val="0F766E"/>
          <w:sz w:val="26"/>
        </w:rPr>
        <w:t>The Rarity of True Commitment</w:t>
      </w:r>
    </w:p>
    <w:p/>
    <w:p>
      <w:r>
        <w:t xml:space="preserve">I have met Muslims like Sunny who represent the real deal. People like him have such a sincere heart that if more of us possessed his dedication and character, we probably could have reached Mars by now—we would have beaten Elon Musk to it. Sunny has been at this for two years, and may Allah accept it from him and keep him steadfast. When people first experience the truth of faith, it often shocks them so deeply that they want to be as perfect as they can be. But then comes what I call </w:t>
      </w:r>
      <w:r>
        <w:rPr>
          <w:i/>
        </w:rPr>
        <w:t>Muslim</w:t>
      </w:r>
      <w:r>
        <w:t xml:space="preserve"> fatigue. The reality is, it is not easy praying five times a day. I will be honest about that. However, it becomes easy when your faith is strong.</w:t>
      </w:r>
    </w:p>
    <w:p/>
    <w:p>
      <w:r>
        <w:rPr>
          <w:b/>
          <w:color w:val="0F766E"/>
          <w:sz w:val="26"/>
        </w:rPr>
        <w:t>The Evolution of Prayer from Burden to Anchor</w:t>
      </w:r>
    </w:p>
    <w:p/>
    <w:p>
      <w:r>
        <w:t>Prayer can feel like an inconvenience at times, but as my wisdom has grown, I now look forward to every prayer. I say this openly because there are young people watching, and I need to be real with them. In my younger years, prayer felt like a burden. I would think, "How am I supposed to do this?" when I was busy in college and being foolish. But as you grow up and start to understand the faith and what it truly does—the order and purpose behind it—everything changes. I would not have made it through my life without prayer. The amount of things I have been through would have destroyed most people by now. Most people would be on drugs. The anxiety, the stress, losing a family member, financial hardship, marriage problems—when you put your head on the ground in prayer, you remember those great prophets who came before us and endured far worse nightmares than we face. Somehow, through that remembrance, you find yourself saying Alhamdulillah—life is beautiful in its own way.</w:t>
      </w:r>
    </w:p>
    <w:p/>
    <w:p>
      <w:r>
        <w:t>Yes, it is scary as hell, but prayer is that light, that compass that guides you. When things go wrong, you place your forehead on the ground and you know you are not alone. Even if you are the loneliest person on earth with no friends, you have that connection. Unfortunately, if we were truly living as Muslims should, we would know when our brothers and sisters are sad. We would knock on their doors and check in on people. But we have all become too obsessed and consumed by the dunya—by the material world—and we forget our brothers, our sisters, and even our own family members.</w:t>
      </w:r>
    </w:p>
    <w:p/>
    <w:p>
      <w:r>
        <w:rPr>
          <w:b/>
          <w:color w:val="0F766E"/>
          <w:sz w:val="26"/>
        </w:rPr>
        <w:t>Accountability and Failure</w:t>
      </w:r>
    </w:p>
    <w:p/>
    <w:p>
      <w:r>
        <w:t>May Allah forgive all of us. I speak for myself first. May Allah forgive me if I have neglected anyone in my family while pursuing work or any other pursuit, even my own children, for they have rights upon us. I feel many times that I have failed as a son, as a father, as a husband. I take full accountability for this, and I apologize to anyone I have ever hurt in my life—friends from the past included. When you are young and stupid, you do things you later regret. Both of us come from nightlife backgrounds. We had our fun, and we are not going to get into all of that, but I tell you honestly, the price you pay for that fun is not worth it. The emptiness it brings to your life, the path of destruction it puts you on, the poverty and problems—it is simply not worth it. Protecting your chastity, protecting your morals—that is so worth it, so worth it.</w:t>
      </w:r>
    </w:p>
    <w:p/>
    <w:p>
      <w:r>
        <w:rPr>
          <w:b/>
          <w:color w:val="0F766E"/>
          <w:sz w:val="26"/>
        </w:rPr>
        <w:t>The Modern Fitnah Facing Youth</w:t>
      </w:r>
    </w:p>
    <w:p/>
    <w:p>
      <w:r>
        <w:t>If you are young out there, I understand that your generation faces temptations we never had to confront. People are more promiscuous than ever before. These dating apps are not even for dating anymore. Young people literally meet through an app, never have dinner, never have a conversation. In our generation, there was at least a dinner date. Today, from what I understand, these platforms like Tinder are not for dating at all—people go straight to sin. You and I remember a world without the internet. I will never forget the first time I heard that modem sound—it was terrifying, like entering a different dimension. It sounded almost demonic. If you were foolish enough like I was, you would leave your speakers on and it would be blaring. I remember my father, a strong Albanian man, had strict rules about bedtime. One night I wanted to go chat online, but I was not supposed to be awake past a certain time. I had to sneak into the living room with a fifty-foot phone cord, plug it in, and tiptoe back to my room on the wooden floor without waking him.</w:t>
      </w:r>
    </w:p>
    <w:p/>
    <w:p>
      <w:r>
        <w:t>Once I got in, I had to worry about the modem sound—it was loud. At three in the morning, I would get online in chat rooms where Albanians talked. As soon as I connected, the modem made that noise and I had left the speakers on. My father came out of his room, and that fifty-foot phone cord was used on me—not for the internet at that moment. But my point is this: to see filth, to see things that could destroy your mind, is now unavoidable. You could place your child in a box, deny them a phone, deny them internet access. But if they step foot outside, even just outside the fitness center, they are exposed. In our day, even if you did not give your child a phone, if you wanted to do something wrong, your parents had to not be home and you had to find a VCR tape and hope they did not catch you. Today's world is completely different. Even if you do not give your kid a phone and they go to school, all it takes is for one kid to say, "Hey, look at this," and their innocence is gone in seconds. Their morality is destroyed. The damage is irreversible.</w:t>
      </w:r>
    </w:p>
    <w:p/>
    <w:p>
      <w:r>
        <w:rPr>
          <w:b/>
          <w:color w:val="0F766E"/>
          <w:sz w:val="26"/>
        </w:rPr>
        <w:t>The Terrifying Responsibility of Parenthood</w:t>
      </w:r>
    </w:p>
    <w:p/>
    <w:p>
      <w:r>
        <w:t>The challenge of being a parent in today's world and the fitnah we are facing is terrifying. I do not know how people think they can get through this without Allah. We are in those times, brother. It is scary. Allah knows best. I think we might be in the fourth quarter. I never thought we might see the Dajjal, but there is a chance we might. I do not know—only Allah knows. I am not here to be a fortune teller. But based on where you and I started as children and how rapidly things have deteriorated, I have seen the disappearance of beautiful traditions that made people beautiful. Their cultures, the welcoming of guests—it has been a long time since someone received me the way you did. That is how it was. Someone shows up, and immediately there is a tray, coffee, respect. "How is your family?" There is a conversation. You always had extra food because you never knew who might come over.</w:t>
      </w:r>
    </w:p>
    <w:p/>
    <w:p>
      <w:r>
        <w:t xml:space="preserve">Here I am now, more popular and famous than ever, with hundreds of thousands of followers, and my phone never rings from the people I actually want to hear from. The breakdown of family has happened even among those of us who have morals, and these are the things we need to fight to hold on to. Faith does help us maintain these values, but we are not following the faith the way we should be. Our family has rights. Our children have rights. Our neighbors have rights. Our fellow Americans, even if they are not </w:t>
      </w:r>
      <w:r>
        <w:rPr>
          <w:i/>
        </w:rPr>
        <w:t>Muslim</w:t>
      </w:r>
      <w:r>
        <w:t>, have rights. If they came to us for help, they should know that we would help them. Just remember when the baby formula shortage happened and ladies were calling churches for help. What did the Muslims do? They did not care if she was Christian. They said, "Where are your babies? Come now." So I say to any American who might be watching this show: we are not what they tell you we are. We are not the way they make us look in movies. Ask yourself, who owns these media apparatus? Why is it in their advantage to dehumanize entire groups of people?</w:t>
      </w:r>
    </w:p>
    <w:p/>
    <w:p>
      <w:r>
        <w:rPr>
          <w:b/>
          <w:color w:val="0F766E"/>
          <w:sz w:val="26"/>
        </w:rPr>
        <w:t>The Strategic Error and the Global Faith</w:t>
      </w:r>
    </w:p>
    <w:p/>
    <w:p>
      <w:r>
        <w:t>The biggest mistake the Israeli extremists made—and I say extremists because not all of them are evil—was why they went after the entire religion. What a stupid move that was. They should have just gone after the Arabs. Instead, they decided to go after the whole faith. But I have a newsflash for you: the religion comes with all colors and races—Bosnians, Albanians, Americans. I met Mexican Muslims yesterday. Why would you not? If they were so strategic, they should have realized that going after the entire religion was a mistake because the religion is global. Some want the Middle East, some want the whole world, so they would have had a much better strategy just attacking the Arabs. It was stupid to go after the entire faith.</w:t>
      </w:r>
    </w:p>
    <w:p/>
    <w:p>
      <w:r>
        <w:rPr>
          <w:b/>
          <w:color w:val="0F766E"/>
          <w:sz w:val="26"/>
        </w:rPr>
        <w:t>Digital Preservation and Hidden Threats</w:t>
      </w:r>
    </w:p>
    <w:p/>
    <w:p>
      <w:r>
        <w:t>These things are very easily verifiable, but I do not trust computers because I believe one day they will simply hit a switch and all the information will change. I think people should start making copies of books. I think people should start burying books. Wallahi, I think there will be a day where you cannot even get books—everything will be digital. They push one button and all the history is changed forever. Imagine if enough of us died. They could alter the entire past digitally and future generations would not know about what came before. I think people should get the most important books as a backup for humanity and bury some of them, because I believe there will be a day when people will not have access to physical books. We know that the Qur'an will be lifted toward the end of time. There will be a day when people open a book and the pages will be blank. Is that not one of the signs? If I am not mistaken, the removal of the righteous people and the Qur'an itself is one of the signs. So it is scary, the world we are going into. It is not easy to be a parent. It is terrifying to be a parent.</w:t>
      </w:r>
    </w:p>
    <w:p/>
    <w:p>
      <w:r>
        <w:rPr>
          <w:b/>
          <w:color w:val="0F766E"/>
          <w:sz w:val="26"/>
        </w:rPr>
        <w:t>The Prayer for Guidance</w:t>
      </w:r>
    </w:p>
    <w:p/>
    <w:p>
      <w:r>
        <w:t>My number one prayer to God, besides salvation, is simply this: please just guide them. Because I do not have the power, and we think we do, but we do not. We need Him to guide my children the same way He saved me when I was on the wrong path for a while. Yes, I got out of nightlife like you did, but I kind of went back in. I fell off for a while. It is always that peer pressure, family pressure, that kind of thing. I had knowledge and I fell off the path, which is worse than if you did not know in the first place. So the temptations are great out there. You have to minimize your spiritual risk. You have to understand how this works and how it can destroy your life. It took a few people dying for me to change. It took people dying for me to wake up again, because once you lose your deen, you never know if you will get it back.</w:t>
      </w:r>
    </w:p>
    <w:p/>
    <w:p>
      <w:r>
        <w:rPr>
          <w:b/>
          <w:color w:val="0F766E"/>
          <w:sz w:val="26"/>
        </w:rPr>
        <w:t>The Mission and the Danger</w:t>
      </w:r>
    </w:p>
    <w:p/>
    <w:p>
      <w:r>
        <w:t>So to not lose your deen, you have to watch the Deen Show. You have to watch the Deen Show. It is the only way you are going to protect your deen, besides reading the Qur'an and all that. But we need to put good information into our brains. That time period when I fell off the path was very dark. It is different when you have the knowledge and you abandon it. I do not want to talk about my sins, but I think the only reason I am here speaking about this now is because Allah guided me back. If you would have told me years ago that I would be making content to talk about Islam, I would have said no. I never wanted to speak about it because I knew the backlash and how dangerous the work is. It is dangerous. People need to support you more. The work you do is very dangerous—risking your life, your freedom, and everything. I do not know if people understand. I am here to tell them: it is dangerous work.</w:t>
      </w:r>
    </w:p>
    <w:p/>
    <w:p>
      <w:r>
        <w:t xml:space="preserve">After the shutdowns of 2019, I became aware of what is coming. I know why that lockdown happened and what the game plan is. A lot of Americans who are not even </w:t>
      </w:r>
      <w:r>
        <w:rPr>
          <w:i/>
        </w:rPr>
        <w:t>Muslim</w:t>
      </w:r>
      <w:r>
        <w:t xml:space="preserve"> know this too. They are waking up. I focused my energy on building a bridge with Christians, not to convert them or make them believe, because I believe you choose your own path. Allah guides whom He will. My job is to deliver the message. The message is this: we are not your enemies. We do not hate you. We believe that Jesus, peace be upon him, is going to return. When he comes, he can tell us who was right and who was wrong—whether Muslims or Christians. We both believe he is coming back, right? So how simple is this? My Christian brothers and sisters, when the master returns, he can tell us: "You were wrong. I am not God. I ate, I drank, I used the bathroom, I prayed because I was scared, I put my head on the ground. My mother dressed like the Muslims." He can tell you who was right and who was wrong. Until then, let us focus on what is wrong right now. Let us focus on those who are pushing filth onto our children, those who wish to deceive the world, those who create chaos and fitnah and cause harm to all different groups of people—whether they be Albanians, Armenians, Serbians, or any others. These are the ones who create chaos on the earth, and these are the ones we should be fighting against together.</w:t>
      </w:r>
    </w:p>
    <w:p/>
    <w:p>
      <w:r>
        <w:rPr>
          <w:b/>
          <w:color w:val="0F766E"/>
          <w:sz w:val="26"/>
        </w:rPr>
        <w:t>The Current State of Humanity and Religious Decline</w:t>
      </w:r>
    </w:p>
    <w:p/>
    <w:p>
      <w:r>
        <w:t>In 2026, with all the technology we possess, humanity still hasn't gotten better. We're still killing each other. Right now we have Ukrainian and Orthodox Christians, Ukrainians and Russians killing each other. And Zelensky is not even Orthodox. If I were Russian and Ukrainian, I would say: we might be a little bit different, but we're both supposed to believe in Christ in our faith. Imagine two Muslims killing each other—that's like what I just described. Even Sunni and Shia conflict is wrong, horrible, horrific, and I condemn it. But imagine two of the same sect going at it. This is what's happening. The agenda is not even just about Islam. It's to wipe religion off the earth. It's to create godlessness, filth, the new Babylon. That's what this is all about. And I think the final part of it is to try to deceive humanity that we were created by aliens.</w:t>
      </w:r>
    </w:p>
    <w:p/>
    <w:p>
      <w:r>
        <w:rPr>
          <w:b/>
          <w:color w:val="0F766E"/>
          <w:sz w:val="26"/>
        </w:rPr>
        <w:t>Knowledge, Magic, and the Jinn</w:t>
      </w:r>
    </w:p>
    <w:p/>
    <w:p>
      <w:r>
        <w:t>When you study Aleister Crowley and Jack Parsons, Parsons even said the word Dajjal. That's how he got the rocket, right? I saw that clip from Hamza Yusuf. He took me down that wormhole. And it's real. We know that Pharaoh used black magic. We have to believe in black magic as Muslims. This is not tech. This is magic. This tech, this knowledge was passed through the jinn—that's my true opinion. It was through the jinn because they lived longer on earth. They have different talents and gifts that Allah gave them. And somehow these human beings that worship them as gods got this information and created things. Ever look at a computer chip? It looks alien to me. We as Muslims believe that we were the last creation of Allah to come on the earth to become the Khalifa. But the jinn were here, right? So when they're explaining the Anunnaki and all this stuff, we know that they're talking about the jinn. No one describes it better than us. That episode I did with Danny Jones went bananas. Forgive me for cursing here and there in that episode.</w:t>
      </w:r>
    </w:p>
    <w:p/>
    <w:p>
      <w:r>
        <w:rPr>
          <w:b/>
          <w:color w:val="0F766E"/>
          <w:sz w:val="26"/>
        </w:rPr>
        <w:t>Mistakes, Learning, and Divine Acceptance</w:t>
      </w:r>
    </w:p>
    <w:p/>
    <w:p>
      <w:r>
        <w:t xml:space="preserve">I'm not an imam. May Allah forgive me. I made many mistakes. I hope he forgives me for it. I always try to watch my language on </w:t>
      </w:r>
      <w:r>
        <w:rPr>
          <w:i/>
        </w:rPr>
        <w:t>Muslim</w:t>
      </w:r>
      <w:r>
        <w:t xml:space="preserve"> shows. I'm trying to watch it everywhere I go because that's a lot, bro. Millions of views are at stake for Allah. So believe me, I understand the scales. I'm not downplaying it at all. I just hope the Muslims forgive me and pray for me, because I'm going to need many prayers to probably make up for that. But those episodes, bro—and again, I always say these are theories and my understanding, and please, it's enough to make people look. Every day I get messages from across the world. People say: I no longer hate Arabs because of you. I no longer hate Muslims because of you. I'm buying a Qur'an because of you. I can show you them. But I have thousands of them. So I was like, okay, I know I'm making some mistakes, but I feel like I hope that Allah accepts from me the good and forgives me for the bad, because that's not my intention. And I know I need to work on a lot of things. I just hope that all of you watching this, and especially you, Brother Eddie, will pray for me. I hope he accepts even 1% of what I've done, bro.</w:t>
      </w:r>
    </w:p>
    <w:p/>
    <w:p>
      <w:r>
        <w:rPr>
          <w:b/>
          <w:color w:val="0F766E"/>
          <w:sz w:val="26"/>
        </w:rPr>
        <w:t>Intention and the Path to Speaking</w:t>
      </w:r>
    </w:p>
    <w:p/>
    <w:p>
      <w:r>
        <w:t xml:space="preserve">It's one of my greatest fears, and you have to check your intention. But I know my intention is good for one reason and one reason only: because me and Sunny, we always worry about it, man. We've had these conversations over and over again. I know I think I'm okay because I never wanted to talk about this. I started a podcast seven years ago. I was interviewing fun people—you know, Kyle Baskin from Tiger King, Havoc of Mobb Deep, Rachael Ray the cook. So I had a great network because of nightlife. And I never went into content creation to speak about these topics. It was more to be—if you look at those episodes, I mean, I've been stuck for a while. They weren't great content as a </w:t>
      </w:r>
      <w:r>
        <w:rPr>
          <w:i/>
        </w:rPr>
        <w:t>Muslim</w:t>
      </w:r>
      <w:r>
        <w:t xml:space="preserve">. They weren't horrible; the majority was interviewing people about their life. And I do want to do it, but I want to do it better, more professionally. But it wasn't to speak about politics or religion, because you know how chaotic that is. It becomes very chaotic. So first and foremost, I want to say, as a </w:t>
      </w:r>
      <w:r>
        <w:rPr>
          <w:i/>
        </w:rPr>
        <w:t>Muslim</w:t>
      </w:r>
      <w:r>
        <w:t xml:space="preserve"> American, as an Albanian American—brother, you've been doing this for over 20 years. You're one of the—in my opinion, I got to tell you, they always say it's not good to compliment a brother to their face in our faith, right? But everyone knows I've mentioned you many times on my shows, what you've done for the space. I look at you as one of my mentors, even though we're pretty much the same age, I think. But you're light years ahead of what I've even attempted to do. You've impacted this community here in America and the world in ways that I hope Allah accepts from you.</w:t>
      </w:r>
    </w:p>
    <w:p/>
    <w:p>
      <w:r>
        <w:t>I'm probably moving down to the Tampa area. Allah is the best of planners. I made intention for Dallas, but I don't think it's happening. And the fact that you have your center down there, I'm very excited about that. It makes me even happier and feel even better that I might be there. That's probably where I'm going, brother. I want to get out of New York and give my kids a little beach and this and that before—who knows what's coming. But I just want to personally thank you. Even if I never see you again to your face, I don't know if you understand how important what you've done is. It's impacted me. I have watched many of your videos. I have learned from you throughout the years. I just want to admit that publicly. Thank you.</w:t>
      </w:r>
    </w:p>
    <w:p/>
    <w:p>
      <w:r>
        <w:rPr>
          <w:b/>
          <w:color w:val="0F766E"/>
          <w:sz w:val="26"/>
        </w:rPr>
        <w:t>The Duty to Speak</w:t>
      </w:r>
    </w:p>
    <w:p/>
    <w:p>
      <w:r>
        <w:t xml:space="preserve">Any good you saw came from this guy? Any bad came from Satan. But may Allah accept everything that we're trying to do. And the time to be quiet is over. Every </w:t>
      </w:r>
      <w:r>
        <w:rPr>
          <w:i/>
        </w:rPr>
        <w:t>Muslim</w:t>
      </w:r>
      <w:r>
        <w:t xml:space="preserve"> has a duty to speak right now. I think it should be Fard. I think a fatwa needs to be made. Yasir Qadhi did it. Yasir Qadhi said straight up—this bidah. I hope they don't. You know they're not going to stop. So the time to speak is now. Do not be scared of your neighbor. I did it a lot after 9/11. I was in the World Trade Center. I don't know if you know that I was underneath the World Trade Center when it got hit. Was I not a victim that day too? I watched my fellow Americans die. I cried for months after that. I witnessed people disintegrate in front of me in real life. So but I remember after 9/11—and I hate to say it, but everything has become about race and color. And Islam cures that. Islam is the only cure for that, proven. I would purposely, if I had good encounters with people—because of how much negativity was being pumped out—I was like, if I had good encounters, I would just tell them flat out: wallahi, flat out, I'm a </w:t>
      </w:r>
      <w:r>
        <w:rPr>
          <w:i/>
        </w:rPr>
        <w:t>Muslim</w:t>
      </w:r>
      <w:r>
        <w:t>. I would tell them flat out. I always did that in my own way. And maybe that's why Allah didn't let me perish, man, when I fell off the path. Either that or some Bangladeshi or Pakistani cab drivers used to pray for me. Because I used to tell them when I'd be coming back from doing the wrong thing: oh, I know I'm wrong, but your heart dies when you sin, Eddie. It becomes numb. It'll be as if you never prayed or never knew anything about Islam.</w:t>
      </w:r>
    </w:p>
    <w:p/>
    <w:p>
      <w:r>
        <w:rPr>
          <w:b/>
          <w:color w:val="0F766E"/>
          <w:sz w:val="26"/>
        </w:rPr>
        <w:t>The Heart and the Path Forward</w:t>
      </w:r>
    </w:p>
    <w:p/>
    <w:p>
      <w:r>
        <w:t>That's why I tell people, if you're on the Deen, don't be lazy with your prayers, okay? Hold the five pillars with everything you got, because once you lose it, it can take years to get it back. Scary. Yeah. I really think I'm still here because of some Pakistani and Bangladeshi brothers praying for me in their cabs, bro. Wallahi, I would come back from doing what I shouldn't be doing, and I would see their name, bro—Muhammad, Abdullah, you know. And I'd ask them, brother, where are you from? Bangla brother? I know I'm wrong, but my heart—I don't feel it anymore. My heart died, you know, because I was doing the haram, bro. I was doing the wrong thing. Heart dead, dead, dead. It was as if I knew nothing about the faith. But I knew I still had the intellect. That's why I truly believe Muslims think with our hearts. The heart is what makes you do something. You feel it here, right? Yeah. You know, but I think it's the heart that makes action happen. I really believe that. I think our faith says that.</w:t>
      </w:r>
    </w:p>
    <w:p/>
    <w:p>
      <w:r>
        <w:t xml:space="preserve">So I would beg these brothers: please pray for me, man. Pray for me, brother. I know I'm wrong, but I don't feel it. I can't even go to a mosque in this condition. Pray. I really think I'm here because of them, bro. So never give up on yourself. And what does that also say? You know you're on the wrong path? Ask your brother to help you. Ask your fellow </w:t>
      </w:r>
      <w:r>
        <w:rPr>
          <w:i/>
        </w:rPr>
        <w:t>Muslim</w:t>
      </w:r>
      <w:r>
        <w:t>: hey, I'm in trouble. I know I'm wrong. What do I do? Don't be embarrassed, man. No one can judge you but Allah. Go to your brother and your sister. If you're on the wrong path, you have a duty. When you see them on the wrong path, it's not to yell at them or make them feel worse. Because when people are on the wrong path, man, you go and they get even more angry because they know they're wrong. So it upsets them. They already know you're wrong. I knew I was wrong. But you can fall off the path. But look, I'm proof it's never over, okay? Allah could have taken me when I was in that state. He didn't. He could have taken me when I was praying. He could have taken me when I fell off the path. He gave me another chance. It's never over until your last breath, and hopefully your last breath is Muhammed. It's never over.</w:t>
      </w:r>
    </w:p>
    <w:p/>
    <w:p>
      <w:r>
        <w:t>So even if you have 30 years of filth, what is our God, Eddie? The most merciful, beyond your comprehension when it comes to mercy. Who are you to judge yourself and say you have more knowledge than him? Never fall into despair. Always know that you can start right now. I don't care if you drank last night. I don't care if you committed zina. That is the worst thing you can do. Today you can start all over again just by washing right now and getting on your knees and begging your God to forgive you. And he will. That's my message, man. That's not my message—it's the message of the best of mankind, the Messenger Muhammad, peace be upon him.</w:t>
      </w:r>
    </w:p>
    <w:p/>
    <w:p>
      <w:r>
        <w:rPr>
          <w:b/>
          <w:color w:val="0F766E"/>
          <w:sz w:val="26"/>
        </w:rPr>
        <w:t>Closing Remarks and Community</w:t>
      </w:r>
    </w:p>
    <w:p/>
    <w:p>
      <w:r>
        <w:t>Did I talk enough today? Are you good? I'm good. Shall we go? We can save it for next time, because I'll go on forever, bro. Don't worry. No, thank you, bro. Not forever, because Allah's only one. But you know what I mean. So this is Bek Lover. Where can people see some of my work? If they're crazy enough to follow me, they can go to beklover.com or at BekLoverNYC. We do a lot of content. Me and Sunny fans, you can also join the companions dot club. The Companions is our fraternity, and we have brothers and sisters. You have one sitting over there. You know, we're doing the right thing, Eddie, man. We're trying to follow in your footsteps and build cool things for the Muslims, man. And I'll see you in Chicago. Great city. And I'll definitely inshallah see you in Tampa. Thanks for having me, man. Thank you for coming out. I'll see you, my Balkan brothers. Assalamu alaikum, everybody. Assalamu alaikum.</w:t>
      </w:r>
    </w:p>
    <w:p/>
    <w:p>
      <w:r>
        <w:rPr>
          <w:b/>
        </w:rPr>
        <w:t>Reference i teme</w:t>
      </w:r>
    </w:p>
    <w:p>
      <w:r>
        <w:t>Qur'an: Qur'an 13:11 (Allah does not change the condition of a people until they change what is within themselves), Exodus 33:20 (Old Testament reference cited: 'For no one can see My face and live'), Matthew 26:36-39 (Jesus praying and bowing as Muslims do), Matthew 26 (Jesus hiding from persecutors)</w:t>
      </w:r>
    </w:p>
    <w:p>
      <w:r>
        <w:t>Teme: #Islamic information and speaker responsibility, #Qur'anic integrity versus altered scriptures, #Jesus and Christian theology in Islamic perspective, #Muslim-Jewish historical relations and protection, #Balkan geopolitics and Kosovo history, #Youth, morality, and digital fitnah, #Faith, prayer, and personal repentance, #Media manipulation and algorithmic control, #Albanian nationalism and Vashton Island protests, #Wars, weapons deals, and geopolitical interference</w:t>
      </w:r>
    </w:p>
    <w:p/>
    <w:p>
      <w:r>
        <w:rPr>
          <w:i/>
          <w:color w:val="94A3B8"/>
          <w:sz w:val="16"/>
        </w:rPr>
        <w:t>Generated by MinbarLive — Knowledge Library · https://minbarlive.com/videos/responsibility-in-giving-islamic-information-on-speakers-sectarianism-and-false-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