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Porast islamofobije u SAD-u: svjedočanstvo s republikanske konvencije i iz Teksasa</w:t>
      </w:r>
    </w:p>
    <w:p>
      <w:r>
        <w:rPr>
          <w:b/>
        </w:rPr>
        <w:t xml:space="preserve">Izvor: </w:t>
      </w:r>
      <w:r>
        <w:rPr>
          <w:color w:val="0F766E"/>
        </w:rPr>
        <w:t>https://minbarlive.com/videos/hr/rising-islamophobia-in-usa</w:t>
      </w:r>
    </w:p>
    <w:p/>
    <w:p>
      <w:r>
        <w:rPr>
          <w:i/>
        </w:rPr>
        <w:t>Svjedočanstvo s republikanske konvencije u Teksasu o porastu otvorenog neprijateljstva prema muslimanima, uključujući izjave političara i pastorovih komentara. U Dallasu, dr. Yasir Qadhi opisuje islamofobiju koja je gora nego nakon 11. rujna, s primjerom oca koji je lažno optužen da je njegova sedmogodišnja kći njegova supruga. Također se osvrće na raširene lažne tvrdnje o šerijatskom pravu i precijenjeni udio muslimana u SAD-u.</w:t>
      </w:r>
    </w:p>
    <w:p/>
    <w:p>
      <w:r>
        <w:rPr>
          <w:b/>
        </w:rPr>
        <w:t>Sažetak</w:t>
      </w:r>
    </w:p>
    <w:p>
      <w:r>
        <w:t>Govornik se vraća s republikanske konvencije u Teksasu i izražava šok otvorenim neprijateljstvom prema muslimanima koje je susreo, ne samo među delegatima nego i među političarima. Spominju se Ilhan Omar, Abdul El-Sayed i Tom Emmer, a citira se i izjava: 'Ako ne volite ovu zemlju, ako ne volite Ameriku, ako niste sretni ovdje, onda se gubite.' Također prepričava susret s pastorom Lorenzom Sewellom, koji je molio na inauguraciji Donalda Trumpa, a koji je najprije rekao da voli muslimane, ali je zatim iznio primjedbe o kršćanskoj većini. U Dallasu, govornik se sastao s dr. Yasir Qadhijem, koji tvrdi da je islamofobija sada gora nego nakon 11. rujna. Qadhi dijeli priču o ocu koji je postao meta nakon što je ušao u džamiju sa svojom sedmogodišnjom kćeri; netko je lažno tvrdio da je djevojčica njegova supruga, a video je vidjelo 5 milijuna ljudi, što je izazvalo panični napadaj kod oca. Spominju se i lažne tvrdnje o uvođenju šerijatskog prava u nekim američkim saveznim državama, s ciljem da se omogući brak s maloljetnicama i pokrivanje žena, što govornik naziva kultom, a ne religijom. Na pitanje o udjelu muslimana u SAD-u, sugovornik procjenjuje 30%, no stvarni udio je 1%. Govornik zaključuje da mu je i 1% prihvatljivo, uz napomenu da je tek došao. Ovo svjedočanstvo pruža uvid u percepciju i stvarnost islamofobije u SAD-u, s naglaskom na političku retoriku i društvene posljedice.</w:t>
      </w:r>
    </w:p>
    <w:p/>
    <w:p>
      <w:r>
        <w:rPr>
          <w:b/>
        </w:rPr>
        <w:t>Ključne poruke</w:t>
      </w:r>
    </w:p>
    <w:p>
      <w:pPr>
        <w:pStyle w:val="ListBullet"/>
      </w:pPr>
      <w:r>
        <w:t>Na republikanskoj konvenciji u Teksasu zabilježena je visoka razina otvorenog neprijateljstva prema muslimanima, koja dolazi i od delegata i od političara.</w:t>
      </w:r>
    </w:p>
    <w:p>
      <w:pPr>
        <w:pStyle w:val="ListBullet"/>
      </w:pPr>
      <w:r>
        <w:t>Političari su spominjali Ilhan Omar, Abdul El-Sayeda i Tom Emmera, a izjava 'Ako ne volite ovu zemlju, ako ne volite Ameriku, ako niste sretni ovdje, onda se gubite' ilustrira stavove.</w:t>
      </w:r>
    </w:p>
    <w:p>
      <w:pPr>
        <w:pStyle w:val="ListBullet"/>
      </w:pPr>
      <w:r>
        <w:t>Pastor Lorenzo Sewell, koji je molio na inauguraciji Donalda Trumpa, rekao je da voli muslimane, ali je iznio primjedbe o kršćanskoj većini.</w:t>
      </w:r>
    </w:p>
    <w:p>
      <w:pPr>
        <w:pStyle w:val="ListBullet"/>
      </w:pPr>
      <w:r>
        <w:t>Dr. Yasir Qadhi iz Dallasa tvrdi da je islamofobija sada gora nego nakon 11. rujna.</w:t>
      </w:r>
    </w:p>
    <w:p>
      <w:pPr>
        <w:pStyle w:val="ListBullet"/>
      </w:pPr>
      <w:r>
        <w:t>Otac u džamiji u Dallasu lažno je optužen da je njegova sedmogodišnja kći njegova supruga, a video je vidjelo 5 milijuna ljudi, što je izazvalo panični napadaj.</w:t>
      </w:r>
    </w:p>
    <w:p>
      <w:pPr>
        <w:pStyle w:val="ListBullet"/>
      </w:pPr>
      <w:r>
        <w:t>Šire se lažne tvrdnje o uvođenju šerijatskog prava u američkim saveznim državama, s ciljem omogućavanja braka s maloljetnicama i pokrivanja žena, što govornik naziva kultom.</w:t>
      </w:r>
    </w:p>
    <w:p>
      <w:pPr>
        <w:pStyle w:val="ListBullet"/>
      </w:pPr>
      <w:r>
        <w:t>Procjena udjela muslimana u SAD-u od 30% netočna je; stvarni udio je 1%, što govornik prihvaća.</w:t>
      </w:r>
    </w:p>
    <w:p/>
    <w:p>
      <w:r>
        <w:rPr>
          <w:b/>
        </w:rPr>
        <w:t>Članak</w:t>
      </w:r>
    </w:p>
    <w:p>
      <w:r>
        <w:rPr>
          <w:b/>
          <w:color w:val="0F766E"/>
          <w:sz w:val="26"/>
        </w:rPr>
        <w:t>Dojmovi s republikanske konvencije u Teksasu</w:t>
      </w:r>
    </w:p>
    <w:p/>
    <w:p>
      <w:r>
        <w:t>Upravo sam se vratio s republikanske konvencije u Teksasu i bio sam stvarno šokiran razinom otvorenog neprijateljstva prema muslimanima. Također me šokiralo odakle je to dolazilo. To nije bilo marginalno pitanje. Gotovo svaki republikanski delegat s kojim sam razgovarao izrazio je to na neki način, a to smo svakako čuli i od političara. Spomenuti su Ilhan Omar, možete čak odabrati i slušati Abdul El-Sayeda. Mnoštvo je planulo na to. Tom Emmer bi tvrdio da je ciljao na trojicu vrlo lijevo orijentiranih demokrata, ali sva trojica su slučajno bili muslimani. Ako ne volite ovu zemlju, ako ne volite Ameriku, ako niste sretni ovdje, onda se gubite.</w:t>
      </w:r>
    </w:p>
    <w:p/>
    <w:p>
      <w:r>
        <w:t>Zatim sam sreo pastora Lorenza Sewella, zvijezdu u usponu Republikanske stranke, koji je molio na inauguraciji Donalda Trumpa. Dosta je bilo. Počeo je govoreći da voli muslimane, ali je zatim brzo skrenuo s teme. Zar stvarno misliš da u ovoj zemlji nema mjesta za ljude koji nisu kršćani? Vjerujem isto kao i ja. Ako primijeniš istu logiku, ja neću otići u neku islamsku zemlju i tamo prakticirati svoje kršćanstvo. Nije li to zemlja kojom vladaju kršćani. Da, jest. Bio sam prilično zatečen time, a muslimani su itekako osjećali političku retoriku.</w:t>
      </w:r>
    </w:p>
    <w:p/>
    <w:p>
      <w:r>
        <w:rPr>
          <w:b/>
          <w:color w:val="0F766E"/>
          <w:sz w:val="26"/>
        </w:rPr>
        <w:t>Susret s doktorom Yasir Qadhijem u Dallasu</w:t>
      </w:r>
    </w:p>
    <w:p/>
    <w:p>
      <w:r>
        <w:t xml:space="preserve">Sreo sam se na drugom mjestu u Dallasu. Doktor </w:t>
      </w:r>
      <w:r>
        <w:rPr>
          <w:b/>
        </w:rPr>
        <w:t>Yasir Qadhi</w:t>
      </w:r>
      <w:r>
        <w:t xml:space="preserve"> vodi ovu džamiju. Rođen je i odrastao u Americi i kaže da je </w:t>
      </w:r>
      <w:r>
        <w:rPr>
          <w:b/>
        </w:rPr>
        <w:t>islamofobija</w:t>
      </w:r>
      <w:r>
        <w:t xml:space="preserve"> sada čak i gora od skoka koji se dogodio nakon 11. rujna. Nikada se nismo osjećali tako zastrašeno i nikada nismo osjetili razinu neprijateljstva s kojom se trenutačno suočavamo. Ispričao mi je o jednom ocu koji je bio meta nakon što je ušao u džamiju sa svojom sedmogodišnjom kćeri. Netko je tvrdio da je djevojčica zapravo njegova supruga, napad koji je postao viralan. Doktor Qadhi rekao je da je to vidjelo 5 milijuna ljudi. Čovjek je imao gotovo nešto poput, ne želim to nazvati srčanim udarom, ali imao je nešto poput napadaja panike jer je to njegova sedmogodišnja kći.</w:t>
      </w:r>
    </w:p>
    <w:p/>
    <w:p>
      <w:r>
        <w:rPr>
          <w:b/>
          <w:color w:val="0F766E"/>
          <w:sz w:val="26"/>
        </w:rPr>
        <w:t>Širenje lažnih tvrdnji i strah u zajednici</w:t>
      </w:r>
    </w:p>
    <w:p/>
    <w:p>
      <w:r>
        <w:t>I to nije bila jedina glasina koja nije držala vodu. Ljudi su mnogo govorili o šerijatskom pravu, misleći da je ono zapravo uvedeno u nekim američkim saveznim državama. Samo su htjeli unutarnji zakon kako bi mogli oženiti male djevojčice i pokriti sve žene. Ne mislim da je to religija. Za mene, kako to vidim, to je više kult. Koliki je, po tvom mišljenju, udio muslimana u ovoj državi? Rekao bih možda 30%. A zapravo je 1%. Iznenađuje li te to? Samo 1% je. Mislim, ono što vidim na TV-u i svemu, čini se kao više. Ali ako je 1%, u redu mi je s tim. Tek sam došao.</w:t>
      </w:r>
    </w:p>
    <w:p/>
    <w:p>
      <w:r>
        <w:rPr>
          <w:b/>
        </w:rPr>
        <w:t>Reference i teme</w:t>
      </w:r>
    </w:p>
    <w:p>
      <w:r>
        <w:t>Teme: #islamofobija, #republikanska konvencija, #Teksas, #Dallas, #Yasir Qadhi, #šerijatsko pravo, #muslimani u SAD-u</w:t>
      </w:r>
    </w:p>
    <w:p/>
    <w:p>
      <w:r>
        <w:rPr>
          <w:i/>
          <w:color w:val="94A3B8"/>
          <w:sz w:val="16"/>
        </w:rPr>
        <w:t>Generated by MinbarLive — Knowledge Library · https://minbarlive.com/videos/hr/rising-islamophobia-in-usa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