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Sa'j — kretanje između Safe i Merve: sjećanje na majku Hadžeru i njenu ljubav</w:t>
      </w:r>
    </w:p>
    <w:p>
      <w:r>
        <w:rPr>
          <w:b/>
        </w:rPr>
        <w:t xml:space="preserve">Govornik: </w:t>
      </w:r>
      <w:r>
        <w:t>Esmir Halilović</w:t>
      </w:r>
    </w:p>
    <w:p>
      <w:r>
        <w:rPr>
          <w:b/>
        </w:rPr>
        <w:t xml:space="preserve">Izvor: </w:t>
      </w:r>
      <w:r>
        <w:rPr>
          <w:color w:val="0F766E"/>
        </w:rPr>
        <w:t>https://minbarlive.com/videos/sa-j-kretanje-izmedju-safe-i-merve-sjecanje-na-majku-hadzeru-i-njenu-ljubav</w:t>
      </w:r>
    </w:p>
    <w:p/>
    <w:p>
      <w:r>
        <w:rPr>
          <w:i/>
        </w:rPr>
        <w:t>Ova khutbah objašnjava sa'j — kretanje između Safe i Merve tijekom umre i hadždža — kao uspomenu na majku Hadžeru koja je trčala između ovih brda tražeći vodu za svoga sina Ismaila, povezujući drevnu historiju sa suvremenom praksom millions vjernika.</w:t>
      </w:r>
    </w:p>
    <w:p/>
    <w:p>
      <w:r>
        <w:rPr>
          <w:b/>
        </w:rPr>
        <w:t>Sažetak</w:t>
      </w:r>
    </w:p>
    <w:p>
      <w:r>
        <w:t>Govornik detaljno opisuje obred sa'ja, hodanja između brda Safe i Merve, kao centralnog dijela hadždža i umre. Kroz prizor tisućljetnog kretanja preko ovih mjesta, objašnjava kako se sa'j izvodio — s time da je Hadžera sedam puta trčala između Safe i Merve tražeći vodu za svoga sina Ismaila. Ističe kako je taj događaj, koji se dogodio prije nekoliko tisućljeća kada je područje bilo samo pustinja, obilježio historiju Mekke i postao neodvojiv dio hadždža i umre. Govori o čudu Zemzema — izvora vode koji teče više od četiri hiljade godina — koji je Uzvišeni Allah dao kroz anđela Džibrila kao odgovor na Hadžerinu ljubav i trud za dijete. Citira ajet iz Kur'ana koji spominje Safa i Mervu kao Allahove znakove, te objašnjava kako je ovo mjesta očišćena od idolatrije i kupusa mušrika. Završava molbom da Allah podari razumijevanje obrada koje nas mijenjaju na bolje i čine nas boljim muslimanima.</w:t>
      </w:r>
    </w:p>
    <w:p/>
    <w:p>
      <w:r>
        <w:rPr>
          <w:b/>
        </w:rPr>
        <w:t>Ključne poruke</w:t>
      </w:r>
    </w:p>
    <w:p>
      <w:pPr>
        <w:pStyle w:val="ListBullet"/>
      </w:pPr>
      <w:r>
        <w:t>Sa'j je obred kretanja između Safe i Merve koji je sastavni dio hadždža i umre, bez kojega nema potpunog hadždža ili umre.</w:t>
      </w:r>
    </w:p>
    <w:p>
      <w:pPr>
        <w:pStyle w:val="ListBullet"/>
      </w:pPr>
      <w:r>
        <w:t>Obred je uspomena na majku Hadžeru koja je sedam puta trčala između brda tražeći vodu za svojega sina Ismaila, što se desilo prije nekoliko tisućljeća.</w:t>
      </w:r>
    </w:p>
    <w:p>
      <w:pPr>
        <w:pStyle w:val="ListBullet"/>
      </w:pPr>
      <w:r>
        <w:t>Uzvišeni Allah je dao dar Zemzema — izvora vode koji teče više od četiri hiljade godina — kroz anđela Džibrila kao odgovor na Hadžerinu ljubav i trud za dijete (Qur'an 2:158).</w:t>
      </w:r>
    </w:p>
    <w:p>
      <w:pPr>
        <w:pStyle w:val="ListBullet"/>
      </w:pPr>
      <w:r>
        <w:t>Safa i Merva su označena kao Allahove znakove (Qur'an 2:158), mjesta očišćena od idolatrije i kipusa koji su prije držali mušrici.</w:t>
      </w:r>
    </w:p>
    <w:p>
      <w:pPr>
        <w:pStyle w:val="ListBullet"/>
      </w:pPr>
      <w:r>
        <w:t>Muškarci trebaju simbolično potrčati tijekom sa'ja, kako je Hadžera trčala, kao izraz sjećanja na njezin trud i borbu za vlastitu obitelj.</w:t>
      </w:r>
    </w:p>
    <w:p>
      <w:pPr>
        <w:pStyle w:val="ListBullet"/>
      </w:pPr>
      <w:r>
        <w:t>Hemijski sastav vode Zemzem je jedinstven i predstavlja jedno od Božijih čuda na svijetu, što je potvrđeno i dokumentarama.</w:t>
      </w:r>
    </w:p>
    <w:p>
      <w:pPr>
        <w:pStyle w:val="ListBullet"/>
      </w:pPr>
      <w:r>
        <w:t>Obred sa'ja nije samo ritualan — ima duboku pouku koja nas mijenja na bolje, čini nas boljim muslimanima i boljim članovima zajednice.</w:t>
      </w:r>
    </w:p>
    <w:p/>
    <w:p>
      <w:r>
        <w:rPr>
          <w:b/>
        </w:rPr>
        <w:t>Članak</w:t>
      </w:r>
    </w:p>
    <w:p>
      <w:r>
        <w:rPr>
          <w:b/>
          <w:color w:val="0F766E"/>
          <w:sz w:val="26"/>
        </w:rPr>
        <w:t>Šta je sa'j i kako se obavlja</w:t>
      </w:r>
    </w:p>
    <w:p/>
    <w:p>
      <w:r>
        <w:t>Bismillah, rahmanirrahim. Evo kako izgleda prizor obavljanja sa'ja. Prilikom obavljanja umre, jedan od ključnih dijelova jeste obavljanje sa'ja. Sa'j je, u stvari, kretanje između Safe i Merve. Ovo gore brdo, iza mojih sada leđa i leđa svih ovih hiljada ljudi, je Safa, i mi sada idemo u put Merve. Ovaj zeleni prostor koji imamo, odnosno ovi zeleni signali, govore da muškarci na toj lokaciji trebaju malo potrčati.</w:t>
      </w:r>
    </w:p>
    <w:p/>
    <w:p>
      <w:r>
        <w:rPr>
          <w:b/>
          <w:color w:val="0F766E"/>
          <w:sz w:val="26"/>
        </w:rPr>
        <w:t>Sjećanje na Hadžeru — majka i njena ljubav</w:t>
      </w:r>
    </w:p>
    <w:p/>
    <w:p>
      <w:r>
        <w:t>Zašto se obavlja sa'j? Zbog toga što je to uspomena na majku Hadžeru koja je trčala ovdje između Safe i Merve, tražeći vodu svome djetetu. Pa je lijepo da mi muškarci, ako je to moguće, malo potrčimo, koliko je to makar simbolično, jer se to smatra da je žena to već radila. Od žena se to sada ne traži, a tu se u stvari ogleda trud i borba za vlastito dijete, odnosno za vlastitu porodicu. Ona je sedam puta trčala ovu dionicu, prelazila ovu dionicu, misleći da će naći vodu na jednom ili drugom brdu.</w:t>
      </w:r>
    </w:p>
    <w:p/>
    <w:p>
      <w:r>
        <w:rPr>
          <w:b/>
          <w:color w:val="0F766E"/>
          <w:sz w:val="26"/>
        </w:rPr>
        <w:t>Istorijat sa'ja i dio hadždža</w:t>
      </w:r>
    </w:p>
    <w:p/>
    <w:p>
      <w:r>
        <w:t>Ovaj događaj je na neki način obilježio historijat Mekke, i kao takav on je postao sastavnim dijelom hadždža, ali i umre. Nema umre bez sa'ja, i nema hadždža bez sa'ja. To je sastavni dio tih obreda, gdje se hiljade, desetine i stotine hiljada, pa i milioni ljudi prisjećaju Hadžere i njenog sina Ismaila. Ti događaji desili su se nekada u historiji, prije četiri ili pet hiljada godina, na ovome prostoru, kada nije bilo ovih zidina, kada nije bilo ničega osim pustinje, odnosno kamena i kamenjara, jednog beživotnog prostora.</w:t>
      </w:r>
    </w:p>
    <w:p/>
    <w:p>
      <w:r>
        <w:rPr>
          <w:b/>
          <w:color w:val="0F766E"/>
          <w:sz w:val="26"/>
        </w:rPr>
        <w:t>Zemzem — čudo Allaha</w:t>
      </w:r>
    </w:p>
    <w:p/>
    <w:p>
      <w:r>
        <w:t>Međutim, Uzvišeni Allah, dž. š., tada je poslao toj majci i njenom sinu poslanika meleka Džibrila, koji je udario krilom ovdje, nekih dvesto do trideset metara odavde, kod Kabe. I tu se pojavio izvor Zemzem, koji teče više od četiri hiljade godina. To je jedno, zaista, od Božijih čuda na ovome svijetu. Cijeli taj Zemzem, priča o Zemzemu, historijat Zemzema, ali u isto vrijeme hemijski sastav vode Zemzem je sam po sebi unikatan. Postoji fantastičan video, fantastičan dokumentarac, koji je napravila El Džezira o vodi Zemzem.</w:t>
      </w:r>
    </w:p>
    <w:p/>
    <w:p>
      <w:r>
        <w:rPr>
          <w:b/>
          <w:color w:val="0F766E"/>
          <w:sz w:val="26"/>
        </w:rPr>
        <w:t>Ajet o Safi i Mervi</w:t>
      </w:r>
    </w:p>
    <w:p/>
    <w:p>
      <w:r>
        <w:t>Ovaj ibadet se obavlja kao prisjećanje na tu bogatu historiju, ali također izvlačenje pouka i poruka iz ovoga ibadeta. Uzvišeni Allah, dž. š., spominje ova dva mjesta u Kur'an-i Kerimu, pa kaže:</w:t>
      </w:r>
    </w:p>
    <w:p/>
    <w:p>
      <w:r>
        <w:rPr>
          <w:b/>
        </w:rPr>
        <w:t>﴿إِنَّ الصَّفَاءِ وَالْمَرْوَةَ مِنْ شَآئِرِ اللَّهِ﴾</w:t>
      </w:r>
      <w:r>
        <w:t xml:space="preserve"> (Inna al-Safa wa al-Marwa min sha'a'ir Allah) — "Zaista su Safa i Merva od Allahovih znakova."</w:t>
      </w:r>
    </w:p>
    <w:p/>
    <w:p>
      <w:r>
        <w:rPr>
          <w:b/>
        </w:rPr>
        <w:t>﴿فَمَنْ حَجَّ الْبَيْتَ﴾</w:t>
      </w:r>
      <w:r>
        <w:t xml:space="preserve"> (Fa man hajja al-Bayt) — "Ko bude obavljao hadždž,"</w:t>
      </w:r>
    </w:p>
    <w:p/>
    <w:p>
      <w:r>
        <w:rPr>
          <w:b/>
        </w:rPr>
        <w:t>﴿وَعِ اعْتَمَرَ﴾</w:t>
      </w:r>
      <w:r>
        <w:t xml:space="preserve"> (wa i'tamara) — "ili bude obavljao umru,"</w:t>
      </w:r>
    </w:p>
    <w:p/>
    <w:p>
      <w:r>
        <w:rPr>
          <w:b/>
        </w:rPr>
        <w:t>﴿فَلَا جُنَاحَ عَلَيْهِ أَنْ يَطَّوَّفَ بِهِمَا﴾</w:t>
      </w:r>
      <w:r>
        <w:t xml:space="preserve"> (Fa la junah alayhi an yattawwafa bihima) — "nema nikakvog grijeha, i nije pogrešno da obavlja, da jednostavno kruži oko njih, odnosno da ih posjećuje."</w:t>
      </w:r>
    </w:p>
    <w:p/>
    <w:p>
      <w:r>
        <w:rPr>
          <w:b/>
          <w:color w:val="0F766E"/>
          <w:sz w:val="26"/>
        </w:rPr>
        <w:t>Čišćenje od kufra i idolatrije</w:t>
      </w:r>
    </w:p>
    <w:p/>
    <w:p>
      <w:r>
        <w:t>Ovo znači u isto vrijeme naredbu, iako je kazano u formi dozvole. Ranije su se na Safi i na Mervi nalazili kipovi, pa je ashabima bilo teško da posjećuju ta mjesta gdje su mušrici Kurejša i drugi držali kipove. Međutim, onda je Uzvišeni Allah, dž. š., rekao da nema nikakve smetnje u tome. Zbog čega? Zato što su ova časna, plemenita, sveta mjesta očišćena od nečisti, od onoga što je Kur'an nazvao nedžisom — nečistoćom, odnosno kipovima, idolima i idolatrijom.</w:t>
      </w:r>
    </w:p>
    <w:p/>
    <w:p>
      <w:r>
        <w:rPr>
          <w:b/>
        </w:rPr>
        <w:t>﴿فَإِنَّ اللَّهَ شَاكِرٌ عَلِيمٌ﴾</w:t>
      </w:r>
      <w:r>
        <w:t xml:space="preserve"> (Fa inna Allah Shakir Alim) — "Allah je onaj koji sve dobro zna, i koji će svakoga nagraditi za njegova, odnosno njina djela."</w:t>
      </w:r>
    </w:p>
    <w:p/>
    <w:p>
      <w:r>
        <w:t>Pa molim Allaha, dž. š., da nam podari svaki hajr, ali i razumijevanje ispravno obreda koji ostavljaju pouku na našu dušu i ostavljaju traga na našoj duši, koji nas mijenjaju na bolje, i čine nas boljim ljudima, boljim muslimanima, boljim komšijama, i u svakom pogledu popravljaju naše stanje.</w:t>
      </w:r>
    </w:p>
    <w:p/>
    <w:p>
      <w:r>
        <w:rPr>
          <w:b/>
        </w:rPr>
        <w:t>Reference i teme</w:t>
      </w:r>
    </w:p>
    <w:p>
      <w:r>
        <w:t>Qur'an: Qur'an 2:158 (Inna al-Safa wa al-Marwa min sha'a'ir Allah), Qur'an 2:158 (Fa man hajja al-Bayt wa i'tamara fa la junah alayhi an yattawwafa bihima)</w:t>
      </w:r>
    </w:p>
    <w:p>
      <w:r>
        <w:t>Teme: #Sa'j — obred između Safe i Merve, #Hadžera — majka i ljubav prema djetetu, #Hadždž i umra, #Zemzem — čudo vode, #Qur'anski znakovi (sha'a'ir), #Islamski obredi i njihove pouke, #Mekka — sveto mjesto</w:t>
      </w:r>
    </w:p>
    <w:p/>
    <w:p>
      <w:r>
        <w:rPr>
          <w:i/>
          <w:color w:val="94A3B8"/>
          <w:sz w:val="16"/>
        </w:rPr>
        <w:t>Generated by MinbarLive — Knowledge Library · https://minbarlive.com/videos/sa-j-kretanje-izmedju-safe-i-merve-sjecanje-na-majku-hadzeru-i-njenu-ljubav</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