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SA'J - the movement between Safa and Marwah. A remembrance of mother Hagar and her love.</w:t>
      </w:r>
    </w:p>
    <w:p>
      <w:r>
        <w:rPr>
          <w:b/>
        </w:rPr>
        <w:t xml:space="preserve">Govornik: </w:t>
      </w:r>
      <w:r>
        <w:t>Esmir Halilović</w:t>
      </w:r>
    </w:p>
    <w:p>
      <w:r>
        <w:rPr>
          <w:b/>
        </w:rPr>
        <w:t xml:space="preserve">Izvor: </w:t>
      </w:r>
      <w:r>
        <w:rPr>
          <w:color w:val="0F766E"/>
        </w:rPr>
        <w:t>https://minbarlive.com/videos/en/sa-j-the-movement-between-safa-and-marwah-a-remembrance-of-mother-hagar-and-her</w:t>
      </w:r>
    </w:p>
    <w:p/>
    <w:p>
      <w:r>
        <w:rPr>
          <w:i/>
        </w:rPr>
        <w:t>This khutbah explains sa'j — the movement between Safa and Marwah during umrah and hajj — as a remembrance of the mother Hagar, who ran between these hills seeking water for her son Ishmael, connecting ancient history with the contemporary practice of millions of believers.</w:t>
      </w:r>
    </w:p>
    <w:p/>
    <w:p>
      <w:r>
        <w:rPr>
          <w:b/>
        </w:rPr>
        <w:t>Sažetak</w:t>
      </w:r>
    </w:p>
    <w:p>
      <w:r>
        <w:t>The speaker describes in detail the ritual of sa'y, the walking between the hills of Safa and Marwah, as a central part of Hajj and Umrah. Through the scene of millennia of movement across these places, he explains how sa'y was performed — with Hagar running seven times between Safa and Marwah seeking water for her son Ismail. He highlights how this event, which occurred centuries ago when the area was just a desert, marked the history of Mecca and became an inseparable part of Hajj and Umrah. He speaks of the miracle of Zamzam — the water source that has flowed for over four thousand years — which the Exalted Allah provided through the angel Jibril in response to Hagar's love and effort for her child. He quotes an ayah from the Quran that mentions Safa and Marwah as signs of Allah, explaining how these places are cleansed of idolatry and the filth of polytheists. He concludes with a prayer for Allah to grant us understanding of the teachings that transform us for the better and make us better Muslims.</w:t>
      </w:r>
    </w:p>
    <w:p/>
    <w:p>
      <w:r>
        <w:rPr>
          <w:b/>
        </w:rPr>
        <w:t>Ključne poruke</w:t>
      </w:r>
    </w:p>
    <w:p>
      <w:pPr>
        <w:pStyle w:val="ListBullet"/>
      </w:pPr>
      <w:r>
        <w:t>Sa'i is the ritual movement between Safa and Marwah, essential for Hajj and Umrah.</w:t>
      </w:r>
    </w:p>
    <w:p>
      <w:pPr>
        <w:pStyle w:val="ListBullet"/>
      </w:pPr>
      <w:r>
        <w:t>This ritual commemorates Mother Hagar, who ran seven times seeking water for her son Ismail, centuries ago.</w:t>
      </w:r>
    </w:p>
    <w:p>
      <w:pPr>
        <w:pStyle w:val="ListBullet"/>
      </w:pPr>
      <w:r>
        <w:t>The Exalted Allah granted the gift of Zamzam — a water spring flowing for over four thousand years — through the angel Jibril in response to Hagar's love and effort for her child (Qur'an 2:158).</w:t>
      </w:r>
    </w:p>
    <w:p>
      <w:pPr>
        <w:pStyle w:val="ListBullet"/>
      </w:pPr>
      <w:r>
        <w:t>Safa and Marwah are marked as signs of Allah (Qur'an 2:158), places cleansed of idolatry and idols once held by the polytheists.</w:t>
      </w:r>
    </w:p>
    <w:p>
      <w:pPr>
        <w:pStyle w:val="ListBullet"/>
      </w:pPr>
      <w:r>
        <w:t>Men should symbolically run during sa'i, as Hagar did, to express remembrance of her effort and struggle for her family.</w:t>
      </w:r>
    </w:p>
    <w:p>
      <w:pPr>
        <w:pStyle w:val="ListBullet"/>
      </w:pPr>
      <w:r>
        <w:t>The chemical composition of Zamzam water is unique and represents one of God's miracles in the world, as confirmed by documents.</w:t>
      </w:r>
    </w:p>
    <w:p>
      <w:pPr>
        <w:pStyle w:val="ListBullet"/>
      </w:pPr>
      <w:r>
        <w:t>The sa'i ritual is not just ceremonial — it carries a profound lesson that transforms us for the better, making us better Muslims and better community members.</w:t>
      </w:r>
    </w:p>
    <w:p/>
    <w:p>
      <w:r>
        <w:rPr>
          <w:b/>
        </w:rPr>
        <w:t>Članak</w:t>
      </w:r>
    </w:p>
    <w:p>
      <w:r>
        <w:rPr>
          <w:b/>
          <w:color w:val="0F766E"/>
          <w:sz w:val="26"/>
        </w:rPr>
        <w:t>What is sa'y and how is it performed</w:t>
      </w:r>
    </w:p>
    <w:p/>
    <w:p>
      <w:r>
        <w:t>In the name of Allah, the Most Gracious, the Most Merciful. Here is how the sa'y looks. During the performance of Umrah, one of the key parts is the sa'y. Sa'y is, in fact, the movement between Safa and Marwah. This hill behind me and all these thousands of people is Safa, and we are now heading towards Marwah. This green area we have, or these green signals, indicate that men at that location should jog a little.</w:t>
      </w:r>
    </w:p>
    <w:p/>
    <w:p>
      <w:r>
        <w:rPr>
          <w:b/>
          <w:color w:val="0F766E"/>
          <w:sz w:val="26"/>
        </w:rPr>
        <w:t>Remembering Hagar — a mother and her love</w:t>
      </w:r>
    </w:p>
    <w:p/>
    <w:p>
      <w:r>
        <w:t>Why is sa'y performed? Because it is a remembrance of the mother Hagar, who ran here between Safa and Marwah, seeking water for her child. So it is nice for us men, if possible, to jog a little, at least symbolically, as it is believed that a woman did this. Women are not required to do this now, but it reflects the effort and struggle for one's child, or for one's family. She ran this distance seven times, crossing this stretch, thinking she would find water on one hill or another.</w:t>
      </w:r>
    </w:p>
    <w:p/>
    <w:p>
      <w:r>
        <w:rPr>
          <w:b/>
          <w:color w:val="0F766E"/>
          <w:sz w:val="26"/>
        </w:rPr>
        <w:t>History of sa'y and part of Hajj</w:t>
      </w:r>
    </w:p>
    <w:p/>
    <w:p>
      <w:r>
        <w:t>This event somehow marked the history of Mecca, and as such, it has become an integral part of Hajj, but also of Umrah. There is no Umrah without sa'y, and there is no Hajj without sa'y. It is an essential part of these rituals, where thousands, tens of thousands, even millions of people remember Hagar and her son Ishmael. These events took place in history, four or five thousand years ago, in this area, when there were no walls, when there was nothing but desert, or stones and rocky terrain, a lifeless space.</w:t>
      </w:r>
    </w:p>
    <w:p/>
    <w:p>
      <w:r>
        <w:rPr>
          <w:b/>
          <w:color w:val="0F766E"/>
          <w:sz w:val="26"/>
        </w:rPr>
        <w:t>Zamzam — a miracle of Allah</w:t>
      </w:r>
    </w:p>
    <w:p/>
    <w:p>
      <w:r>
        <w:t>However, the Exalted Allah, the Most High, then sent to that mother and her son the angel Gabriel, who struck the ground here, about two hundred to three hundred meters from here, near the Kaaba. And there appeared the Zamzam spring, which has been flowing for over four thousand years. This is truly one of God's miracles in this world. The entire story of Zamzam, the history of Zamzam, but at the same time, the chemical composition of Zamzam water is unique in itself. There is a fantastic video, a wonderful documentary made by Al Jazeera about Zamzam water.</w:t>
      </w:r>
    </w:p>
    <w:p/>
    <w:p>
      <w:r>
        <w:rPr>
          <w:b/>
          <w:color w:val="0F766E"/>
          <w:sz w:val="26"/>
        </w:rPr>
        <w:t>Ayah about Safa and Marwah</w:t>
      </w:r>
    </w:p>
    <w:p/>
    <w:p>
      <w:r>
        <w:t>This act of worship is performed as a remembrance of that rich history, but also to draw lessons and messages from this act of worship. The Exalted Allah, the Most High, mentions these two places in the Holy Quran, saying:</w:t>
      </w:r>
    </w:p>
    <w:p/>
    <w:p>
      <w:r>
        <w:t>﴿Indeed, Safa and Marwah are among the symbols of Allah﴾ — "Indeed, Safa and Marwah are from Allah's signs."</w:t>
      </w:r>
    </w:p>
    <w:p/>
    <w:p>
      <w:r>
        <w:t>﴿So whoever performs Hajj to the House﴾ — "Whoever performs Hajj to the House,"</w:t>
      </w:r>
    </w:p>
    <w:p/>
    <w:p>
      <w:r>
        <w:t>﴿and performs Umrah﴾ — "or performs Umrah,"</w:t>
      </w:r>
    </w:p>
    <w:p/>
    <w:p>
      <w:r>
        <w:t>﴿there is no sin on him to perform Tawaf between them﴾ — "there is no sin, and it is not wrong to perform, to simply circle around them, or to visit them."</w:t>
      </w:r>
    </w:p>
    <w:p/>
    <w:p>
      <w:r>
        <w:rPr>
          <w:b/>
          <w:color w:val="0F766E"/>
          <w:sz w:val="26"/>
        </w:rPr>
        <w:t>Purification from disbelief and idolatry</w:t>
      </w:r>
    </w:p>
    <w:p/>
    <w:p>
      <w:r>
        <w:t>This means a command, even though it is stated in the form of permission. Previously, there were idols at Safa and Marwah, so it was difficult for the companions to visit those places where the polytheists of Quraysh and others kept idols. However, then Allah, the Exalted, said that there is no hindrance in that. Why? Because these honorable, noble, sacred places are purified from impurity, from what the Quran has called najis — impurity, namely idols and idolatry.</w:t>
      </w:r>
    </w:p>
    <w:p/>
    <w:p>
      <w:r>
        <w:t>﴿Indeed, Allah is Appreciative and Knowing﴾ — "Allah is the One who knows all good, and who will reward everyone for their deeds."</w:t>
      </w:r>
    </w:p>
    <w:p/>
    <w:p>
      <w:r>
        <w:t>So I ask Allah, the Exalted, to grant us every good, and also the understanding of the correct rituals that leave lessons on our souls and leave an impact on our souls, that change us for the better, and make us better people, better Muslims, better neighbors, and improve our condition in every way.</w:t>
      </w:r>
    </w:p>
    <w:p/>
    <w:p>
      <w:r>
        <w:rPr>
          <w:b/>
        </w:rPr>
        <w:t>Reference i teme</w:t>
      </w:r>
    </w:p>
    <w:p>
      <w:r>
        <w:t>Qur'an: Qur'an 2:158 (Inna al-Safa wa al-Marwa min sha'a'ir Allah), Qur'an 2:158 (Fa man hajja al-Bayt wa i'tamara fa la junah alayhi an yattawwafa bihima)</w:t>
      </w:r>
    </w:p>
    <w:p>
      <w:r>
        <w:t>Teme: #Sa'j — the ritual between Safa and Marwah, #Hagar — the mother and love for her child, #Hajj and Umrah, #Zamzam — the miracle of water, #Quranic signs (sha'a'ir), #Islamic rituals and their lessons, #Mecca — the holy place</w:t>
      </w:r>
    </w:p>
    <w:p/>
    <w:p>
      <w:r>
        <w:rPr>
          <w:i/>
          <w:color w:val="94A3B8"/>
          <w:sz w:val="16"/>
        </w:rPr>
        <w:t>Generated by MinbarLive — Knowledge Library · https://minbarlive.com/videos/en/sa-j-the-movement-between-safa-and-marwah-a-remembrance-of-mother-hagar-and-her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