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TED CRUZ LO ADMITE: Dice que presionó a Trump para lanzar un ataque contra Irán</w:t>
      </w:r>
    </w:p>
    <w:p>
      <w:r>
        <w:rPr>
          <w:b/>
        </w:rPr>
        <w:t xml:space="preserve">Izvor: </w:t>
      </w:r>
      <w:r>
        <w:rPr>
          <w:color w:val="0F766E"/>
        </w:rPr>
        <w:t>https://minbarlive.com/videos/es/ted-cruz-lo-admite-dice-que-presiono-a-trump-para-lanzar-un-ataque-contra-iran</w:t>
      </w:r>
    </w:p>
    <w:p/>
    <w:p>
      <w:r>
        <w:rPr>
          <w:i/>
        </w:rPr>
        <w:t>El senador Ted Cruz describe su encuentro con el presidente Trump a bordo del Air Force One el día antes de los ataques militares a Irán, donde instó a Trump a lanzar el ataque en lugar de buscar negociaciones, argumentando que el colapso de Irán mejoraría significativamente la seguridad nacional estadounidense.</w:t>
      </w:r>
    </w:p>
    <w:p/>
    <w:p>
      <w:r>
        <w:rPr>
          <w:b/>
        </w:rPr>
        <w:t>Sažetak</w:t>
      </w:r>
    </w:p>
    <w:p>
      <w:r>
        <w:t>El senador Ted Cruz relata una conversación a solas con el presidente Trump a bordo del Air Force One el día antes de que comenzaran los ataques militares de EE. UU. contra Irán. Durante el vuelo a Corpus Christi, Texas, Trump preguntó repetidamente a Cruz su opinión sobre lo que Estados Unidos debería hacer respecto a Irán. Cruz explicó que instó al presidente a proceder con la acción militar, argumentando que el régimen iraní estaba en su punto más débil y que no se debía perder la oportunidad de hacerlo colapsar. Sostuvo que muy pocos desarrollos mejorarían más la seguridad nacional estadounidense que el colapso del régimen iraní. Cuando Trump preguntó sobre la posibilidad de continuar negociaciones, Cruz desaconsejó esta opción, caracterizando al gobierno iraní como negociando de mala fe. Cruz argumentó que la estrategia del Ayatolá era usar las negociaciones como una táctica de dilación mientras reconstruía las capacidades militares iraníes. Propuso ofrecer al liderazgo iraní el mismo ultimátum que sugirió para el presidente venezolano Nicolás Maduro: o dejar el poder e irse al exilio, o enfrentar consecuencias no especificadas.</w:t>
      </w:r>
    </w:p>
    <w:p/>
    <w:p>
      <w:r>
        <w:rPr>
          <w:b/>
        </w:rPr>
        <w:t>Ključne poruke</w:t>
      </w:r>
    </w:p>
    <w:p>
      <w:pPr>
        <w:pStyle w:val="ListBullet"/>
      </w:pPr>
      <w:r>
        <w:t>Cruz se reunió con el presidente Trump a bordo del Air Force One un día antes de los ataques a Irán y le instó directamente a lanzar la acción militar.</w:t>
      </w:r>
    </w:p>
    <w:p>
      <w:pPr>
        <w:pStyle w:val="ListBullet"/>
      </w:pPr>
      <w:r>
        <w:t>Cruz argumentó que el régimen iraní estaba más débil que nunca y que su colapso mejoraría significativamente la seguridad nacional de Estados Unidos.</w:t>
      </w:r>
    </w:p>
    <w:p>
      <w:pPr>
        <w:pStyle w:val="ListBullet"/>
      </w:pPr>
      <w:r>
        <w:t>Cruz aconsejó a Trump que no continuara las negociaciones con Irán, afirmando que el gobierno iraní no negociaba de buena fe.</w:t>
      </w:r>
    </w:p>
    <w:p>
      <w:pPr>
        <w:pStyle w:val="ListBullet"/>
      </w:pPr>
      <w:r>
        <w:t>Cruz caracterizó la estrategia de negociación del Ayatollah como tácticas de dilación deliberadas diseñadas para permitir que Irán reconstruyera sus capacidades militares.</w:t>
      </w:r>
    </w:p>
    <w:p>
      <w:pPr>
        <w:pStyle w:val="ListBullet"/>
      </w:pPr>
      <w:r>
        <w:t>Cruz propuso ofrecer al liderazgo iraní un ultimátum similar al que se le ofreció a Nicolás Maduro: dejar el poder e irse al exilio, o enfrentar la alternativa de permanecer en el poder sin protección.</w:t>
      </w:r>
    </w:p>
    <w:p>
      <w:pPr>
        <w:pStyle w:val="ListBullet"/>
      </w:pPr>
      <w:r>
        <w:t>Cruz declaró que creía que no se debía perder la ventana de oportunidad para actuar contra Irán y que el momento era óptimo para la acción militar.</w:t>
      </w:r>
    </w:p>
    <w:p/>
    <w:p>
      <w:r>
        <w:rPr>
          <w:b/>
        </w:rPr>
        <w:t>Članak</w:t>
      </w:r>
    </w:p>
    <w:p>
      <w:r>
        <w:rPr>
          <w:b/>
          <w:color w:val="0F766E"/>
          <w:sz w:val="26"/>
        </w:rPr>
        <w:t>Reunión con el Presidente Trump Antes del Ataque</w:t>
      </w:r>
    </w:p>
    <w:p/>
    <w:p>
      <w:r>
        <w:t>El senador Ted Cruz describió estar con el presidente Trump el día antes de que se lanzaran los ataques militares en Irán. Cruz recordó que estuvo con Trump gran parte del viernes, volando en el Air Force One hacia Corpus Christi, Texas, para un evento programado. Durante el vuelo, Trump pidió a Cruz que se uniera a él en la limusina presidencial, donde los dos hablaron a solas durante un período prolongado. Trump preguntó a Cruz repetidamente qué pensaba que debería hacer Estados Unidos respecto a Irán.</w:t>
      </w:r>
    </w:p>
    <w:p/>
    <w:p>
      <w:r>
        <w:rPr>
          <w:b/>
          <w:color w:val="0F766E"/>
          <w:sz w:val="26"/>
        </w:rPr>
        <w:t>El Argumento de Cruz a Favor de la Acción Militar</w:t>
      </w:r>
    </w:p>
    <w:p/>
    <w:p>
      <w:r>
        <w:t>Cruz explicó que instó al presidente a lanzar el ataque. Le dijo a Trump que creía que no se debía perder el momento porque, en su evaluación, el régimen iraní era más débil que nunca. Cruz argumentó que si se podía colapsar el régimen, la seguridad nacional estadounidense mejoraría significativamente. Afirmó que muy pocos acontecimientos en la Tierra mejorarían más la seguridad nacional estadounidense que ver colapsar al régimen iraní.</w:t>
      </w:r>
    </w:p>
    <w:p/>
    <w:p>
      <w:r>
        <w:rPr>
          <w:b/>
          <w:color w:val="0F766E"/>
          <w:sz w:val="26"/>
        </w:rPr>
        <w:t>Rechazando Negociaciones</w:t>
      </w:r>
    </w:p>
    <w:p/>
    <w:p>
      <w:r>
        <w:t>Cuando Trump preguntó si Estados Unidos debería continuar con más negociaciones, Cruz dijo que desaconsejó hacerlo. Cruz afirmó que no creía que el gobierno iraní estuviera negociando de buena fe, caracterizándolos como mentirosos. Argumentó que la estrategia del Ayatolá era retrasar las negociaciones repetidamente mientras reconstruía las capacidades iraníes. Cruz sugirió que el único acuerdo que valdría la pena aceptar sería uno que reflejara el que Trump había ofrecido al presidente venezolano Nicolás Maduro: la opción de abandonar el país y vivir en el exilio, o enfrentar consecuencias no especificadas si permanecían en el poder. Cruz señaló que Maduro había rechazado esa oferta y sugirió que probablemente se arrepentía de esa decisión. Propuso ofrecer la misma elección al Ayatolá y a los mulás iraníes: dejar el poder y permitir que un nuevo régimen tomara el control, o enfrentar la alternativa.</w:t>
      </w:r>
    </w:p>
    <w:p/>
    <w:p>
      <w:r>
        <w:rPr>
          <w:b/>
        </w:rPr>
        <w:t>Reference i teme</w:t>
      </w:r>
    </w:p>
    <w:p>
      <w:r>
        <w:t>Teme: #Relaciones entre EE. UU. e Irán, #Política exterior de la administración Trump, #Intervención militar, #Negociaciones políticas, #Seguridad nacional de EE. UU., #Ted Cruz, #Política hacia Irán</w:t>
      </w:r>
    </w:p>
    <w:p/>
    <w:p>
      <w:r>
        <w:rPr>
          <w:i/>
          <w:color w:val="94A3B8"/>
          <w:sz w:val="16"/>
        </w:rPr>
        <w:t>Generated by MinbarLive — Knowledge Library · https://minbarlive.com/videos/es/ted-cruz-lo-admite-dice-que-presiono-a-trump-para-lanzar-un-ataque-contra-iran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