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TED CRUZ L'ADMET : Il dit avoir poussé Trump à lancer une attaque contre l'Iran</w:t>
      </w:r>
    </w:p>
    <w:p>
      <w:r>
        <w:rPr>
          <w:b/>
        </w:rPr>
        <w:t xml:space="preserve">Izvor: </w:t>
      </w:r>
      <w:r>
        <w:rPr>
          <w:color w:val="0F766E"/>
        </w:rPr>
        <w:t>https://minbarlive.com/videos/fr/ted-cruz-l-admet-il-dit-avoir-pousse-trump-a-lancer-une-attaque-contre-l-iran</w:t>
      </w:r>
    </w:p>
    <w:p/>
    <w:p>
      <w:r>
        <w:rPr>
          <w:i/>
        </w:rPr>
        <w:t>Le sénateur Ted Cruz décrit sa rencontre avec le président Trump à bord de l'Air Force One, la veille des frappes militaires contre l'Iran, où il a exhorté Trump à lancer l'attaque plutôt qu'à poursuivre des négociations, arguant que l'effondrement de l'Iran améliorerait considérablement la sécurité nationale américaine.</w:t>
      </w:r>
    </w:p>
    <w:p/>
    <w:p>
      <w:r>
        <w:rPr>
          <w:b/>
        </w:rPr>
        <w:t>Sažetak</w:t>
      </w:r>
    </w:p>
    <w:p>
      <w:r>
        <w:t>Le sénateur Ted Cruz raconte une conversation en tête-à-tête avec le président Trump à bord de l'Air Force One, la veille des frappes militaires américaines contre l'Iran. Pendant le vol vers Corpus Christi, au Texas, Trump a demandé à plusieurs reprises à Cruz son avis sur ce que les États-Unis devraient faire concernant l'Iran. Cruz a expliqué qu'il avait exhorté le président à procéder à une action militaire, soutenant que le régime iranien était à son point le plus faible et qu'il ne fallait pas manquer l'occasion de le faire s'effondrer. Il a affirmé que très peu de développements amélioreraient davantage la sécurité nationale américaine que l'effondrement du régime iranien. Lorsque Trump a demandé s'il fallait poursuivre d'autres négociations, Cruz a déconseillé cette option, qualifiant le gouvernement iranien de négociant de mauvaise foi. Cruz a soutenu que la stratégie de l'Ayatollah était d'utiliser les négociations comme tactique de retard tout en reconstruisant les capacités militaires iraniennes. Il a proposé d'offrir à la direction iranienne le même ultimatum qu'il avait suggéré pour le président vénézuélien Nicolás Maduro : soit quitter le pouvoir et s'exiler, soit faire face à des conséquences non spécifiées.</w:t>
      </w:r>
    </w:p>
    <w:p/>
    <w:p>
      <w:r>
        <w:rPr>
          <w:b/>
        </w:rPr>
        <w:t>Ključne poruke</w:t>
      </w:r>
    </w:p>
    <w:p>
      <w:pPr>
        <w:pStyle w:val="ListBullet"/>
      </w:pPr>
      <w:r>
        <w:t>Cruz a rencontré le président Trump à bord de l'Air Force One la veille des frappes en Iran et lui a directement demandé de lancer l'action militaire.</w:t>
      </w:r>
    </w:p>
    <w:p>
      <w:pPr>
        <w:pStyle w:val="ListBullet"/>
      </w:pPr>
      <w:r>
        <w:t>Cruz a soutenu que le régime iranien était plus faible que jamais et que son effondrement améliorerait considérablement la sécurité nationale américaine.</w:t>
      </w:r>
    </w:p>
    <w:p>
      <w:pPr>
        <w:pStyle w:val="ListBullet"/>
      </w:pPr>
      <w:r>
        <w:t>Cruz a conseillé à Trump de ne pas poursuivre d'autres négociations avec l'Iran, affirmant que le gouvernement iranien ne négociait pas de bonne foi.</w:t>
      </w:r>
    </w:p>
    <w:p>
      <w:pPr>
        <w:pStyle w:val="ListBullet"/>
      </w:pPr>
      <w:r>
        <w:t>Cruz a caractérisé la stratégie de négociation de l'Ayatollah comme des tactiques de retard délibérées visant à permettre à l'Iran de reconstruire ses capacités militaires.</w:t>
      </w:r>
    </w:p>
    <w:p>
      <w:pPr>
        <w:pStyle w:val="ListBullet"/>
      </w:pPr>
      <w:r>
        <w:t>Cruz a proposé d'offrir aux dirigeants iraniens un ultimatum similaire à celui proposé à Nicolás Maduro : quitter le pouvoir et s'exiler, ou faire face à l'alternative de rester au pouvoir sans protection.</w:t>
      </w:r>
    </w:p>
    <w:p>
      <w:pPr>
        <w:pStyle w:val="ListBullet"/>
      </w:pPr>
      <w:r>
        <w:t>Cruz a déclaré qu'il croyait que la fenêtre d'opportunité pour agir contre l'Iran ne devait pas être manquée et que le moment était optimal pour une action militaire.</w:t>
      </w:r>
    </w:p>
    <w:p/>
    <w:p>
      <w:r>
        <w:rPr>
          <w:b/>
        </w:rPr>
        <w:t>Članak</w:t>
      </w:r>
    </w:p>
    <w:p>
      <w:r>
        <w:rPr>
          <w:b/>
          <w:color w:val="0F766E"/>
          <w:sz w:val="26"/>
        </w:rPr>
        <w:t>Rencontre avec le Président Trump avant l'attaque</w:t>
      </w:r>
    </w:p>
    <w:p/>
    <w:p>
      <w:r>
        <w:t>Le sénateur Ted Cruz a décrit sa rencontre avec le Président Trump la veille des frappes militaires contre l'Iran. Cruz se souvenait qu'il était avec Trump pendant une grande partie du vendredi, volant sur Air Force One vers Corpus Christi, au Texas, pour un événement prévu. Pendant le vol, Trump a demandé à Cruz de le rejoindre dans la limousine présidentielle, où ils ont parlé en tête-à-tête pendant une longue période. Trump a demandé à Cruz à plusieurs reprises ce qu'il pensait que les États-Unis devraient faire concernant l'Iran.</w:t>
      </w:r>
    </w:p>
    <w:p/>
    <w:p>
      <w:r>
        <w:rPr>
          <w:b/>
          <w:color w:val="0F766E"/>
          <w:sz w:val="26"/>
        </w:rPr>
        <w:t>L'argument de Cruz pour l'action militaire</w:t>
      </w:r>
    </w:p>
    <w:p/>
    <w:p>
      <w:r>
        <w:t>Cruz a expliqué qu'il avait exhorté le président à lancer l'attaque. Il a dit à Trump qu'il croyait que le moment ne devait pas être manqué car, selon lui, le régime iranien était plus faible qu'il ne l'avait jamais été. Cruz a soutenu que si le régime pouvait être renversé, la sécurité nationale américaine s'améliorerait considérablement. Il a déclaré que très peu de développements sur Terre feraient plus pour améliorer la sécurité nationale américaine que de voir le régime iranien s'effondrer.</w:t>
      </w:r>
    </w:p>
    <w:p/>
    <w:p>
      <w:r>
        <w:rPr>
          <w:b/>
          <w:color w:val="0F766E"/>
          <w:sz w:val="26"/>
        </w:rPr>
        <w:t>Rejet des négociations</w:t>
      </w:r>
    </w:p>
    <w:p/>
    <w:p>
      <w:r>
        <w:t>Lorsque Trump a demandé si les États-Unis devaient poursuivre d'autres négociations, Cruz a dit qu'il avait déconseillé cela. Cruz a déclaré qu'il ne croyait pas que le gouvernement iranien négociait de bonne foi, les qualifiant de menteurs. Il a soutenu que la stratégie de l'Ayatollah était de retarder les négociations à plusieurs reprises tout en reconstruisant les capacités iraniennes. Cruz a suggéré que le seul accord valable serait celui que Trump avait proposé au président vénézuélien Nicolás Maduro : l'option de quitter le pays et de vivre en exil, ou de faire face à des conséquences non spécifiées s'ils restaient au pouvoir. Cruz a noté que Maduro avait rejeté cette offre et a suggéré que Maduro regrettait probablement cette décision. Il a proposé d'offrir le même choix à l'Ayatollah et aux mollahs iraniens : quitter le pouvoir et permettre à un nouveau régime de prendre le contrôle, ou faire face à l'alternative.</w:t>
      </w:r>
    </w:p>
    <w:p/>
    <w:p>
      <w:r>
        <w:rPr>
          <w:b/>
        </w:rPr>
        <w:t>Reference i teme</w:t>
      </w:r>
    </w:p>
    <w:p>
      <w:r>
        <w:t>Teme: #Relations entre les États-Unis et l'Iran, #Politique étrangère de l'administration Trump, #Intervention militaire, #Négociations politiques, #Sécurité nationale des États-Unis, #Ted Cruz, #Politique envers l'Iran</w:t>
      </w:r>
    </w:p>
    <w:p/>
    <w:p>
      <w:r>
        <w:rPr>
          <w:i/>
          <w:color w:val="94A3B8"/>
          <w:sz w:val="16"/>
        </w:rPr>
        <w:t>Generated by MinbarLive — Knowledge Library · https://minbarlive.com/videos/fr/ted-cruz-l-admet-il-dit-avoir-pousse-trump-a-lancer-une-attaque-contre-l-iran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