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TED CRUZ TO PRIZNAJE: Kaže da je nagovarao Trumpa na napad na Iran</w:t>
      </w:r>
    </w:p>
    <w:p>
      <w:r>
        <w:rPr>
          <w:b/>
        </w:rPr>
        <w:t xml:space="preserve">Izvor: </w:t>
      </w:r>
      <w:r>
        <w:rPr>
          <w:color w:val="0F766E"/>
        </w:rPr>
        <w:t>https://minbarlive.com/videos/hr/ted-cruz-to-priznaje-kaze-da-je-nagovarao-trumpa-na-napad-na-iran</w:t>
      </w:r>
    </w:p>
    <w:p/>
    <w:p>
      <w:r>
        <w:rPr>
          <w:i/>
        </w:rPr>
        <w:t>Senator Ted Cruz opisuje susret s predsjednikom Trumpom na Air Force One dan prije vojnog napada na Iran, gdje je potaknuo Trumpa da pokrene napad umjesto da traži pregovore, tvrdeći da bi kolaps Irana značajno poboljšao američku nacionalnu sigurnost.</w:t>
      </w:r>
    </w:p>
    <w:p/>
    <w:p>
      <w:r>
        <w:rPr>
          <w:b/>
        </w:rPr>
        <w:t>Sažetak</w:t>
      </w:r>
    </w:p>
    <w:p>
      <w:r>
        <w:t>Senator Ted Cruz prepričava razgovor s predsjednikom Trumpom na Air Force One dan prije nego što su pokrenuti vojnici napadi na Iran. Tijekom leta za Corpus Christi u Teksasu, Trump je više puta pitao Cruza za njegovu procjenu što Sjedinjene Države trebaju učiniti u vezi s Iranom. Cruz je objasnio da je potaknuo predsjednika da krene u vojnu akciju, tvrdeći da je iranski režim na svom najslabijem mjestu i da se ta prilika ne smije propustiti. Tvrdio je da bi vrlo malo događaja više poboljšalo nacionalnu sigurnost Amerike od kolapsa iranskog režima. Kada je Trump pitao o daljnjim pregovorima, Cruz je savjetovao protiv toga, karakterizirajući iransku vladu kao pregovaračku u lošoj vjeri. Cruz je tvrdio da je strategija ajatolaha koristiti pregovore kao taktiku odlaganja dok obnavlja iranske vojne sposobnosti. Predložio je da se iranskom vodstvu ponudi isti ultimatum koji je predložio za venezuelanskog predsjednika Nicolása Madura: ili napustiti vlast i otići u egzil, ili se suočiti s neodređenim posljedicama.</w:t>
      </w:r>
    </w:p>
    <w:p/>
    <w:p>
      <w:r>
        <w:rPr>
          <w:b/>
        </w:rPr>
        <w:t>Ključne poruke</w:t>
      </w:r>
    </w:p>
    <w:p>
      <w:pPr>
        <w:pStyle w:val="ListBullet"/>
      </w:pPr>
      <w:r>
        <w:t>Cruz se sastao s predsjednikom Trumpom na Air Force One dan prije napada na Iran i izravno ga je potaknuo na pokretanje vojne akcije.</w:t>
      </w:r>
    </w:p>
    <w:p>
      <w:pPr>
        <w:pStyle w:val="ListBullet"/>
      </w:pPr>
      <w:r>
        <w:t>Cruz je tvrdio da je iranski režim slabiji nego ikad prije i da bi njegov kolaps značajno poboljšao nacionalnu sigurnost SAD-a.</w:t>
      </w:r>
    </w:p>
    <w:p>
      <w:pPr>
        <w:pStyle w:val="ListBullet"/>
      </w:pPr>
      <w:r>
        <w:t>Cruz je savjetovao Trumpa da ne nastavlja daljnje pregovore s Iranom, tvrdeći da iranska vlada ne pregovara u dobroj vjeri.</w:t>
      </w:r>
    </w:p>
    <w:p>
      <w:pPr>
        <w:pStyle w:val="ListBullet"/>
      </w:pPr>
      <w:r>
        <w:t>Cruz je karakterizirao strategiju pregovaranja Ajatole kao namjerne taktike odgađanja koje su osmišljene da omoguće Iranu obnovu svojih vojnih sposobnosti.</w:t>
      </w:r>
    </w:p>
    <w:p>
      <w:pPr>
        <w:pStyle w:val="ListBullet"/>
      </w:pPr>
      <w:r>
        <w:t>Cruz je predložio da se iranskom vodstvu ponudi ultimatum sličan onome koji je ponuđen Nicolásu Maduru: napustiti vlast i otići u egzil ili se suočiti s alternativom ostajanja na vlasti bez zaštite.</w:t>
      </w:r>
    </w:p>
    <w:p>
      <w:pPr>
        <w:pStyle w:val="ListBullet"/>
      </w:pPr>
      <w:r>
        <w:t>Cruz je izjavio da vjeruje da prozor prilike za djelovanje protiv Irana ne bi trebao biti propušten i da je trenutak optimalan za vojnu akciju.</w:t>
      </w:r>
    </w:p>
    <w:p/>
    <w:p>
      <w:r>
        <w:rPr>
          <w:b/>
        </w:rPr>
        <w:t>Članak</w:t>
      </w:r>
    </w:p>
    <w:p>
      <w:r>
        <w:rPr>
          <w:b/>
          <w:color w:val="0F766E"/>
          <w:sz w:val="26"/>
        </w:rPr>
        <w:t>Susret s predsjednikom Trumpom prije napada</w:t>
      </w:r>
    </w:p>
    <w:p/>
    <w:p>
      <w:r>
        <w:t>Senator Ted Cruz opisao je kako je bio s predsjednikom Trumpom dan prije nego što su pokrenuti vojnici napadi na Iran. Cruz se sjeća da je veći dio petka bio s Trumpom, leteći na Air Force One u Corpus Christi, Texas, na planirani događaj. Tijekom leta, Trump je zamolio Cruza da mu se pridruži u predsjedničkoj limuzini, gdje su obojica razgovarali jedan na jedan dulje vrijeme. Trump je više puta pitao Cruza što misli da bi Sjedinjene Države trebale učiniti u vezi s Iranom.</w:t>
      </w:r>
    </w:p>
    <w:p/>
    <w:p>
      <w:r>
        <w:rPr>
          <w:b/>
          <w:color w:val="0F766E"/>
          <w:sz w:val="26"/>
        </w:rPr>
        <w:t>Cruzov argument za vojnu akciju</w:t>
      </w:r>
    </w:p>
    <w:p/>
    <w:p>
      <w:r>
        <w:t>Cruz je objasnio da je potaknuo predsjednika da pokrene napad. Rekao je Trumpu da vjeruje da trenutak ne bi trebao biti propušten jer je, prema njegovoj procjeni, iranski režim bio slabiji nego ikad prije. Cruz je tvrdio da bi, ako se režim sruši, američka nacionalna sigurnost značajno poboljšala. Izjavio je da vrlo malo događaja na Zemlji može više poboljšati američku nacionalnu sigurnost od rušenja iranskog režima.</w:t>
      </w:r>
    </w:p>
    <w:p/>
    <w:p>
      <w:r>
        <w:rPr>
          <w:b/>
          <w:color w:val="0F766E"/>
          <w:sz w:val="26"/>
        </w:rPr>
        <w:t>Odbijanje pregovora</w:t>
      </w:r>
    </w:p>
    <w:p/>
    <w:p>
      <w:r>
        <w:t>Kada je Trump pitao treba li Sjedinjene Države nastaviti s daljnjim pregovorima, Cruz je rekao da je savjetovao protiv toga. Cruz je izjavio da ne vjeruje da iranska vlada pregovara u dobroj vjeri, karakterizirajući ih kao lažljivce. Tvrdio je da je strategija Ajatole odgađati pregovore dok ponovno ne izgrade iranske sposobnosti. Cruz je sugerirao da bi jedini dogovor vrijedan prihvaćanja bio onaj koji je Trump ponudio venezuelanskom predsjedniku Nicolásu Maduru: opcija napustiti zemlju i živjeti u egzilu ili se suočiti s neodređenim posljedicama ako ostanu na vlasti. Cruz je napomenuo da je Maduro odbio tu ponudu i sugerirao da vjerojatno žali zbog te odluke. Predložio je da se Ajatoli i iranskim mullahima ponudi ista opcija: napustiti vlast i omogućiti novom režimu da preuzme kontrolu ili se suočiti s alternativom.</w:t>
      </w:r>
    </w:p>
    <w:p/>
    <w:p>
      <w:r>
        <w:rPr>
          <w:b/>
        </w:rPr>
        <w:t>Reference i teme</w:t>
      </w:r>
    </w:p>
    <w:p>
      <w:r>
        <w:t>Teme: #Odnos između SAD-a i Irana, #Vanjska politika Trumpove administracije, #Vojna intervencija, #Političke pregovore, #Nacionalna sigurnost SAD-a, #Ted Cruz, #Politika prema Iranu</w:t>
      </w:r>
    </w:p>
    <w:p/>
    <w:p>
      <w:r>
        <w:rPr>
          <w:i/>
          <w:color w:val="94A3B8"/>
          <w:sz w:val="16"/>
        </w:rPr>
        <w:t>Generated by MinbarLive — Knowledge Library · https://minbarlive.com/videos/hr/ted-cruz-to-priznaje-kaze-da-je-nagovarao-trumpa-na-napad-na-iran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