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ТЕД КРУЗ ПРИЗНАЁТ: Он говорит, что подталкивал Трампа к атаке на Иран</w:t>
      </w:r>
    </w:p>
    <w:p>
      <w:r>
        <w:rPr>
          <w:b/>
        </w:rPr>
        <w:t xml:space="preserve">Izvor: </w:t>
      </w:r>
      <w:r>
        <w:rPr>
          <w:color w:val="0F766E"/>
        </w:rPr>
        <w:t>https://minbarlive.com/videos/ru/ted-cruz-admits-it-he-says-he-pushed-trump-to-lanch-attack-on-iran</w:t>
      </w:r>
    </w:p>
    <w:p/>
    <w:p>
      <w:r>
        <w:rPr>
          <w:i/>
        </w:rPr>
        <w:t>Сенатор Тед Круз описывает встречу с президентом Трампом на борту Air Force One накануне военных ударов по Ирану, где он призвал Трампа начать атаку, а не продолжать переговоры, утверждая, чтоCollapse Ирана значительно улучшит национальную безопасность США.</w:t>
      </w:r>
    </w:p>
    <w:p/>
    <w:p>
      <w:r>
        <w:rPr>
          <w:b/>
        </w:rPr>
        <w:t>Sažetak</w:t>
      </w:r>
    </w:p>
    <w:p>
      <w:r>
        <w:t>Сенатор Тед Круз рассказывает о беседе один на один с президентом Трампом на борту Air Force One накануне военных ударов США по Ирану. Во время полета в Корпус-Кристи, Техас, Трамп неоднократно спрашивал Круза о его оценке того, что США должны сделать в отношении Ирана. Круз объяснил, что призвал президента к военным действиям, утверждая, что иранский режим находится в самом слабом положении, и упустить возможность его свержения нельзя. Он утверждал, что очень немногие события могут так улучшить национальную безопасность США, как падение иранского режима. Когда Трамп спросил о возможности дальнейших переговоров, Круз посоветовал отказаться от этого, охарактеризовав иранское правительство как ведущее переговоры недобросовестно. Круз утверждал, что стратегия аятоллы заключается в использовании переговоров как тактики затягивания, пока восстанавливаются иранские военные возможности. Он предложил предложить иранскому руководству тот же ультиматум, который он предложил президенту Венесуэлы Николасу Мадуро: либо покинуть власть и уйти в изгнание, либо столкнуться с неопределенными последствиями.</w:t>
      </w:r>
    </w:p>
    <w:p/>
    <w:p>
      <w:r>
        <w:rPr>
          <w:b/>
        </w:rPr>
        <w:t>Ključne poruke</w:t>
      </w:r>
    </w:p>
    <w:p>
      <w:pPr>
        <w:pStyle w:val="ListBullet"/>
      </w:pPr>
      <w:r>
        <w:t>Круз встретился с президентом Трампом на борту Air Force One за день до ударов по Ирану и прямо призвал его начать военные действия.</w:t>
      </w:r>
    </w:p>
    <w:p>
      <w:pPr>
        <w:pStyle w:val="ListBullet"/>
      </w:pPr>
      <w:r>
        <w:t>Круз утверждал, что иранский режим слабее, чем когда-либо, и его падение значительно улучшит национальную безопасность США.</w:t>
      </w:r>
    </w:p>
    <w:p>
      <w:pPr>
        <w:pStyle w:val="ListBullet"/>
      </w:pPr>
      <w:r>
        <w:t>Круз посоветовал Трампу не продолжать переговоры с Ираном, утверждая, что иранское правительство не ведет переговоры добросовестно.</w:t>
      </w:r>
    </w:p>
    <w:p>
      <w:pPr>
        <w:pStyle w:val="ListBullet"/>
      </w:pPr>
      <w:r>
        <w:t>Круз охарактеризовал стратегию переговоров аятоллы как преднамеренные тактики затягивания, чтобы позволить Ирану восстановить свои военные возможности.</w:t>
      </w:r>
    </w:p>
    <w:p>
      <w:pPr>
        <w:pStyle w:val="ListBullet"/>
      </w:pPr>
      <w:r>
        <w:t>Круз предложил предложить иранскому руководству ультиматум, аналогичный тому, который был предложен Николасу Мадуро: уйти от власти и уехать в изгнание или остаться у власти без защиты.</w:t>
      </w:r>
    </w:p>
    <w:p>
      <w:pPr>
        <w:pStyle w:val="ListBullet"/>
      </w:pPr>
      <w:r>
        <w:t>Круз заявил, что считает, что окно возможностей для действий против Ирана не должно быть упущено и что время для военных действий оптимально.</w:t>
      </w:r>
    </w:p>
    <w:p/>
    <w:p>
      <w:r>
        <w:rPr>
          <w:b/>
        </w:rPr>
        <w:t>Članak</w:t>
      </w:r>
    </w:p>
    <w:p>
      <w:r>
        <w:rPr>
          <w:b/>
          <w:color w:val="0F766E"/>
          <w:sz w:val="26"/>
        </w:rPr>
        <w:t>Встреча с Президентом Трампом перед ударом</w:t>
      </w:r>
    </w:p>
    <w:p/>
    <w:p>
      <w:r>
        <w:t>Сенатор Тед Круз рассказал о встрече с Президентом Трампом накануне военных ударов по Ирану. Круз вспомнил, что большую часть пятницы он провел с Трампом, летя на Air Force One в Корпус-Кристи, Техас, на запланированное мероприятие. Во время полета Трамп попросил Круза присоединиться к нему в президентском лимузине, где они долго разговаривали наедине. Трамп неоднократно спрашивал Круза, что, по его мнению, США должны сделать в отношении Ирана.</w:t>
      </w:r>
    </w:p>
    <w:p/>
    <w:p>
      <w:r>
        <w:rPr>
          <w:b/>
          <w:color w:val="0F766E"/>
          <w:sz w:val="26"/>
        </w:rPr>
        <w:t>Аргумент Круза за военные действия</w:t>
      </w:r>
    </w:p>
    <w:p/>
    <w:p>
      <w:r>
        <w:t>Круз объяснил, что он призвал президента начать атаку. Он сказал Трампу, что не следует упускать этот момент, потому что, по его оценке, иранский режим был слабее, чем когда-либо. Круз утверждал, что если режим удастся свалить, национальная безопасность США значительно улучшится. Он заявил, что очень немногие события на Земле могут так же сильно улучшить национальную безопасность США, как падение иранского режима.</w:t>
      </w:r>
    </w:p>
    <w:p/>
    <w:p>
      <w:r>
        <w:rPr>
          <w:b/>
          <w:color w:val="0F766E"/>
          <w:sz w:val="26"/>
        </w:rPr>
        <w:t>Отказ от переговоров</w:t>
      </w:r>
    </w:p>
    <w:p/>
    <w:p>
      <w:r>
        <w:t>Когда Трамп спросил, следует ли США продолжать переговоры, Круз ответил, что против этого. Круз заявил, что не верит, что иранское правительство ведет переговоры добросовестно, охарактеризовав их как лжецов. Он утверждал, что стратегия аятоллы заключалась в том, чтобы постоянно затягивать переговоры, восстанавливая иранские возможности. Круз предложил, что единственное соглашение, которое стоит принять, будет напоминать то, что Трамп предложил президенту Венесуэлы Николасу Мадуро: возможность покинуть страну и жить в изгнании или столкнуться с неопределенными последствиями, если они останутся у власти. Круз отметил, что Мадуро отклонил это предложение и предположил, что он, вероятно, сожалеет о своем решении. Он предложил предложить тот же выбор аятолле и иранским муллам: оставить власть и позволить новому режиму взять контроль или столкнуться с альтернативой.</w:t>
      </w:r>
    </w:p>
    <w:p/>
    <w:p>
      <w:r>
        <w:rPr>
          <w:b/>
        </w:rPr>
        <w:t>Reference i teme</w:t>
      </w:r>
    </w:p>
    <w:p>
      <w:r>
        <w:t>Teme: #Отношения США и Ирана, #Внешняя политика администрации Трампа, #Военное вмешательство, #Политические переговоры, #Национальная безопасность США, #Тед Круз, #Политика в отношении Ирана</w:t>
      </w:r>
    </w:p>
    <w:p/>
    <w:p>
      <w:r>
        <w:rPr>
          <w:i/>
          <w:color w:val="94A3B8"/>
          <w:sz w:val="16"/>
        </w:rPr>
        <w:t>Generated by MinbarLive — Knowledge Library · https://minbarlive.com/videos/ru/ted-cruz-admits-it-he-says-he-pushed-trump-to-lanch-attack-on-iran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