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Najveći informacijski rat u ljudskoj povijesti</w:t>
      </w:r>
    </w:p>
    <w:p>
      <w:r>
        <w:rPr>
          <w:b/>
        </w:rPr>
        <w:t xml:space="preserve">Govornik: </w:t>
      </w:r>
      <w:r>
        <w:t>Harrison H. Smith</w:t>
      </w:r>
    </w:p>
    <w:p>
      <w:r>
        <w:rPr>
          <w:b/>
        </w:rPr>
        <w:t xml:space="preserve">Izvor: </w:t>
      </w:r>
      <w:r>
        <w:rPr>
          <w:color w:val="0F766E"/>
        </w:rPr>
        <w:t>https://minbarlive.com/videos/hr/najveci-informacijski-rat-u-ljudskoj-povijesti</w:t>
      </w:r>
    </w:p>
    <w:p/>
    <w:p>
      <w:r>
        <w:rPr>
          <w:i/>
        </w:rPr>
        <w:t>Židovski organizacijski vođa izlaže sveobuhvatnu strategiju za borbu protiv antisemitizma i antiizraelskog sentimenta na informacijskim platformama, u pravosudnom sustavu, obrazovanju i vladinoj politici, okvira tu borbu kao osmi front sukoba koji zahtijeva tehnološku, pravnu i institucionalnu mobilizaciju.</w:t>
      </w:r>
    </w:p>
    <w:p/>
    <w:p>
      <w:r>
        <w:rPr>
          <w:b/>
        </w:rPr>
        <w:t>Sažetak</w:t>
      </w:r>
    </w:p>
    <w:p>
      <w:r>
        <w:t>Ovaj govor predstavlja višeslojan pristup borbi protiv antisemitizma i onoga što govornik karakterizira kao antiizraelske sentiment u suvremenom društvu. Govornik sukob okvira kao 'osmu frontu' koja se vodi prvenstveno putem informatičkog ratovanja—posebno na društvenim mrežama poput TikToka, za koje govornik tvrdi da značajno povećava antisemitizam među mladima. Strategija obuhvaća praćenje ekstremista na digitalnim platformama; ažuriranje organizacijskih politika kako bi se anti-cionizam označio kao antisemitizam; obuku policije; suradnju s tvrtkama za umjetnu inteligenciju u oblikovanju velikih jezičnih modela; uspostavljanje jedinstvenih platformi za podatke; i pokretanje pravnih akcija protiv pojedinaca optuženih za antisemitističku retoriku. Govornik raspravlja o reformi vlade, uključujući restrukturiranje Ureda posebnog izaslanika za borbu protiv antisemitizma i zalaganje za označavanje Židova kao zaštićene manjine s pravom na sigurnost financiranu od strane vlade i institucionalnu podršku. Govor također obrađuje političku strategiju—ciljanje kandidata koji se protive govornikovom planu—te pozicionira geopolitički uspon Izraela kao središnji za sigurnost i identitet židovske dijaspore. Tijekom cijelog govora, govornik naglašava da bi kritika politike izraelske vlade trebala biti preformulirana kao antisemitizam, te predstavlja binarni izbor između podrške Izraelu i protivljenja antisemitizmu.</w:t>
      </w:r>
    </w:p>
    <w:p/>
    <w:p>
      <w:r>
        <w:rPr>
          <w:b/>
        </w:rPr>
        <w:t>Ključne poruke</w:t>
      </w:r>
    </w:p>
    <w:p>
      <w:pPr>
        <w:pStyle w:val="ListBullet"/>
      </w:pPr>
      <w:r>
        <w:t>Govornik identificira društvene mreže i informacijski rat kao primarno bojno polje u suvremenom sukobu, tvrdeći da platforme poput TikToka značajno povećavaju antisemitizam među mladima.</w:t>
      </w:r>
    </w:p>
    <w:p>
      <w:pPr>
        <w:pStyle w:val="ListBullet"/>
      </w:pPr>
      <w:r>
        <w:t>Organizacijska strategija uključuje sveobuhvatno praćenje ekstremista na digitalnim platformama, aplikacijama za razmjenu poruka, video igricama, kriptovalutama, podcastima i drugim medijima; dijeljenje obavještajnih podataka s policijom; i uklanjanje sadržaja koji krši politike o štetnim stereotipima i negiranju holokausta.</w:t>
      </w:r>
    </w:p>
    <w:p>
      <w:pPr>
        <w:pStyle w:val="ListBullet"/>
      </w:pPr>
      <w:r>
        <w:t>Govornik se zalaže za promjene politika koje bi termin 'cionista' zaštitile od govora mržnje i preformulirale anti-cionizam kao antisemitizam, tretirajući kritiku politike izraelske vlade kao neodvojivu od antisemitizma.</w:t>
      </w:r>
    </w:p>
    <w:p>
      <w:pPr>
        <w:pStyle w:val="ListBullet"/>
      </w:pPr>
      <w:r>
        <w:t>Strategija uključuje suradnju s velikim AI kompanijama (OpenAI, Alphabet, Anthropic, Meta, Microsoft) za obuku velikih jezičnih modela i razvoj jedinstvenih podataka koji integriraju zdravstvene, dijagnostičke i genomske podatke u svrhu obavještajnih aktivnosti.</w:t>
      </w:r>
    </w:p>
    <w:p>
      <w:pPr>
        <w:pStyle w:val="ListBullet"/>
      </w:pPr>
      <w:r>
        <w:t>Govornik opisuje mehanizme provedbe koji uključuju javno identificiranje optuženih antisemita, tužbe, suradnju s policijom za zatvaranje počinitelja, otkazivanje posla i trajne reputacijske posljedice.</w:t>
      </w:r>
    </w:p>
    <w:p>
      <w:pPr>
        <w:pStyle w:val="ListBullet"/>
      </w:pPr>
      <w:r>
        <w:t>Govornik se zalaže za vladinu zaštitu Židova kao manjinske skupine, vladino financiranje sigurnosti za židovske zajednice i institucije, te sveobuhvatnu reformu obrazovanja kako bi se poučavalo o doprinosima Židova društvu.</w:t>
      </w:r>
    </w:p>
    <w:p>
      <w:pPr>
        <w:pStyle w:val="ListBullet"/>
      </w:pPr>
      <w:r>
        <w:t>Govornik postavlja geopolitički uspon Izraela kao transformativan i okvir podrške Izraelu kao neodvojiv od identiteta i sigurnosti židovske dijaspore, predstavljajući izbor između ostanka u onome što se karakterizira kao opadajuće američko carstvo ili preseljenja u Izrael.</w:t>
      </w:r>
    </w:p>
    <w:p/>
    <w:p>
      <w:r>
        <w:rPr>
          <w:b/>
        </w:rPr>
        <w:t>Članak</w:t>
      </w:r>
    </w:p>
    <w:p>
      <w:r>
        <w:rPr>
          <w:b/>
          <w:color w:val="0F766E"/>
          <w:sz w:val="26"/>
        </w:rPr>
        <w:t>Evolucija sukoba</w:t>
      </w:r>
    </w:p>
    <w:p/>
    <w:p>
      <w:r>
        <w:t>Mislim da dolazi još jedna revolucija. Težim usmjeriti to prema postizanju šireg mira kada je povijest na dohvat ruke. Ono što Izrael ovdje vodi nije samo rat na južnoj fronti, već rat na osmoj fronti za Židove. Rim i Jeruzalem sukobili su se oko vrijednosti, velika tragedija za židovski narod. Tu smo izgubili. Mislim da moramo pobijediti u sljedećem ratu. Novi Rim su Sjedinjene Američke Države. Prekinuli smo s igrom obrane i prešli na napad.</w:t>
      </w:r>
    </w:p>
    <w:p/>
    <w:p>
      <w:r>
        <w:rPr>
          <w:b/>
          <w:color w:val="0F766E"/>
          <w:sz w:val="26"/>
        </w:rPr>
        <w:t>Prilagodba oružja modernim bojištima</w:t>
      </w:r>
    </w:p>
    <w:p/>
    <w:p>
      <w:r>
        <w:t>Oružje se mijenja s vremenom. Danas ne možete ratovati s mačevima— to ne funkcionira dobro. Ali trebamo genijalnost koja je proizvodila pager-e i infiltrirala organizacije više od desetljeća kako bismo se pripremili za ovu bitku. Moramo se boriti s oružjem koje odgovara bojištima u kojima sudjelujemo. Najvažnija su društvena mreža, jer će se sljedeći rat odlučivati na temelju toga kako Izrael i njegovi saveznici djeluju online koliko i offline.</w:t>
      </w:r>
    </w:p>
    <w:p/>
    <w:p>
      <w:r>
        <w:t>Ovo je osma fronta—kampanja dezinformacija. Zapravo je to osma fronta na kojoj neprijatelji vjeruju da mogu pobijediti židovsku državu. Ovo je vrsta domišljatosti i inventivnosti koja je oduvijek bila obilježje države Izrael i karakteristika židovskog naroda. Mnoge od ovih aktivnosti financiraju milijarde i milijarde dolara u informacijskom bojištu. Novac iz nevladinih organizacija, ogroman novac iz vlada, još veći.</w:t>
      </w:r>
    </w:p>
    <w:p/>
    <w:p>
      <w:r>
        <w:rPr>
          <w:b/>
          <w:color w:val="0F766E"/>
          <w:sz w:val="26"/>
        </w:rPr>
        <w:t>Strategija praćenja i protumjerama</w:t>
      </w:r>
    </w:p>
    <w:p/>
    <w:p>
      <w:r>
        <w:t>Zabranjujemo štetne stereotipe o židovima, poput tvrdnji da Židovi kontroliraju financijske, političke ili medijske institucije. Pratimo ekstremiste online na društvenim mrežama, aplikacijama za poruke, video igrama, kriptovalutama, podcastima, kratkim videozapisima, Wikipediji i drugim platformama. Ove informacije dijelimo s FBI-em. Ovo je novo bojište. Društvene mreže su mjesto gdje se vodi rat, i ne možete širiti mržnju bez kontrole.</w:t>
      </w:r>
    </w:p>
    <w:p/>
    <w:p>
      <w:r>
        <w:t>Ne dopuštamo negiranje i iskrivljavanje Holokausta. Najvažnija platforma koja se trenutno koristi je TikTok. Za svake tri desetine minuta koje netko gleda TikTok, postaju sedamnaest posto antisemitiskiji. TikTok jednostavno razbija mozgove naše mladeži cijeli dan videima o krvoproliću u Gazi. Stvarno imamo problem s TikTok-om jer sve što pokušavamo reći njima, čuju kroz ovaj zid krvoprolića.</w:t>
      </w:r>
    </w:p>
    <w:p/>
    <w:p>
      <w:r>
        <w:rPr>
          <w:b/>
          <w:color w:val="0F766E"/>
          <w:sz w:val="26"/>
        </w:rPr>
        <w:t>Ažuriranja politika i terminologija</w:t>
      </w:r>
    </w:p>
    <w:p/>
    <w:p>
      <w:r>
        <w:t>Antizionizam je samo mržnja prema Židovima. Napravili smo promjenu i ažurirali naše politike kako bismo odredili korištenje pojma cionist, prepoznajući da se taj pojam može koristiti kao zamjena za Židove i Izraelce kao govor mržnje. Trenutno, ADL surađuje na kurikulumu za nedjeljnu školu kao informacijski rat—gradeći tehnologiju za učinkovitije obučavanje velikih jezičnih modela kao dio psiholoških operacija u Americi i robusnog okvira za borbu protiv antisemitizma.</w:t>
      </w:r>
    </w:p>
    <w:p/>
    <w:p>
      <w:r>
        <w:t>Imamo politike koje vode industriju, osmišljene s ciljem sigurnosti židovske zajednice. Kontroliramo medije. Što ćete učiniti povodom toga? Kontrolirat ćemo više medija i radimo s OpenAI, Alphabetom, Anthropicom, Metom i Microsoftom. S njima radimo na obuci velikih jezičnih modela. Također imamo više od dvadeset židovskih organizacija koje nam neprekidno daju obavještajne informacije.</w:t>
      </w:r>
    </w:p>
    <w:p/>
    <w:p>
      <w:r>
        <w:rPr>
          <w:b/>
          <w:color w:val="0F766E"/>
          <w:sz w:val="26"/>
        </w:rPr>
        <w:t>Obavještajne operacije i infrastruktura nadzora</w:t>
      </w:r>
    </w:p>
    <w:p/>
    <w:p>
      <w:r>
        <w:t>Prvo, mjerimo i pratimo. Drugo, nadgledamo i ometamo. Imamo cijeli aparat. Imam četrdeset analitičara koji rade puno radno vrijeme, sedam dana u tjednu, dvadeset i četiri sata dnevno, prateći ekstremiste, kampuse, digitalne mreže, aktivističke grupe i javne dužnosnike. Imamo nekoliko doktoranada na osoblju. Imamo mrežu akademika i znanstvenika s kojima radimo širom zemlje.</w:t>
      </w:r>
    </w:p>
    <w:p/>
    <w:p>
      <w:r>
        <w:rPr>
          <w:b/>
          <w:color w:val="0F766E"/>
          <w:sz w:val="26"/>
        </w:rPr>
        <w:t>Umjetna inteligencija i integracija podataka</w:t>
      </w:r>
    </w:p>
    <w:p/>
    <w:p>
      <w:r>
        <w:t>Razgovarao sam s liderima AI-a u svijetu, i postavljate si pitanje, ima toliko blagoslova u ovome, ali može biti i prokletstvo. Prva stvar koju zemlja treba učiniti je ujediniti sve svoje podatke kako bi ih AI model mogao koristiti. Moramo investirati u obavještajne podatke kako bismo razumjeli tko su antisemitisti, tko ih financira, koji su njihovi planovi i tko su vođe. Kada to imamo, možemo definirati tko je neprijatelj kojeg možemo napasti.</w:t>
      </w:r>
    </w:p>
    <w:p/>
    <w:p>
      <w:r>
        <w:t>Morate uzeti sve svoje zdravstvene podatke, dijagnostičke podatke, genomske podatke. Moramo uzeti sve ove podatke koje imamo u našoj zemlji i premjestiti ih u jedinstvenu platformu podataka. Kada imamo sve te informacije, trebamo osnažiti i mobilizirati ekosustav mnogih organizacija koje možemo potaknuti da rade zajedno, dijele i bore se protiv našeg zajedničkog neprijatelja. Mobiliziramo milijune saveznika koji tiho stoje uz nas. Građani će se ponašati najbolje jer neprekidno snimamo i prijavljujemo sve što se događa.</w:t>
      </w:r>
    </w:p>
    <w:p/>
    <w:p>
      <w:r>
        <w:rPr>
          <w:b/>
          <w:color w:val="0F766E"/>
          <w:sz w:val="26"/>
        </w:rPr>
        <w:t>Posljedice i provedba</w:t>
      </w:r>
    </w:p>
    <w:p/>
    <w:p>
      <w:r>
        <w:t>Antisemiti, većina tih ljudi koji se kreću okolo—nećemo osvojiti njihova srca i umove jer nemaju srca i nemaju umove. Nema razloga vjerovati da ćemo ih ikada uvjeriti, ali možemo ih deportirati. Možemo ih staviti u zatvor. Možemo im učiniti život mučnim. Možemo im prekinuti financiranje. Imate sve te teoretičare zavjere na mreži koji govore kako će vas napasti ako pokušate reći ili učiniti bilo što. Ali istaknuli smo više od tisuću antisemita, a ti mrzitelji Židova su se suočili s pravim posljedicama, uključujući otkaze, suspenzije i isključenja.</w:t>
      </w:r>
    </w:p>
    <w:p/>
    <w:p>
      <w:r>
        <w:t>Osvijetlit ćemo vas na način koji će vas pratiti do kraja života. Kada tražite posao, kada tražite supružnika, kada tražite dadilju, kada tražite bilo što. Uklanjamo govor mržnje protiv cionista kada se pozivaju na te štetne stereotipe o Židovima. U proteklih dvanaest mjeseci, ADL je podnio više tužbi nego u prethodnih sto dvanaest godina.</w:t>
      </w:r>
    </w:p>
    <w:p/>
    <w:p>
      <w:r>
        <w:rPr>
          <w:b/>
          <w:color w:val="0F766E"/>
          <w:sz w:val="26"/>
        </w:rPr>
        <w:t>Pravni postupak i bez kompromisa</w:t>
      </w:r>
    </w:p>
    <w:p/>
    <w:p>
      <w:r>
        <w:t>Tijekom vikenda primio sam zabrinjavajuće vijesti da me tuže za pet milijuna dolara. Optuženik često objavljuje antiizraelsku retoriku optužujući Izrael da kontrolira Sjedinjene Države i njihove političare. Borit ćemo se protiv ovih opasnih i monstruoznih laži svim srcem i dušom. Nema popuštanja, nema pomirenja—samo rat protiv ove rasističke mržnje prema židovskom narodu. Kada je rat, nije važno tko je vaš neprijatelj.</w:t>
      </w:r>
    </w:p>
    <w:p/>
    <w:p>
      <w:r>
        <w:rPr>
          <w:b/>
          <w:color w:val="0F766E"/>
          <w:sz w:val="26"/>
        </w:rPr>
        <w:t>Dehumanizacija i prevencija genocida</w:t>
      </w:r>
    </w:p>
    <w:p/>
    <w:p>
      <w:r>
        <w:t>Govornik započinje oštrom opservacijom o povijesnim obrascima: kako bi spriječili grupu da se reprodukuje, morate uništiti njihovu potomstvo. To predstavlja jedan od najekstremnijih oblika dehumanizacije. Ono što se čini kao ciljanje žrtava zapravo uključuje pretvaranje cijelih zemalja u žrtve kroz organizirane kampanje. Dehumaniziranjem specifične grupe unutar ljudskog društva, počinitelji ih pripremaju za nasilje i masovno ubijanje. Govornik naglašava da vlade posjeduju izvanrednu moć—ono što vlada može postići u dva mjeseca nadmašuje ono što bilo koja organizacija može postići u životu.</w:t>
      </w:r>
    </w:p>
    <w:p/>
    <w:p>
      <w:r>
        <w:rPr>
          <w:b/>
          <w:color w:val="0F766E"/>
          <w:sz w:val="26"/>
        </w:rPr>
        <w:t>J7 Koalicija i koordinacija zajednice</w:t>
      </w:r>
    </w:p>
    <w:p/>
    <w:p>
      <w:r>
        <w:t>J7, koja se sastoji od sedam najvećih dijaspornih zajednica, djeluje kroz strukturirani program razmjene informacija i zagovaranja temeljenog na dokazima. Koalicija se sastaje svaka dva tjedna putem Zooma kako bi razmijenila informacije i najbolje prakse. Njihov rad obuhvaća cijeli spektar suvremenih istraživačkih metodologija, uključujući fokusne grupe, stavovne ankete, randomizirane kontrolirane pokuse i druge intervencije osmišljene za identifikaciju onoga što najefikasnije djeluje. Osim koordinacije na terenu, J7 provodi i sastanke koji nisu službeni i službene sastanke s svjetskim vođama, tijekom kojih iznose brige svoje zajednice i pozivaju na konkretne akcije.</w:t>
      </w:r>
    </w:p>
    <w:p/>
    <w:p>
      <w:r>
        <w:rPr>
          <w:b/>
          <w:color w:val="0F766E"/>
          <w:sz w:val="26"/>
        </w:rPr>
        <w:t>Reforma obrazovnog sustava i ograničenja slobode govora</w:t>
      </w:r>
    </w:p>
    <w:p/>
    <w:p>
      <w:r>
        <w:t>Govornik tvrdi da cijeli američki obrazovni sustav, od vrtića do fakulteta, zahtijeva sveobuhvatnu reformu. Izražava se paradoksalna pozicija: da je potrebno ograničiti Prvi amandman kako bi ga zaštitili. Govornik daje izravne primjere rješavanja antisemitizma, opisujući to kao jednostavno—kontroliranje onoga što ljudi govore i zatvaranje odgovornih. Naglašava se hitnost: ovo se mora dogoditi brzo, prije nego što bude prekasno.</w:t>
      </w:r>
    </w:p>
    <w:p/>
    <w:p>
      <w:r>
        <w:rPr>
          <w:b/>
          <w:color w:val="0F766E"/>
          <w:sz w:val="26"/>
        </w:rPr>
        <w:t>Obuka i nadzor operacija policije</w:t>
      </w:r>
    </w:p>
    <w:p/>
    <w:p>
      <w:r>
        <w:t>Organizacija o kojoj se govori obučava političke islamiste i kršćanske nacionaliste kao ciljeve nadzora. Kao najveći trener policije u Americi, godišnje obučavaju 20.000 službenika. Govornik napominje da organizacija postoji dijelom zbog prijetnji i uznemiravanja usmjerenih na njezino vodstvo. Snažno partnerstvo s policijom, koje datira još od osnivanja FBI-a 1930-ih, podržava ove napore. Govornik daje primjer nadzora: identificiranje pojedinaca koji dosljedno pozivaju na smrt svih Palestinaca i procjena mogu li njihova retorika potaknuti nasilje.</w:t>
      </w:r>
    </w:p>
    <w:p/>
    <w:p>
      <w:r>
        <w:rPr>
          <w:b/>
          <w:color w:val="0F766E"/>
          <w:sz w:val="26"/>
        </w:rPr>
        <w:t>Vladina strategija protiv dezinformacija</w:t>
      </w:r>
    </w:p>
    <w:p/>
    <w:p>
      <w:r>
        <w:t>Osnovat će se nova podjela unutar Ureda posebnog izaslanika za borbu protiv antisemitizma, koja će se posebno fokusirati na tehnološke odgovore. Strategija uključuje korištenje tehnološke stručnosti i resursa za razvoj i pokretanje kampanje protiv dezinformacija. Sam ured će biti restrukturiran kako bi postao jedan od najistaknutijih ureda u State Departmentu, jer se trenutni pristup smatra neučinkovitim. Problem se prikazuje kao hitan: previše mladih nikada nije naučilo o Holokaustu.</w:t>
      </w:r>
    </w:p>
    <w:p/>
    <w:p>
      <w:r>
        <w:rPr>
          <w:b/>
          <w:color w:val="0F766E"/>
          <w:sz w:val="26"/>
        </w:rPr>
        <w:t>Vladina zaštita i institucionalno financiranje</w:t>
      </w:r>
    </w:p>
    <w:p/>
    <w:p>
      <w:r>
        <w:t>Govornik se zalaže za označavanje svih Židova kao zaštićene manjine, što bi obvezalo vladu da osigura nadogradnje sigurnosti i zaštitu za židovske zajednice. Trenutno židovske zajednice financiraju vlastite naoružane čuvare—opterećenje koje govornik dovodi u pitanje, pitajući se treba li to doista biti financijska odgovornost zajednice. Vizija se proteže na potpuno vladino financiranje židovskih institucija, kulture i obrazovanja, osiguravajući da sve sinagoge i zgrade zajednice budu potpuno opskrbljene i da svi Europljani uče o židovskim doprinosima te budu potaknuti da cijene židovsko prisustvo.</w:t>
      </w:r>
    </w:p>
    <w:p/>
    <w:p>
      <w:r>
        <w:rPr>
          <w:b/>
          <w:color w:val="0F766E"/>
          <w:sz w:val="26"/>
        </w:rPr>
        <w:t>Izrael i antisemitizam: Nepodijeljena povezanost</w:t>
      </w:r>
    </w:p>
    <w:p/>
    <w:p>
      <w:r>
        <w:t>Govornik izjavljuje da kao židovski vođa više neće raspravljati o antisemitizmu odvojeno od Izraela. Predstavlja se binarna perspektiva: svaka kritika politike izraelske vlade preoblikuje se u antisemitizam. Izjava "Nisam antisemit, samo ne volim vladu Bibi Netanyahu" se odbacuje s "Ne, ti si mrzitelj Židova." Organizacije koje optužuju Izrael za genocid ili aparthejd trebaju biti zabranjene. Ovaj okvir tretira podršku Izraelu kao neodvojivu od protivljenja antisemitizmu.</w:t>
      </w:r>
    </w:p>
    <w:p/>
    <w:p>
      <w:r>
        <w:rPr>
          <w:b/>
          <w:color w:val="0F766E"/>
          <w:sz w:val="26"/>
        </w:rPr>
        <w:t>Političko ciljanje i ekonomska strategija</w:t>
      </w:r>
    </w:p>
    <w:p/>
    <w:p>
      <w:r>
        <w:t>Govornik izlaže političku strategiju usmjerenu na kandidate koji se natječu za Kongres ili Senat, a koji se protive njihovoj agendi, usklađujući njihovu oporbu s kontra-oporbom. Osnovat će se fond za podršku protivnicima nepovoljnih kandidata, počevši od prvog kvartala. Na ekonomskom planu, vizija uključuje osnivanje hedge fondova u Izraelu kako bi se razvilo kao glavno financijsko središte. U roku od deset godina, Izrael bi trebao nadmašiti London kao drugu financijsku prijestolnicu svijeta, s New Yorkom kao vratima u Ameriku, Hong Kongom kao vratima u Kinu, Dubaijem kao vratima u jugoistočnu Aziju, a Izraelom kao vratima u druge svjetske regije. Govornik također spominje ranije navedeni cilj dovođenja milijun imigranata u Izrael.</w:t>
      </w:r>
    </w:p>
    <w:p/>
    <w:p>
      <w:r>
        <w:rPr>
          <w:b/>
          <w:color w:val="0F766E"/>
          <w:sz w:val="26"/>
        </w:rPr>
        <w:t>Upozorenja i povijesne paralele</w:t>
      </w:r>
    </w:p>
    <w:p/>
    <w:p>
      <w:r>
        <w:t>Govornik upozorava da povijest pokazuje da zemlje koje dopuštaju antisemitizam ne prolaze dobro. Konkretno upozorenje upućuje se američkim ne-Židovima: trenutak kada zemlja počne proklinjati umjesto blagoslivljati Izrael označava početak opadanja te nacije i povlačenja iz carstva. Govornik predstavlja izbor između ostanka u opadajućem američkom carstvu ili preseljenja u Izrael, opisan kao dio rastućeg geopolitičkog središta koje se seli na jug i istok. Govornik ovo oblikuje kao ključnu točku odluke: vjera u američki projekt je poljuljana.</w:t>
      </w:r>
    </w:p>
    <w:p/>
    <w:p>
      <w:r>
        <w:rPr>
          <w:b/>
          <w:color w:val="0F766E"/>
          <w:sz w:val="26"/>
        </w:rPr>
        <w:t>Identitet, sudbina i zapadna civilizacija</w:t>
      </w:r>
    </w:p>
    <w:p/>
    <w:p>
      <w:r>
        <w:t>Govornik izjavljuje da je biti Židov najvažnija stvar na svijetu. Uvodi koncept židovske sudbine—da je dopuštenje normalnog židovskog života u američkom društvu samo privremena predah od veće povijesne uloge. Ako Židovi budu protjerani iz Amerike, tvrdi govornik, američki židovski projekt je gotov, ali "bit ćemo dobro." Zapadna kultura koja se protivi Židovima opisuje se kao opadajuća. Zapad će preživjeti samo ako odluči voljeti sebe i voljeti židovski narod. Govornik odbacuje pojam normalnosti: "Židovski narod nije normalan. Nikada nismo ni bili."</w:t>
      </w:r>
    </w:p>
    <w:p/>
    <w:p>
      <w:r>
        <w:rPr>
          <w:b/>
          <w:color w:val="0F766E"/>
          <w:sz w:val="26"/>
        </w:rPr>
        <w:t>Utjecaj, pobjeda i pravda</w:t>
      </w:r>
    </w:p>
    <w:p/>
    <w:p>
      <w:r>
        <w:t>Sada kada je Izrael transformirao geopolitičku situaciju, uloga dijaspore je iskoristiti te promjene i postići pobjedu unutar zemlje na isti način na koji je Izrael pobijedio na međunarodnoj razini. Govornik poziva na povijesnu presudu: povijest se neće sjećati onih koji su samo uljudno osudili mržnju, već samo onih koji su djelovali. Oporba se karakterizira kao "mala skupina wannabe nacista," a antisemitizam se naziva čistim zlom. Govornik se obvezuje da će pronaći odgovorne kao što su nacistički počinitelji bili progonjeni desetljećima, obećavajući da će otkriti identitete i postići pravdu.</w:t>
      </w:r>
    </w:p>
    <w:p/>
    <w:p>
      <w:r>
        <w:rPr>
          <w:b/>
          <w:color w:val="0F766E"/>
          <w:sz w:val="26"/>
        </w:rPr>
        <w:t>Tehnološki napredak i globalno vodstvo</w:t>
      </w:r>
    </w:p>
    <w:p/>
    <w:p>
      <w:r>
        <w:t>Govornik zaključuje postavljajući ovaj trenutak kao prijelomnu točku nove ere, vođene tehnološkim širenjem uključujući umjetnu inteligenciju. Mogućnosti obuhvaćaju poljoprivredu, zdravstvo, transport i druga područja. Unatoč rizicima, koristi se opisuju kao ogromne. Govornik zamišlja kolektivno vodstvo koje transformira sekundarnu silu u primarnu globalnu silu kroz tehnološki i strateški napredak.</w:t>
      </w:r>
    </w:p>
    <w:p/>
    <w:p>
      <w:r>
        <w:rPr>
          <w:b/>
        </w:rPr>
        <w:t>Reference i teme</w:t>
      </w:r>
    </w:p>
    <w:p>
      <w:r>
        <w:t>Teme: #Informacijski rat i društveni mediji, #Praćenje i provedba antisemitizma, #Politika Izraela i dijaspore, #Umjetna inteligencija i integracija podataka, #Obuka i koordinacija pravosudnih tijela, #Vladina politika i institucionalna reforma, #Strategija nadzora i protumjerama</w:t>
      </w:r>
    </w:p>
    <w:p/>
    <w:p>
      <w:r>
        <w:rPr>
          <w:i/>
          <w:color w:val="94A3B8"/>
          <w:sz w:val="16"/>
        </w:rPr>
        <w:t>Generated by MinbarLive — Knowledge Library · https://minbarlive.com/videos/hr/najveci-informacijski-rat-u-ljudskoj-povijesti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