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Tajne iza ovih ajeta | Ep. 1 | Surah Al-Jumu'ah | Nouman Ali Khan | Ramazan 2024</w:t>
      </w:r>
    </w:p>
    <w:p>
      <w:r>
        <w:rPr>
          <w:b/>
        </w:rPr>
        <w:t xml:space="preserve">Govornik: </w:t>
      </w:r>
      <w:r>
        <w:t>Nouman Ali Khan</w:t>
      </w:r>
    </w:p>
    <w:p>
      <w:r>
        <w:rPr>
          <w:b/>
        </w:rPr>
        <w:t xml:space="preserve">Izvor: </w:t>
      </w:r>
      <w:r>
        <w:rPr>
          <w:color w:val="0F766E"/>
        </w:rPr>
        <w:t>https://minbarlive.com/videos/hr/tajne-iza-ovih-ajeta-ep-1-surah-al-jumu-ah-nouman-ali-khan-ramazan-2024</w:t>
      </w:r>
    </w:p>
    <w:p/>
    <w:p>
      <w:r>
        <w:rPr>
          <w:i/>
        </w:rPr>
        <w:t>Pridružite se intenzivnom jednotjednom proučavanju sure Al-Džumu'a – kratke, ali duboke kur'anske sure od jedanaest ajeta. Voditelj objašnjava svoj pristup ravnoteži između akademske dubine i svakodnevne jednostavnosti te poziva polaznike da s punim poštovanjem i posvećenošću urone u jednu Božiju objavu kao u jedinstvenu palaču punu mudrosti.</w:t>
      </w:r>
    </w:p>
    <w:p/>
    <w:p>
      <w:r>
        <w:rPr>
          <w:b/>
        </w:rPr>
        <w:t>Sažetak</w:t>
      </w:r>
    </w:p>
    <w:p>
      <w:r>
        <w:t>U uvodnom izlaganju, predavač izražava radost zbog okupljanja i naglašava važnost učenja i podučavanja Kur'ana, podsjećajući na hadis o najboljima među vjernicima. Program je posvećen isključivo suri Al-Džumu'a, koja unatoč svojih jedanaest ajeta zahtijeva cijeli tjedan dubinskog proučavanja. Predavač objašnjava svoju metodu: najprije istražuje najsloženija pitanja s učenjacima, a potom ih pojednostavljuje kako bi bila razumljiva svima, izbjegavajući isključivi akademski jezik. Najavljuje format s kraćim predavanjima i redovitim pauzama za pitanja i diskusiju, potičući osobnu interakciju. Središnji poziv je da polaznici pristupe suri s maštom i poštovanjem kao da ulaze u Allahovu palaču – svaki ajet je dragocjen dar s nebesa. Objašnjava da ponavljanje tema u Kur'anu nije dosadno, već služi stvaranju jedinstvene cjeline svake sure, baš kao što različite palače ili modeli automobila dijele elemente, ali imaju vlastiti identitet. Konačno, potiče na potpuno posvećivanje jednoj suri – čitanje prije i poslije predavanja, postavljanje pitanja i odbacivanje svakodnevnih tema na tjedan dana kako bi se doživio ‘tjedan Kur’ana’.</w:t>
      </w:r>
    </w:p>
    <w:p/>
    <w:p>
      <w:r>
        <w:rPr>
          <w:b/>
        </w:rPr>
        <w:t>Ključne poruke</w:t>
      </w:r>
    </w:p>
    <w:p>
      <w:pPr>
        <w:pStyle w:val="ListBullet"/>
      </w:pPr>
      <w:r>
        <w:t>Program se fokusira na tjedan dana intenzivnog proučavanja isključivo sure Al-Džumu'a (11 ajeta).</w:t>
      </w:r>
    </w:p>
    <w:p>
      <w:pPr>
        <w:pStyle w:val="ListBullet"/>
      </w:pPr>
      <w:r>
        <w:t>Predavač ističe hadis: najbolji među vama su oni koji uče Kur'an i podučavaju ga (hadis prenesen od imama Buharija).</w:t>
      </w:r>
    </w:p>
    <w:p>
      <w:pPr>
        <w:pStyle w:val="ListBullet"/>
      </w:pPr>
      <w:r>
        <w:t>Potrebno je uravnotežiti duboko akademsko istraživanje s jednostavnim jezikom kako bi poruka Kur'ana bila dostupna svim slušateljima.</w:t>
      </w:r>
    </w:p>
    <w:p>
      <w:pPr>
        <w:pStyle w:val="ListBullet"/>
      </w:pPr>
      <w:r>
        <w:t>Svaka kur'anska sura je jedinstvena Božija palača – ponavljanja tema ne umanjuju njezinu originalnost, jer ona ima vlastiti identitet i svrhu.</w:t>
      </w:r>
    </w:p>
    <w:p>
      <w:pPr>
        <w:pStyle w:val="ListBullet"/>
      </w:pPr>
      <w:r>
        <w:t>Polaznici se pozivaju da u potpunosti urone u suru: čitaju je stalno, bilježe vlastita pitanja i učine ovo ‘tjednom Kur’ana’ bez drugih tema.</w:t>
      </w:r>
    </w:p>
    <w:p>
      <w:pPr>
        <w:pStyle w:val="ListBullet"/>
      </w:pPr>
      <w:r>
        <w:t>Pauze su osmišljene za osobnu interakciju, diskusiju i pitanja, a ne za fotografiranje, kako bi se maksimalno iskoristilo vrijeme za učenje.</w:t>
      </w:r>
    </w:p>
    <w:p/>
    <w:p>
      <w:r>
        <w:rPr>
          <w:b/>
        </w:rPr>
        <w:t>Članak</w:t>
      </w:r>
    </w:p>
    <w:p>
      <w:r>
        <w:rPr>
          <w:b/>
          <w:color w:val="0F766E"/>
          <w:sz w:val="26"/>
        </w:rPr>
        <w:t>Dobrodošlica i pregled programa</w:t>
      </w:r>
    </w:p>
    <w:p/>
    <w:p>
      <w:r>
        <w:t>Esselamu alejkum ve rahmetullahi ve berekatuh. Elhamdulillah. Želim vam najprije izraziti koliko sam uzbuđen i sretan što vas vidim ovdje u tolikom broju. Znam da su mnogi od vas vozili dugo kako bi došli i prisustvovali ovom programu i molim Allaha da vam sve ovo upiše kao ibadet i da nas ubroji među one koje hadis spominje – da su najbolji od vas oni koji uče Kur'an i zatim ga podučavaju.</w:t>
      </w:r>
    </w:p>
    <w:p/>
    <w:p>
      <w:r>
        <w:t>Ako ste spremni provesti cijeli ovaj tjedan sa mnom, proučavat ćemo suru Al-Džumu'a. Proučavat ćemo samo jednu suru iz Kur'ana, a ona ima samo jedanaest ajeta. Nije nimalo duga. No, iako ima samo jedanaest ajeta, trebat će nam cijeli tjedan da je proučimo. Netko me na putu ovamo pitao hoće li predavanje biti na vrlo visokoj razini ili će biti prilagođeno svima nama. Moram se izravno osvrnuti na to pitanje.</w:t>
      </w:r>
    </w:p>
    <w:p/>
    <w:p>
      <w:r>
        <w:rPr>
          <w:b/>
          <w:color w:val="0F766E"/>
          <w:sz w:val="26"/>
        </w:rPr>
        <w:t>Ravnoteža između dubine i jednostavnosti</w:t>
      </w:r>
    </w:p>
    <w:p/>
    <w:p>
      <w:r>
        <w:t>Moj je posao proučavati Kur'an najdublje što mogu i istraživati najteža pitanja sa svojim timom, drugim istraživačima i učenjacima. To je lakši dio mog posla. Teži dio mog posla jest sve što naučim zatim pojednostaviti tako da ljudi to mogu razumjeti. Učenjaci i studenti često govore nekim čudnim jezikom koji mi ostali ne razumijemo. Moram vam stvari objasniti na način koji vam ima smisla i koji možete shvatiti.</w:t>
      </w:r>
    </w:p>
    <w:p/>
    <w:p>
      <w:r>
        <w:t>Dvije su različite stvari koje moram uravnotežiti. S jedne strane, želim govoriti o složenim stvarima, a s druge, želim govoriti jednostavnim jezikom. Ta je ravnoteža nužna jer je život složen. Ima složenih stvari o kojima moramo razgovarati. Kad ljudi steknu više znanja, često počinju koristiti složeniji jezik – jezik sveučilišnih profesora – i tada ih nitko ne razumije. Te rasprave ostaju u određenim krugovima u društvu, a svi ostali su isključeni. To je problem koji sam i sam osjetio i osjećam tu bol za sve vas. Ono što pokušavam na ovim predavanjima, inšallah, jest – da, zaronit ćemo duboko, koliko god duboko ja barem mogu. Još uvijek ima beskrajnih oceana nakon svega što ja mogu učiniti. No, što god pokušam, nastojat ću maksimalno pojednostaviti.</w:t>
      </w:r>
    </w:p>
    <w:p/>
    <w:p>
      <w:r>
        <w:rPr>
          <w:b/>
          <w:color w:val="0F766E"/>
          <w:sz w:val="26"/>
        </w:rPr>
        <w:t>Format predavanja i raspored pauza</w:t>
      </w:r>
    </w:p>
    <w:p/>
    <w:p>
      <w:r>
        <w:t>Govorit ću vam otprilike četrdeset do četrdeset pet minuta u komadu. Čim primijetim da neki od vas putuju u duhovni svijet – a neki to čine na vrlo kreativne načine – napravit ćemo pauzu. Dat ću vam pauzu od pet do sedam minuta. Mislim da je akšam oko 9:20, tako da imamo oko dva sata do akšama. Od sutra počinjem točno u 7:00 jer želim maksimalno iskoristiti vrijeme koje imamo. Bit će pauza od pet do deset minuta, tijekom koje možete prići k meni ili ja mogu otići u onaj središnji prostor kako bih mogao čuti i braću i sestre. Možemo malo porazgovarati i postaviti pitanja koja imate. Pauze su namijenjene za pitanja, diskusije i komentare. To je najdragocjenije vrijeme. Slikanje može pričekati – tu sam cijeli tjedan, smislit ćemo neki sistem i obavit ćemo sva slikanja koja trebate. Nema problema. Ali tijekom pauza radije bih se usredotočio na razgovore.</w:t>
      </w:r>
    </w:p>
    <w:p/>
    <w:p>
      <w:r>
        <w:rPr>
          <w:b/>
          <w:color w:val="0F766E"/>
          <w:sz w:val="26"/>
        </w:rPr>
        <w:t>Pristupanje Kur'anu s poštovanjem</w:t>
      </w:r>
    </w:p>
    <w:p/>
    <w:p>
      <w:r>
        <w:t>Sada mi dopustite da vam kažem što očekujem od vas ovaj tjedan. Želim da upotrijebite svoju maštu. Kad biste ušli u povijesnu palaču, drevnu palaču, vidjeli biste ljude kako ulaze s kamerama, snimaju svaka vrata i svaki ukras, strop, prozore, umjetnička djela na zidu, kaligrafiju – turisti govore: „Oh, ovo je nevjerojatno,“ jer predstavlja djelo velikog kralja iz prošlosti. Zamislite samo na trenutak: svaki put kad uđete u neku suru, ulazite u jednu od Allahovih palača. Ova sura od Allaha je dar poslan s nebesa iznad sedam nebesa čovječanstvu. Ulazite u nešto čemu svijet nije imao pristup. Ovo je došlo daleko, daleko odozgo i došlo je kao dar čovječanstvu.</w:t>
      </w:r>
    </w:p>
    <w:p/>
    <w:p>
      <w:r>
        <w:rPr>
          <w:b/>
          <w:color w:val="0F766E"/>
          <w:sz w:val="26"/>
        </w:rPr>
        <w:t>Razumijevanje kur'anskog ponavljanja i jedinstva</w:t>
      </w:r>
    </w:p>
    <w:p/>
    <w:p>
      <w:r>
        <w:t>Što se događa u Kur'anu? Ako ste čak i čitali Kur'an u prijevodu, znate da Kur'an ima mnogo ponavljanja. Kur'an govori o Sudnjem danu, zatim opet govori o Sudnjem danu, i opet o Sudnjem danu. Kur'an govori o jednom poslaniku poput Musaa, a zatim govori o njemu opet, i opet, i opet. Mnogo je tema u Kur'anu koje se stalno ponavljaju. Kad to vidimo, kažemo: „Oh, taj dio već znam. To sam već prije čitao. Vidio sam to prije. Pokaži mi nešto novo. Gdje su one cool stvari? Gdje su nove stvari?“ Jer uvijek tražimo nešto novo, zar ne? A sada, zbog TikToka i Instagrama i svih tih stvari i YouTube kratkih videa, postali smo ovisni o nečemu novom. Ne možete pogledati jedan klip, a zatim vidjeti stariji klip, a da se ne iznervirate ako vidite nešto što ste već vidjeli. Postali smo ovisni o novijim oblicima zabave.</w:t>
      </w:r>
    </w:p>
    <w:p/>
    <w:p>
      <w:r>
        <w:t>No način na koji želim da o ovome razmišljate – kako to opisujem svojim studentima – jest da je svaka sura poput palače koju je dizajnirao Allah. Postoji još jedna palača koju je dizajnirao Allah. Mogu imati slične cigle ili slične prozore. No znači li to da su ista palača? Ne. Koriste li se vrata na potpuno isti način? Je li tijek potpuno isti? Jesu li vanjština i unutrašnjost potpuno iste? Ne. Svako umjetničko djelo ima svoj jedinstveni identitet, zar ne? Zamislite jedan jednostavniji primjer iz današnjeg vremena. Zaboravite na arhitekturu. Sjetite se automobila. Postoji jedan proizvođač, očito nekoliko velikih proizvođača u ovom gradu, i imaju mnogo različitih modela. Ti modeli imaju mnogo toga zajedničkog, zar ne? No svaki model ima i svoj jedinstveni identitet, zar ne? Ima svoje osobine. Jedinstven je u izgledu, unutrašnjosti, mehanici i tehnologiji. Stalno postoji neka varijacija.</w:t>
      </w:r>
    </w:p>
    <w:p/>
    <w:p>
      <w:r>
        <w:rPr>
          <w:b/>
          <w:color w:val="0F766E"/>
          <w:sz w:val="26"/>
        </w:rPr>
        <w:t>Uronite u jednu suru</w:t>
      </w:r>
    </w:p>
    <w:p/>
    <w:p>
      <w:r>
        <w:t>Ono o čemu želim da razmišljate dok proučavate Kur'an jest da ne pokušavate proučiti cijeli Kur'an. Jednostavno se posvetite jednoj suri. Zaista, posvetite se jednoj suri. Ova sura je super kratka – ni dvije stranice. Zaista je jako kratka. Ono što želim da radite ovaj tjedan jest da čitate ovu suru iznova i iznova. Čitajte je prije ovog predavanja. Čitajte je nakon ovog predavanja. Samo čitajte suru i pitajte se: Šta Allah ovdje govori? Šta želi od mene ovdje? Šta ovo znači? Kakva god pitanja vam padnu na pamet, počnite dokumentirati svoja pitanja o ovoj suri. Pitanja o kojima želim razgovarati s vama ovaj tjedan – primit ću i neka vaša druga pitanja. Ali ne želim čuti pitanja o laku za nokte ili halal mesu iz McDonald'sa ili tome slično. Tih pitanja će biti i prije ovog programa i nakon ovog programa. No znate šta? Predajmo svoja pitanja Kur'anu na tjedan dana. Nazivam to tjednom Kur'ana jer želim da ovo za vas bude tjedan samo Kur'ana. Da jednostavno potpuno uronite u njega.</w:t>
      </w:r>
    </w:p>
    <w:p/>
    <w:p>
      <w:r>
        <w:rPr>
          <w:b/>
        </w:rPr>
        <w:t>Reference i teme</w:t>
      </w:r>
    </w:p>
    <w:p>
      <w:r>
        <w:t>Hadis: Hadis o najboljima među vama koji uče Kur'an i podučavaju ga (Buhari)</w:t>
      </w:r>
    </w:p>
    <w:p>
      <w:r>
        <w:t>Teme: #proučavanje Kur'ana, #sura Al-Džumu'a, #metodologija tefsira, #ponavljanje u Kur'anu, #važnost posvećenosti Kur'anu, #pristupačnost islamskog znanja</w:t>
      </w:r>
    </w:p>
    <w:p/>
    <w:p>
      <w:r>
        <w:rPr>
          <w:i/>
          <w:color w:val="94A3B8"/>
          <w:sz w:val="16"/>
        </w:rPr>
        <w:t>Generated by MinbarLive — Knowledge Library · https://minbarlive.com/videos/hr/tajne-iza-ovih-ajeta-ep-1-surah-al-jumu-ah-nouman-ali-khan-ramazan-2024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