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Palestinian Hospitality and the Displacement of 1948: A Historical Account</w:t>
      </w:r>
    </w:p>
    <w:p>
      <w:r>
        <w:rPr>
          <w:b/>
        </w:rPr>
        <w:t xml:space="preserve">Govornik: </w:t>
      </w:r>
      <w:r>
        <w:t>Rabbi Chaim Sofer</w:t>
      </w:r>
    </w:p>
    <w:p>
      <w:r>
        <w:rPr>
          <w:b/>
        </w:rPr>
        <w:t xml:space="preserve">Izvor: </w:t>
      </w:r>
      <w:r>
        <w:rPr>
          <w:color w:val="0F766E"/>
        </w:rPr>
        <w:t>https://minbarlive.com/videos/the-true-history-of-zionist-immigration-to-palestine-and-the-1948-nakba-rabbi-ch</w:t>
      </w:r>
    </w:p>
    <w:p/>
    <w:p>
      <w:r>
        <w:rPr>
          <w:i/>
        </w:rPr>
        <w:t>A historical account of Palestinian hospitality toward Jewish immigrants during the Ottoman period and after World War II, contrasted with what the speaker characterizes as Zionist betrayal leading to the displacement of approximately 1.3 million Palestinians in 1948 and the systematic replacement of the Palestinian population with Arab Jews from the Middle East and North Africa.</w:t>
      </w:r>
    </w:p>
    <w:p/>
    <w:p>
      <w:r>
        <w:rPr>
          <w:b/>
        </w:rPr>
        <w:t>Sažetak</w:t>
      </w:r>
    </w:p>
    <w:p>
      <w:r>
        <w:t>This account examines the historical relationship between Palestinians and Jewish immigrants to Palestine, spanning from the Ottoman Empire through the post-World War II period. The speaker documents Palestinian traditions of hospitality—offering food and shelter to Jewish refugees arriving by boat from Europe after the Second World War—as expressions of Palestinian character and values. The narrative then shifts to describe what the speaker frames as Zionist repayment of this generosity through violence and displacement. Drawing on his family's experience, the speaker describes bombings of Jewish institutions in Baghdad attributed to Zionist actors, which he argues were used as a pretext to convince Iraqi Jews to emigrate to Palestine. The account concludes with claims that approximately 1.3 million Palestinians were expelled from Palestine and replaced by 1.3 million Arab Jews brought from Morocco, Tunisia, Algeria, Iraq, Egypt, and Yemen—characterizing this as a systematic demographic replacement undertaken to establish a Jewish-majority state in Palestinian territory.</w:t>
      </w:r>
    </w:p>
    <w:p/>
    <w:p>
      <w:r>
        <w:rPr>
          <w:b/>
        </w:rPr>
        <w:t>Ključne poruke</w:t>
      </w:r>
    </w:p>
    <w:p>
      <w:pPr>
        <w:pStyle w:val="ListBullet"/>
      </w:pPr>
      <w:r>
        <w:t>Palestinians historically welcomed Jewish immigrants to Palestine during the Ottoman period and after World War II, offering hospitality rooted in Palestinian cultural values.</w:t>
      </w:r>
    </w:p>
    <w:p>
      <w:pPr>
        <w:pStyle w:val="ListBullet"/>
      </w:pPr>
      <w:r>
        <w:t>The speaker claims that Zionist actors conducted bombings of Jewish institutions in Baghdad (killing six people and injuring tens) and falsely attributed these attacks to Muslims in order to create a pretext for Jewish emigration to Palestine.</w:t>
      </w:r>
    </w:p>
    <w:p>
      <w:pPr>
        <w:pStyle w:val="ListBullet"/>
      </w:pPr>
      <w:r>
        <w:t>Approximately 1.3 million Palestinians were displaced from Palestine, according to the speaker's account.</w:t>
      </w:r>
    </w:p>
    <w:p>
      <w:pPr>
        <w:pStyle w:val="ListBullet"/>
      </w:pPr>
      <w:r>
        <w:t>Approximately 1.3 million Arab Jews from Morocco, Tunisia, Algeria, Iraq, Egypt, and Yemen were brought to Palestine to replace the displaced Palestinian population.</w:t>
      </w:r>
    </w:p>
    <w:p>
      <w:pPr>
        <w:pStyle w:val="ListBullet"/>
      </w:pPr>
      <w:r>
        <w:t>The speaker characterizes the displacement and demographic replacement as a systematic process designed to establish a Jewish-majority state in Palestinian territory.</w:t>
      </w:r>
    </w:p>
    <w:p/>
    <w:p>
      <w:r>
        <w:rPr>
          <w:b/>
        </w:rPr>
        <w:t>Članak</w:t>
      </w:r>
    </w:p>
    <w:p>
      <w:r>
        <w:rPr>
          <w:b/>
          <w:color w:val="0F766E"/>
          <w:sz w:val="26"/>
        </w:rPr>
        <w:t>Palestinian Reception of Jewish Immigration</w:t>
      </w:r>
    </w:p>
    <w:p/>
    <w:p>
      <w:r>
        <w:t>When Jews were expelled from various places in Europe during the Ottoman Empire, Palestinians opened their doors and welcomed them into Palestine. This hospitality was rooted in Palestinian character and values. Palestinians would offer their bread and water to guests and strangers, willing to sacrifice their own comfort for those in need. After the Second World War, when boats carrying Jewish refugees arrived from Europe, Palestinians would go to the beaches with bread and water to greet the arriving Jews and invite them into their homes. This kind of reception was commonplace, demonstrating the extent of Palestinian welcome and acceptance.</w:t>
      </w:r>
    </w:p>
    <w:p/>
    <w:p>
      <w:r>
        <w:rPr>
          <w:b/>
          <w:color w:val="0F766E"/>
          <w:sz w:val="26"/>
        </w:rPr>
        <w:t>Zionist Response and Forced Displacement</w:t>
      </w:r>
    </w:p>
    <w:p/>
    <w:p>
      <w:r>
        <w:t>The Zionists, however, repaid this Palestinian generosity with betrayal. My own family's experience illustrates this dynamic. My father was an Iraqi nationalist who served in the Iraqi army and had no intention of immigrating to Palestine. He and my mother believed that Palestine was the land of the Palestinians, not a place meant for them. Yet the Zionists sent terrorist squads to Baghdad who bombed synagogues, Jewish cultural centers, and Jewish businesses. In these attacks, six people were killed and tens of Jews were injured. The Zionists then blamed these attacks on Muslims, claiming that the Muslims who had once been friendly to Jews were now hostile, and that Jews must therefore leave for Palestine to be safe.</w:t>
      </w:r>
    </w:p>
    <w:p/>
    <w:p>
      <w:r>
        <w:t>Under this false pretext, the Zionists expelled approximately 1.3 million Palestinians from Palestine. To replace them, they brought 1.3 million Arab Jews from Morocco, Tunisia, Algeria, Iraq, Egypt, and Yemen. This demographic replacement was carried out systematically, displacing the original Palestinian population in order to establish a Jewish-majority state in territory that Palestinians had inhabited and governed for centuries.</w:t>
      </w:r>
    </w:p>
    <w:p/>
    <w:p>
      <w:r>
        <w:rPr>
          <w:b/>
        </w:rPr>
        <w:t>Reference i teme</w:t>
      </w:r>
    </w:p>
    <w:p>
      <w:r>
        <w:t>Teme: #Palestinian displacement 1948, #Palestinian-Jewish relations history, #Palestinian hospitality, #Zionist immigration and demographic change, #Arab Jewish migration to Palestine, #Palestinian refugees, #1948 Arab-Israeli conflict</w:t>
      </w:r>
    </w:p>
    <w:p/>
    <w:p>
      <w:r>
        <w:rPr>
          <w:i/>
          <w:color w:val="94A3B8"/>
          <w:sz w:val="16"/>
        </w:rPr>
        <w:t>Generated by MinbarLive — Knowledge Library · https://minbarlive.com/videos/the-true-history-of-zionist-immigration-to-palestine-and-the-1948-nakba-rabbi-ch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