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Die wahre Geschichte der zionistischen Einwanderung nach Palästina und der Nakba von 1948 — Rabbi Chaim Sofer</w:t>
      </w:r>
    </w:p>
    <w:p>
      <w:r>
        <w:rPr>
          <w:b/>
        </w:rPr>
        <w:t xml:space="preserve">Govornik: </w:t>
      </w:r>
      <w:r>
        <w:t>Rabbi Chaim Sofer</w:t>
      </w:r>
    </w:p>
    <w:p>
      <w:r>
        <w:rPr>
          <w:b/>
        </w:rPr>
        <w:t xml:space="preserve">Izvor: </w:t>
      </w:r>
      <w:r>
        <w:rPr>
          <w:color w:val="0F766E"/>
        </w:rPr>
        <w:t>https://minbarlive.com/videos/de/die-wahre-geschichte-der-zionistischen-einwanderung-nach-palaestina-und-der-nakb</w:t>
      </w:r>
    </w:p>
    <w:p/>
    <w:p>
      <w:r>
        <w:rPr>
          <w:i/>
        </w:rPr>
        <w:t>Ein historischer Bericht über die palästinensische Gastfreundschaft gegenüber jüdischen Einwanderern während der Osmanischen Zeit und nach dem Zweiten Weltkrieg, im Gegensatz zu dem, was der Sprecher als zionistische Verrat charakterisiert, der zur Vertreibung von etwa 1,3 Millionen Palästinensern im Jahr 1948 und zum systematischen Austausch der palästinensischen Bevölkerung durch arabische Juden aus dem Nahen Osten und Nordafrika führte.</w:t>
      </w:r>
    </w:p>
    <w:p/>
    <w:p>
      <w:r>
        <w:rPr>
          <w:b/>
        </w:rPr>
        <w:t>Sažetak</w:t>
      </w:r>
    </w:p>
    <w:p>
      <w:r>
        <w:t>Dieser Bericht untersucht die historische Beziehung zwischen Palästinensern und jüdischen Einwanderern nach Palästina, die vom Osmanischen Reich bis zur Nachkriegszeit nach dem Zweiten Weltkrieg reicht. Der Sprecher dokumentiert palästinensische Traditionen der Gastfreundschaft – das Anbieten von Essen und Unterkunft für jüdische Flüchtlinge, die nach dem Zweiten Weltkrieg per Boot aus Europa ankamen – als Ausdruck palästinensischen Charakters und Wertes. Die Erzählung wechselt dann zu dem, was der Sprecher als zionistische Vergeltung für diese Großzügigkeit durch Gewalt und Vertreibung darstellt. Anhand der Erfahrungen seiner Familie beschreibt der Sprecher Bombenanschläge auf jüdische Institutionen in Bagdad, die zionistischen Akteuren zugeschrieben werden, und argumentiert, dass diese als Vorwand genutzt wurden, um irakische Juden zur Auswanderung nach Palästina zu bewegen. Der Bericht schließt mit der Behauptung, dass etwa 1,3 Millionen Palästinenser aus Palästina vertrieben und durch 1,3 Millionen arabische Juden ersetzt wurden, die aus Marokko, Tunesien, Algerien, Irak, Ägypten und Jemen gebracht wurden – und charakterisiert dies als einen systematischen demografischen Austausch, der unternommen wurde, um einen jüdischen Staat in palästinensischem Gebiet zu etablieren.</w:t>
      </w:r>
    </w:p>
    <w:p/>
    <w:p>
      <w:r>
        <w:rPr>
          <w:b/>
        </w:rPr>
        <w:t>Ključne poruke</w:t>
      </w:r>
    </w:p>
    <w:p>
      <w:pPr>
        <w:pStyle w:val="ListBullet"/>
      </w:pPr>
      <w:r>
        <w:t>Palästinenser haben jüdische Einwanderer während der osmanischen Zeit und nach dem Zweiten Weltkrieg historisch in Palästina willkommen geheißen und Gastfreundschaft angeboten, die in palästinensischen Werten verwurzelt ist.</w:t>
      </w:r>
    </w:p>
    <w:p>
      <w:pPr>
        <w:pStyle w:val="ListBullet"/>
      </w:pPr>
      <w:r>
        <w:t>Der Redner behauptet, dass zionistische Akteure Bombenanschläge auf jüdische Institutionen in Bagdad durchführten (sechs Menschen töteten und Dutzende verletzten) und diese Angriffe fälschlicherweise Muslimen zuschrieben, um einen Vorwand für die jüdische Emigration nach Palästina zu schaffen.</w:t>
      </w:r>
    </w:p>
    <w:p>
      <w:pPr>
        <w:pStyle w:val="ListBullet"/>
      </w:pPr>
      <w:r>
        <w:t>Laut dem Bericht des Redners wurden etwa 1,3 Millionen Palästinenser aus Palästina vertrieben.</w:t>
      </w:r>
    </w:p>
    <w:p>
      <w:pPr>
        <w:pStyle w:val="ListBullet"/>
      </w:pPr>
      <w:r>
        <w:t>Etwa 1,3 Millionen arabische Juden aus Marokko, Tunesien, Algerien, Irak, Ägypten und Jemen wurden nach Palästina gebracht, um die vertriebene palästinensische Bevölkerung zu ersetzen.</w:t>
      </w:r>
    </w:p>
    <w:p>
      <w:pPr>
        <w:pStyle w:val="ListBullet"/>
      </w:pPr>
      <w:r>
        <w:t>Der Redner charakterisiert die Vertreibung und den demografischen Austausch als einen systematischen Prozess, der darauf abzielt, einen jüdischen Mehrstaat im palästinensischen Gebiet zu etablieren.</w:t>
      </w:r>
    </w:p>
    <w:p/>
    <w:p>
      <w:r>
        <w:rPr>
          <w:b/>
        </w:rPr>
        <w:t>Članak</w:t>
      </w:r>
    </w:p>
    <w:p>
      <w:r>
        <w:rPr>
          <w:b/>
          <w:color w:val="0F766E"/>
          <w:sz w:val="26"/>
        </w:rPr>
        <w:t>Palästinensische Aufnahme jüdischer Einwanderer</w:t>
      </w:r>
    </w:p>
    <w:p/>
    <w:p>
      <w:r>
        <w:t>Als Juden während des Osmanischen Reiches aus verschiedenen Orten in Europa vertrieben wurden, öffneten die Palästinenser ihre Türen und begrüßten sie in Palästina. Diese Gastfreundschaft war in den palästinensischen Werten verwurzelt. Palästinenser boten ihren Gästen und Fremden Brot und Wasser an und waren bereit, ihren eigenen Komfort für Bedürftige zu opfern. Nach dem Zweiten Weltkrieg, als Boote mit jüdischen Flüchtlingen aus Europa ankamen, gingen Palästinenser mit Brot und Wasser zu den Stränden, um die ankommenden Juden zu begrüßen und sie in ihre Häuser einzuladen. Diese Art der Aufnahme war alltäglich und zeigte das Ausmaß der palästinensischen Gastfreundschaft und Akzeptanz.</w:t>
      </w:r>
    </w:p>
    <w:p/>
    <w:p>
      <w:r>
        <w:rPr>
          <w:b/>
          <w:color w:val="0F766E"/>
          <w:sz w:val="26"/>
        </w:rPr>
        <w:t>Zionistische Reaktion und erzwungene Vertreibung</w:t>
      </w:r>
    </w:p>
    <w:p/>
    <w:p>
      <w:r>
        <w:t>Die Zionisten hingegen vergalteten diese palästinensische Großzügigkeit mit Verrat. Die Erfahrung meiner eigenen Familie veranschaulicht dieses Geschehen. Mein Vater war ein irakischer Nationalist, der in der irakischen Armee diente und nicht die Absicht hatte, nach Palästina auszuwandern. Er und meine Mutter glaubten, dass Palästina das Land der Palästinenser sei, nicht ein Ort für sie. Doch die Zionisten schickten Terrorgruppen nach Bagdad, die Synagogen, jüdische Kulturzentren und jüdische Geschäfte bombardierten. Bei diesen Angriffen wurden sechs Menschen getötet und Dutzende von Juden verletzt. Die Zionisten machten dann die Muslime für diese Angriffe verantwortlich und behaupteten, dass die Muslime, die einst freundlich zu Juden waren, nun feindlich gesinnt seien, und dass Juden daher nach Palästina gehen müssten, um sicher zu sein.</w:t>
      </w:r>
    </w:p>
    <w:p/>
    <w:p>
      <w:r>
        <w:t>Unter diesem falschen Vorwand vertrieben die Zionisten etwa 1,3 Millionen Palästinenser aus Palästina. Um sie zu ersetzen, brachten sie 1,3 Millionen arabische Juden aus Marokko, Tunesien, Algerien, Irak, Ägypten und Jemen. Dieser demografische Austausch wurde systematisch durchgeführt, um die ursprüngliche palästinensische Bevölkerung zu vertreiben und einen jüdischen Staat in einem Gebiet zu etablieren, das die Palästinenser seit Jahrhunderten bewohnt und verwaltet hatten.</w:t>
      </w:r>
    </w:p>
    <w:p/>
    <w:p>
      <w:r>
        <w:rPr>
          <w:b/>
        </w:rPr>
        <w:t>Reference i teme</w:t>
      </w:r>
    </w:p>
    <w:p>
      <w:r>
        <w:t>Teme: #Palästinensische Vertreibung 1948, #Geschichte der palästinensisch-jüdischen Beziehungen, #Palästinensische Gastfreundschaft, #Zionistische Einwanderung und demografischer Wandel, #Arabisch-jüdische Migration nach Palästina, #Palästinensische Flüchtlinge, #Arabisch-israelischer Konflikt 1948</w:t>
      </w:r>
    </w:p>
    <w:p/>
    <w:p>
      <w:r>
        <w:rPr>
          <w:i/>
          <w:color w:val="94A3B8"/>
          <w:sz w:val="16"/>
        </w:rPr>
        <w:t>Generated by MinbarLive — Knowledge Library · https://minbarlive.com/videos/de/die-wahre-geschichte-der-zionistischen-einwanderung-nach-palaestina-und-der-nakb</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