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Thisis what money does to people who sold their souls</w:t>
      </w:r>
    </w:p>
    <w:p>
      <w:r>
        <w:rPr>
          <w:b/>
        </w:rPr>
        <w:t xml:space="preserve">Izvor: </w:t>
      </w:r>
      <w:r>
        <w:rPr>
          <w:color w:val="0F766E"/>
        </w:rPr>
        <w:t>https://minbarlive.com/videos/thisis-what-money-does-to-people-who-sold-their-souls-2</w:t>
      </w:r>
    </w:p>
    <w:p/>
    <w:p>
      <w:r>
        <w:rPr>
          <w:i/>
        </w:rPr>
        <w:t>A compilation of contradictory statements about Donald Trump's character, presidency, and impact, ranging from harsh personal criticism to praise for his leadership and warnings about his influence on conservative politics.</w:t>
      </w:r>
    </w:p>
    <w:p/>
    <w:p>
      <w:r>
        <w:rPr>
          <w:b/>
        </w:rPr>
        <w:t>Sažetak</w:t>
      </w:r>
    </w:p>
    <w:p>
      <w:r>
        <w:t>This transcript presents a collection of conflicting assessments of Donald Trump as both a person and political leader. Speakers offer sharply divergent evaluations: some criticize him harshly as a person while crediting him with strong presidential performance, others praise his courage and leadership, while still others accuse him of being a con artist and coward. The remarks reveal fundamental disagreements about Trump's character, his psychological motivations (including suggestions that his anger masks underlying fear), and his significance to American politics and the conservative movement. Warnings are issued both about allowing him influence over conservatism and about the consequences of opposing him while he holds office. The transcript captures the polarized nature of contemporary political discourse surrounding Trump, with speakers unable to reach consensus on whether he represents a savior or a threat to American leadership.</w:t>
      </w:r>
    </w:p>
    <w:p/>
    <w:p>
      <w:r>
        <w:rPr>
          <w:b/>
        </w:rPr>
        <w:t>Ključne poruke</w:t>
      </w:r>
    </w:p>
    <w:p>
      <w:pPr>
        <w:pStyle w:val="ListBullet"/>
      </w:pPr>
      <w:r>
        <w:t>One speaker describes Trump as both 'a really bad person' and simultaneously 'the best president of my lifetime,' illustrating the tension between personal character judgment and perceived presidential performance.</w:t>
      </w:r>
    </w:p>
    <w:p>
      <w:pPr>
        <w:pStyle w:val="ListBullet"/>
      </w:pPr>
      <w:r>
        <w:t>Multiple speakers offer contradictory assessments of Trump's psychological state, with one suggesting his angry outbursts indicate underlying fear, while another praises his 'courage and fearlessness.'</w:t>
      </w:r>
    </w:p>
    <w:p>
      <w:pPr>
        <w:pStyle w:val="ListBullet"/>
      </w:pPr>
      <w:r>
        <w:t>Supporters and critics use starkly different language to describe Trump's significance, from 'You saved the world' to warnings that 'Donald Trump is a con artist.'</w:t>
      </w:r>
    </w:p>
    <w:p>
      <w:pPr>
        <w:pStyle w:val="ListBullet"/>
      </w:pPr>
      <w:r>
        <w:t>One speaker warns against allowing Trump to 'take over the conservative movement,' reflecting concern about his influence within Republican politics.</w:t>
      </w:r>
    </w:p>
    <w:p>
      <w:pPr>
        <w:pStyle w:val="ListBullet"/>
      </w:pPr>
      <w:r>
        <w:t>A cautionary statement warns that opposing Trump while he is in office will 'not turn out well,' suggesting consequences for political opposition.</w:t>
      </w:r>
    </w:p>
    <w:p>
      <w:pPr>
        <w:pStyle w:val="ListBullet"/>
      </w:pPr>
      <w:r>
        <w:t>The remarks reflect deep political polarization, with speakers unable to agree on whether Trump's character and actions are fundamentally positive or negative for American leadership.</w:t>
      </w:r>
    </w:p>
    <w:p/>
    <w:p>
      <w:r>
        <w:rPr>
          <w:b/>
        </w:rPr>
        <w:t>Članak</w:t>
      </w:r>
    </w:p>
    <w:p>
      <w:r>
        <w:rPr>
          <w:b/>
          <w:color w:val="0F766E"/>
          <w:sz w:val="26"/>
        </w:rPr>
        <w:t>Mixed Assessments of Trump's Character and Presidency</w:t>
      </w:r>
    </w:p>
    <w:p/>
    <w:p>
      <w:r>
        <w:t xml:space="preserve">The transcript captures a series of contradictory statements about </w:t>
      </w:r>
      <w:r>
        <w:rPr>
          <w:b/>
        </w:rPr>
        <w:t>Donald Trump</w:t>
      </w:r>
      <w:r>
        <w:t xml:space="preserve"> as both a person and a political figure. One speaker describes Trump as "a really bad candidate and frankly, I think a really bad person," yet in the same breath acknowledges that "he's the best president of my lifetime." This tension between personal </w:t>
      </w:r>
      <w:r>
        <w:rPr>
          <w:b/>
        </w:rPr>
        <w:t>character assessment</w:t>
      </w:r>
      <w:r>
        <w:t xml:space="preserve"> and presidential performance runs throughout the remarks.</w:t>
      </w:r>
    </w:p>
    <w:p/>
    <w:p>
      <w:r>
        <w:rPr>
          <w:b/>
          <w:color w:val="0F766E"/>
          <w:sz w:val="26"/>
        </w:rPr>
        <w:t>Calls for Action and Expressions of Support</w:t>
      </w:r>
    </w:p>
    <w:p/>
    <w:p>
      <w:r>
        <w:t>Others offer direct directives or expressions of backing, including "Tell Donald Trump to go to hell" and toasts such as "To President Trump. You saved the world. God bless you." These statements reflect sharply divergent positions on Trump's significance and impact.</w:t>
      </w:r>
    </w:p>
    <w:p/>
    <w:p>
      <w:r>
        <w:rPr>
          <w:b/>
          <w:color w:val="0F766E"/>
          <w:sz w:val="26"/>
        </w:rPr>
        <w:t>Psychological Analysis and Accusations</w:t>
      </w:r>
    </w:p>
    <w:p/>
    <w:p>
      <w:r>
        <w:t>One commenter suggests that Trump's angry outbursts are indicative of underlying fear, stating: "Donald is indicating the fear that keeps him up at night when he lashes out with anger." Another speaker takes a more accusatory tone, calling him "a sniveling coward," while a different voice praises what they describe as his defining trait: "What I like best about President Trump is his courage and fearlessness."</w:t>
      </w:r>
    </w:p>
    <w:p/>
    <w:p>
      <w:r>
        <w:rPr>
          <w:b/>
          <w:color w:val="0F766E"/>
          <w:sz w:val="26"/>
        </w:rPr>
        <w:t>Warnings About Trump and **Conservative Politics**</w:t>
      </w:r>
    </w:p>
    <w:p/>
    <w:p>
      <w:r>
        <w:t>The remarks conclude with warnings about Trump's place in the conservative movement. One speaker states: "There is no way we are going to allow a con artist to take over the conservative movement. And Donald Trump is a con artist." A final cautionary statement warns: "Don't play games with this president is in office because it's not going to turn out well."</w:t>
      </w:r>
    </w:p>
    <w:p/>
    <w:p>
      <w:r>
        <w:rPr>
          <w:b/>
        </w:rPr>
        <w:t>Reference i teme</w:t>
      </w:r>
    </w:p>
    <w:p>
      <w:r>
        <w:t>Teme: #Donald Trump, #U.S. Presidential Leadership, #Political Polarization, #Character Assessment, #Conservative Politics, #Political Rhetoric</w:t>
      </w:r>
    </w:p>
    <w:p/>
    <w:p>
      <w:r>
        <w:rPr>
          <w:i/>
          <w:color w:val="94A3B8"/>
          <w:sz w:val="16"/>
        </w:rPr>
        <w:t>Generated by MinbarLive — Knowledge Library · https://minbarlive.com/videos/thisis-what-money-does-to-people-who-sold-their-souls-2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