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Thousands march in the Zikim dunes bear the Gaza</w:t>
      </w:r>
    </w:p>
    <w:p>
      <w:r>
        <w:rPr>
          <w:b/>
        </w:rPr>
        <w:t xml:space="preserve">Govornik: </w:t>
      </w:r>
      <w:r>
        <w:t>Haaretz</w:t>
      </w:r>
    </w:p>
    <w:p>
      <w:r>
        <w:rPr>
          <w:b/>
        </w:rPr>
        <w:t xml:space="preserve">Izvor: </w:t>
      </w:r>
      <w:r>
        <w:rPr>
          <w:color w:val="0F766E"/>
        </w:rPr>
        <w:t>https://minbarlive.com/videos/thousands-march-in-the-zikim-dunes-bear-the-gaza</w:t>
      </w:r>
    </w:p>
    <w:p/>
    <w:p>
      <w:r>
        <w:rPr>
          <w:i/>
        </w:rPr>
        <w:t>Thousands of Israelis, organized by the settler group Nahala, marched toward the Gaza border calling for the re-establishment of settlements in northern Gaza dismantled in 2005. Despite police blockades, younger marchers trekked through sand dunes to reach the border fence, though the military ultimately evacuated exhausted participants back to the starting point.</w:t>
      </w:r>
    </w:p>
    <w:p/>
    <w:p>
      <w:r>
        <w:rPr>
          <w:b/>
        </w:rPr>
        <w:t>Sažetak</w:t>
      </w:r>
    </w:p>
    <w:p>
      <w:r>
        <w:t>A march organized by the radical settler group Nahala drew thousands of Israeli participants toward the Gaza border on Sunday, with the stated goal of calling for the re-establishment of the settlement block in northern Gaza that was dismantled during Israel's 2005 disengagement. Participants expressed their desire to return to the area, framing it as reclaiming homes. Police and soldiers established roadblocks to prevent direct access to the border, prompting younger marchers to trek through difficult sand dunes near Zikim over several kilometers to reach the border fence. Although organizers reported that 23 ministers and Knesset members had promised attendance, most did not appear; Finance Minister Bezalel Smotrich and National Security Minister Itamar Ben-Gvir arrived at the gathering point but did not proceed to the fence. By the march's conclusion, hundreds of exhausted participants—predominantly children—were provided water and transportation by the military back to the starting point. The event illustrated that settler advancement toward the border remained dependent on military involvement and support.</w:t>
      </w:r>
    </w:p>
    <w:p/>
    <w:p>
      <w:r>
        <w:rPr>
          <w:b/>
        </w:rPr>
        <w:t>Ključne poruke</w:t>
      </w:r>
    </w:p>
    <w:p>
      <w:pPr>
        <w:pStyle w:val="ListBullet"/>
      </w:pPr>
      <w:r>
        <w:t>Thousands of Israelis participated in a march organized by Nahala calling for the re-establishment of settlements in northern Gaza that were dismantled in 2005.</w:t>
      </w:r>
    </w:p>
    <w:p>
      <w:pPr>
        <w:pStyle w:val="ListBullet"/>
      </w:pPr>
      <w:r>
        <w:t>Participants framed their motivation as a desire to return home, drawing on historical family connections to the area.</w:t>
      </w:r>
    </w:p>
    <w:p>
      <w:pPr>
        <w:pStyle w:val="ListBullet"/>
      </w:pPr>
      <w:r>
        <w:t>Police and military roadblocks prevented direct access to the border, forcing marchers to trek through sand dunes near Zikim to reach the border fence.</w:t>
      </w:r>
    </w:p>
    <w:p>
      <w:pPr>
        <w:pStyle w:val="ListBullet"/>
      </w:pPr>
      <w:r>
        <w:t>Although 23 ministers and Knesset members were reported to have promised attendance, most did not show up; those who arrived did not reach the border fence.</w:t>
      </w:r>
    </w:p>
    <w:p>
      <w:pPr>
        <w:pStyle w:val="ListBullet"/>
      </w:pPr>
      <w:r>
        <w:t>The military evacuated hundreds of exhausted marchers, mostly children, providing water and transportation back to the starting point.</w:t>
      </w:r>
    </w:p>
    <w:p>
      <w:pPr>
        <w:pStyle w:val="ListBullet"/>
      </w:pPr>
      <w:r>
        <w:t>The event demonstrated that settler advancement toward the border was contingent on military support and involvement.</w:t>
      </w:r>
    </w:p>
    <w:p/>
    <w:p>
      <w:r>
        <w:rPr>
          <w:b/>
        </w:rPr>
        <w:t>Članak</w:t>
      </w:r>
    </w:p>
    <w:p>
      <w:r>
        <w:rPr>
          <w:b/>
          <w:color w:val="0F766E"/>
          <w:sz w:val="26"/>
        </w:rPr>
        <w:t>March organized by Nahala toward **Gaza border**</w:t>
      </w:r>
    </w:p>
    <w:p/>
    <w:p>
      <w:r>
        <w:t xml:space="preserve">Thousands of Israelis took part in a march toward the Gaza border on Sunday, organized by the radical settler group Nahala. The march was called for the re-establishment of the block of settlements in </w:t>
      </w:r>
      <w:r>
        <w:rPr>
          <w:b/>
        </w:rPr>
        <w:t>northern Gaza</w:t>
      </w:r>
      <w:r>
        <w:t xml:space="preserve"> that was dismantled during Israel's 2005 disengagement. One participant expressed their motivation, saying they came to voice their longing: "Like my father, my desire, my hope, to return home."</w:t>
      </w:r>
    </w:p>
    <w:p/>
    <w:p>
      <w:r>
        <w:rPr>
          <w:b/>
          <w:color w:val="0F766E"/>
          <w:sz w:val="26"/>
        </w:rPr>
        <w:t>Police blockade and trek through sand dunes</w:t>
      </w:r>
    </w:p>
    <w:p/>
    <w:p>
      <w:r>
        <w:t>Police and soldiers set up roadblocks, preventing most of the protesters from marching directly toward the border. The younger marchers then began climbing the hills near Zikim, crossing the sand dunes and trekking several difficult kilometers through the sand until they reached the border fence.</w:t>
      </w:r>
    </w:p>
    <w:p/>
    <w:p>
      <w:r>
        <w:rPr>
          <w:b/>
          <w:color w:val="0F766E"/>
          <w:sz w:val="26"/>
        </w:rPr>
        <w:t>Limited political attendance and military evacuation</w:t>
      </w:r>
    </w:p>
    <w:p/>
    <w:p>
      <w:r>
        <w:t>According to the organizers, 23 ministers and Knesset members had promised to attend the event. Most of them ultimately did not show up. A few, including Finance Minister Bezalel Smotrich and National Security Minister Itamar Ben-Gvir, did arrive at the gathering point, but none made it to the border fence. By the end of the march, hundreds of exhausted participants, most of them children, were left in the hands of the military. The army provided them with water and took them back to the starting point, even transporting some of them in military vehicles.</w:t>
      </w:r>
    </w:p>
    <w:p/>
    <w:p>
      <w:r>
        <w:rPr>
          <w:b/>
          <w:color w:val="0F766E"/>
          <w:sz w:val="26"/>
        </w:rPr>
        <w:t>Symbolic outcome and military dependency</w:t>
      </w:r>
    </w:p>
    <w:p/>
    <w:p>
      <w:r>
        <w:t>The scene proved to be a symbolic and powerful image, demonstrating that in practice, the settlers could not advance toward the border without the army's involvement and support.</w:t>
      </w:r>
    </w:p>
    <w:p/>
    <w:p>
      <w:r>
        <w:rPr>
          <w:b/>
        </w:rPr>
        <w:t>Reference i teme</w:t>
      </w:r>
    </w:p>
    <w:p>
      <w:r>
        <w:t>Teme: #Israeli settlements, #Gaza border, #Nahala settler organization, #Israeli disengagement 2005, #Northern Gaza, #Military intervention, #Political demonstration</w:t>
      </w:r>
    </w:p>
    <w:p/>
    <w:p>
      <w:r>
        <w:rPr>
          <w:i/>
          <w:color w:val="94A3B8"/>
          <w:sz w:val="16"/>
        </w:rPr>
        <w:t>Generated by MinbarLive — Knowledge Library · https://minbarlive.com/videos/thousands-march-in-the-zikim-dunes-bear-the-gaza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