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Trump: "We're making a lot of money with Venezuela"</w:t>
      </w:r>
    </w:p>
    <w:p>
      <w:r>
        <w:rPr>
          <w:b/>
        </w:rPr>
        <w:t xml:space="preserve">Govornik: </w:t>
      </w:r>
      <w:r>
        <w:t>Donald Trump</w:t>
      </w:r>
    </w:p>
    <w:p>
      <w:r>
        <w:rPr>
          <w:b/>
        </w:rPr>
        <w:t xml:space="preserve">Izvor: </w:t>
      </w:r>
      <w:r>
        <w:rPr>
          <w:color w:val="0F766E"/>
        </w:rPr>
        <w:t>https://minbarlive.com/videos/trump-we-re-making-a-lot-of-money-with-venezuela</w:t>
      </w:r>
    </w:p>
    <w:p/>
    <w:p>
      <w:r>
        <w:rPr>
          <w:i/>
        </w:rPr>
        <w:t>Donald Trump discusses U.S. economic gains from Venezuela, describing a military intervention as a brief conflict and praising the current Venezuelan leadership for their performance and cooperation.</w:t>
      </w:r>
    </w:p>
    <w:p/>
    <w:p>
      <w:r>
        <w:rPr>
          <w:b/>
        </w:rPr>
        <w:t>Sažetak</w:t>
      </w:r>
    </w:p>
    <w:p>
      <w:r>
        <w:t>In this brief statement, Trump reflects on U.S. economic returns from Venezuela, claiming that America is generating significant revenue from the country and suggesting the nation is entitled to these gains. He characterizes a military intervention in Venezuela as a quick, one-day operation and expresses strong approval of the current Venezuelan leadership, describing the leader as performing exceptionally well and managing the country more effectively than predecessors. Trump indicates satisfaction with the working relationship and cooperation between the two nations.</w:t>
      </w:r>
    </w:p>
    <w:p/>
    <w:p>
      <w:r>
        <w:rPr>
          <w:b/>
        </w:rPr>
        <w:t>Ključne poruke</w:t>
      </w:r>
    </w:p>
    <w:p>
      <w:pPr>
        <w:pStyle w:val="ListBullet"/>
      </w:pPr>
      <w:r>
        <w:t>Trump claims the U.S. is making substantial economic gains from Venezuela.</w:t>
      </w:r>
    </w:p>
    <w:p>
      <w:pPr>
        <w:pStyle w:val="ListBullet"/>
      </w:pPr>
      <w:r>
        <w:t>He characterizes a military intervention in Venezuela as a brief, one-day operation.</w:t>
      </w:r>
    </w:p>
    <w:p>
      <w:pPr>
        <w:pStyle w:val="ListBullet"/>
      </w:pPr>
      <w:r>
        <w:t>Trump praises the current Venezuelan leadership for performing better than previous administrations.</w:t>
      </w:r>
    </w:p>
    <w:p>
      <w:pPr>
        <w:pStyle w:val="ListBullet"/>
      </w:pPr>
      <w:r>
        <w:t>He suggests the current Venezuelan leader is managing the country more extensively than any predecessor.</w:t>
      </w:r>
    </w:p>
    <w:p/>
    <w:p>
      <w:r>
        <w:rPr>
          <w:b/>
        </w:rPr>
        <w:t>Članak</w:t>
      </w:r>
    </w:p>
    <w:p>
      <w:r>
        <w:rPr>
          <w:b/>
          <w:color w:val="0F766E"/>
          <w:sz w:val="26"/>
        </w:rPr>
        <w:t>Venezuela Economic Performance</w:t>
      </w:r>
    </w:p>
    <w:p/>
    <w:p>
      <w:r>
        <w:t>Making more money from Venezuela now than they've ever made before. And we're making a lot, too. I think we're entitled to that. It was really something we took—it was a one-day war, Chris. Right. I said, "Who the hell is that?" Turned out to be this guy right over here, and he's turned out to be incredible. Really incredible. He's running Venezuela. He's running, running a lot more than anybody has ever run before. I think we can say, Chris, right? He's doing a great job. So we appreciate it. Thank you.</w:t>
      </w:r>
    </w:p>
    <w:p/>
    <w:p>
      <w:r>
        <w:rPr>
          <w:b/>
        </w:rPr>
        <w:t>Reference i teme</w:t>
      </w:r>
    </w:p>
    <w:p>
      <w:r>
        <w:t>Teme: #U.S.-Venezuela relations, #Economic gains and trade, #Military intervention, #Leadership performance, #Political commentary</w:t>
      </w:r>
    </w:p>
    <w:p/>
    <w:p>
      <w:r>
        <w:rPr>
          <w:i/>
          <w:color w:val="94A3B8"/>
          <w:sz w:val="16"/>
        </w:rPr>
        <w:t>Generated by MinbarLive — Knowledge Library · https://minbarlive.com/videos/trump-we-re-making-a-lot-of-money-with-venezuela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