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U.S. Congressman Reacts to the Death of American Soldiers in Jordan: "We Must Withdraw and Stay Out of a War with Iran</w:t>
      </w:r>
    </w:p>
    <w:p>
      <w:r>
        <w:rPr>
          <w:b/>
        </w:rPr>
        <w:t xml:space="preserve">Izvor: </w:t>
      </w:r>
      <w:r>
        <w:rPr>
          <w:color w:val="0F766E"/>
        </w:rPr>
        <w:t>https://minbarlive.com/videos/u-s-congressman-reacts-to-the-death-of-american-soldiers-in-jordan-we-must-withd</w:t>
      </w:r>
    </w:p>
    <w:p/>
    <w:p>
      <w:r>
        <w:rPr>
          <w:i/>
        </w:rPr>
        <w:t>A U.S. congresswoman responds to the deaths of American service members in Jordan by calling the military involvement an illegal war and demanding Congress reject further funding and force an immediate U.S. withdrawal from the Middle East conflict.</w:t>
      </w:r>
    </w:p>
    <w:p/>
    <w:p>
      <w:r>
        <w:rPr>
          <w:b/>
        </w:rPr>
        <w:t>Sažetak</w:t>
      </w:r>
    </w:p>
    <w:p>
      <w:r>
        <w:t>In response to news of American service member deaths in Jordan, U.S. Congresswoman Melanie Stansbury expresses deep grief while asserting that the United States should never have been drawn into the current Middle East conflict. She directly attributes the military engagement to Donald Trump, characterizing it as an illegal war that has cost American lives, killed thousands of civilians across the Middle East, and consumed billions in taxpayer dollars. Despite these costs, she notes the president is requesting additional congressional funding. Stansbury points out that Congress has already passed multiple war powers resolutions intended to halt the conflict, yet it continues. She emphasizes that the conflict lacked clear objectives from the start and argues the president has failed to articulate concrete goals for resolution. She calls for immediate congressional action to enforce existing resolutions, demanding Congress reject further funding and advise the president to withdraw American troops, stop the war, and halt escalation in the region.</w:t>
      </w:r>
    </w:p>
    <w:p/>
    <w:p>
      <w:r>
        <w:rPr>
          <w:b/>
        </w:rPr>
        <w:t>Ključne poruke</w:t>
      </w:r>
    </w:p>
    <w:p>
      <w:pPr>
        <w:pStyle w:val="ListBullet"/>
      </w:pPr>
      <w:r>
        <w:t>The loss of American service members is devastating and reinforces that the U.S. should never have been involved in this conflict in the first place.</w:t>
      </w:r>
    </w:p>
    <w:p>
      <w:pPr>
        <w:pStyle w:val="ListBullet"/>
      </w:pPr>
      <w:r>
        <w:t>The congresswoman characterizes the military engagement as an illegal war initiated by Donald Trump that has cost American lives, thousands of civilian deaths, and billions in taxpayer dollars.</w:t>
      </w:r>
    </w:p>
    <w:p>
      <w:pPr>
        <w:pStyle w:val="ListBullet"/>
      </w:pPr>
      <w:r>
        <w:t>The president is currently requesting additional congressional funding for the war despite mounting human and financial costs.</w:t>
      </w:r>
    </w:p>
    <w:p>
      <w:pPr>
        <w:pStyle w:val="ListBullet"/>
      </w:pPr>
      <w:r>
        <w:t>Congress has already passed multiple war powers resolutions intended to halt the war, but they have not been enforced and the conflict continues.</w:t>
      </w:r>
    </w:p>
    <w:p>
      <w:pPr>
        <w:pStyle w:val="ListBullet"/>
      </w:pPr>
      <w:r>
        <w:t>The conflict was never established with clear, concrete objectives, and the president has failed to articulate how the war would be resolved.</w:t>
      </w:r>
    </w:p>
    <w:p>
      <w:pPr>
        <w:pStyle w:val="ListBullet"/>
      </w:pPr>
      <w:r>
        <w:t>The congresswoman calls for immediate congressional action to enforce existing resolutions and demands Congress reject further funding requests.</w:t>
      </w:r>
    </w:p>
    <w:p>
      <w:pPr>
        <w:pStyle w:val="ListBullet"/>
      </w:pPr>
      <w:r>
        <w:t>She urges colleagues to stand up to the president and advise withdrawal of American troops from the region and an immediate halt to escalation.</w:t>
      </w:r>
    </w:p>
    <w:p/>
    <w:p>
      <w:r>
        <w:rPr>
          <w:b/>
        </w:rPr>
        <w:t>Članak</w:t>
      </w:r>
    </w:p>
    <w:p>
      <w:r>
        <w:rPr>
          <w:b/>
          <w:color w:val="0F766E"/>
          <w:sz w:val="26"/>
        </w:rPr>
        <w:t>Response to Service Member Deaths</w:t>
      </w:r>
    </w:p>
    <w:p/>
    <w:p>
      <w:r>
        <w:t>When asked about the news from Centcom regarding American service members killed in Jordan, the congresswoman expressed deep grief over the loss. She emphasized that losing service members in the line of duty is absolutely devastating, and noted that the tragedy is especially painful given her own family background of military service. She stressed that this incident reinforces a fundamental reality: the United States should never have been drawn into this conflict in the first place.</w:t>
      </w:r>
    </w:p>
    <w:p/>
    <w:p>
      <w:r>
        <w:rPr>
          <w:b/>
          <w:color w:val="0F766E"/>
          <w:sz w:val="26"/>
        </w:rPr>
        <w:t>Critique of U.S. Military Involvement</w:t>
      </w:r>
    </w:p>
    <w:p/>
    <w:p>
      <w:r>
        <w:t>The congresswoman directly attributed responsibility for the current military engagement to Donald Trump, characterizing it as an illegal war. She outlined the human and financial costs of this involvement: the loss of American service members' lives, thousands of civilian deaths across the Middle East, and billions of dollars in taxpayer money. She noted that despite these costs, the president is currently requesting additional congressional funding for the war effort. In response, she called for Congress to reject this request outright.</w:t>
      </w:r>
    </w:p>
    <w:p/>
    <w:p>
      <w:r>
        <w:t>She pointed out that Congress has already passed multiple war powers resolutions intended to halt the war, yet the conflict continues. She emphasized that these resolutions must be enforced and that the war needs to stop immediately.</w:t>
      </w:r>
    </w:p>
    <w:p/>
    <w:p>
      <w:r>
        <w:rPr>
          <w:b/>
          <w:color w:val="0F766E"/>
          <w:sz w:val="26"/>
        </w:rPr>
        <w:t>Presidential Options and Path Forward</w:t>
      </w:r>
    </w:p>
    <w:p/>
    <w:p>
      <w:r>
        <w:t>Addressing the question of what options remain for the president given Iran's intensified rhetoric in the preceding 24 hours, the congresswoman reiterated her core position: the United States should never have involved itself in this conflict. She cited intelligence from the president's own national intelligence advisors and other officials who had advised against involvement from the start. She stressed that there were no clear objectives established at the beginning of the conflict, and over the preceding months, the president had failed to even articulate concrete objectives for resolving it.</w:t>
      </w:r>
    </w:p>
    <w:p/>
    <w:p>
      <w:r>
        <w:t>The congresswoman called for immediate congressional action, stating it is absolutely imperative that Congress intervene. She directed criticism at her colleagues across the aisle, describing them as too weak to stand up to the president. She urged them to step in at this critical moment and advise the president to pull back, stop the war, remove American troops from the region, and halt the escalation of violence in the Middle East.</w:t>
      </w:r>
    </w:p>
    <w:p/>
    <w:p>
      <w:r>
        <w:rPr>
          <w:b/>
        </w:rPr>
        <w:t>Reference i teme</w:t>
      </w:r>
    </w:p>
    <w:p>
      <w:r>
        <w:t>Teme: #U.S. military deaths in Jordan, #U.S. Middle East military involvement, #Congressional war powers and funding, #Trump administration military policy, #American troop withdrawal, #Middle East conflict escalation</w:t>
      </w:r>
    </w:p>
    <w:p/>
    <w:p>
      <w:r>
        <w:rPr>
          <w:i/>
          <w:color w:val="94A3B8"/>
          <w:sz w:val="16"/>
        </w:rPr>
        <w:t>Generated by MinbarLive — Knowledge Library · https://minbarlive.com/videos/u-s-congressman-reacts-to-the-death-of-american-soldiers-in-jordan-we-must-withd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