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Que signifie le mot « Allah » ?</w:t>
      </w:r>
    </w:p>
    <w:p>
      <w:r>
        <w:rPr>
          <w:b/>
        </w:rPr>
        <w:t xml:space="preserve">Izvor: </w:t>
      </w:r>
      <w:r>
        <w:rPr>
          <w:color w:val="0F766E"/>
        </w:rPr>
        <w:t>https://minbarlive.com/videos/fr/que-signifie-le-mot-allah</w:t>
      </w:r>
    </w:p>
    <w:p/>
    <w:p>
      <w:r>
        <w:rPr>
          <w:i/>
        </w:rPr>
        <w:t>Une explication linguistique du mot 'Allah' et de sa signification dans les langues sémitiques, montrant que 'Allah' signifie simplement 'la divinité' ou 'Dieu' en arabe — le même mot que Jésus utilisait en araméen.</w:t>
      </w:r>
    </w:p>
    <w:p/>
    <w:p>
      <w:r>
        <w:rPr>
          <w:b/>
        </w:rPr>
        <w:t>Sažetak</w:t>
      </w:r>
    </w:p>
    <w:p>
      <w:r>
        <w:t>L'orateur aborde une idée reçue : les musulmans et les chrétiens adorent-ils des dieux différents ? En utilisant une analyse linguistique, il démontre que le mot 'Allah' n'est pas un nom propre mais un nom commun signifiant 'la divinité' ou 'celui qui est adoré' en arabe. Il explique que Jésus-Christ parlait l'araméen, une langue sémitique, et que les langues sémitiques (hébreu, araméen et arabe) sont des langues cognates — des langues cousines comme les langues romanes ou slaves. En araméen, le mot pour Dieu est 'Eli' ; en hébreu, c'est 'Elohim' ; et en arabe, c'est 'Allah' — tous dérivés de la même racine linguistique. L'orateur utilise cette preuve linguistique pour soutenir que lorsque les chrétiens maudissent le mot 'Allah', ils maudissent le même mot que Jésus lui-même utilisait pour se référer à Dieu.</w:t>
      </w:r>
    </w:p>
    <w:p/>
    <w:p>
      <w:r>
        <w:rPr>
          <w:b/>
        </w:rPr>
        <w:t>Ključne poruke</w:t>
      </w:r>
    </w:p>
    <w:p>
      <w:pPr>
        <w:pStyle w:val="ListBullet"/>
      </w:pPr>
      <w:r>
        <w:t>Le mot 'Allah' n'est pas un nom propre mais un nom commun signifiant 'la divinité' ou 'celui qui est adoré' en arabe.</w:t>
      </w:r>
    </w:p>
    <w:p>
      <w:pPr>
        <w:pStyle w:val="ListBullet"/>
      </w:pPr>
      <w:r>
        <w:t>Jésus-Christ parlait l'araméen, une langue sémitique, et non l'anglais, le latin ou le grec.</w:t>
      </w:r>
    </w:p>
    <w:p>
      <w:pPr>
        <w:pStyle w:val="ListBullet"/>
      </w:pPr>
      <w:r>
        <w:t>Les langues sémitiques (hébreu, araméen et arabe) sont des langues cognates ou 'cousines' dérivées de la même racine linguistique, tout comme les langues romanes ou slaves sont liées entre elles.</w:t>
      </w:r>
    </w:p>
    <w:p>
      <w:pPr>
        <w:pStyle w:val="ListBullet"/>
      </w:pPr>
      <w:r>
        <w:t>Le mot araméen pour Dieu est 'Eli', le mot hébreu est 'Elohim' (forme plurielle), et le mot arabe est 'Allah'—tous sont des cognats du même mot.</w:t>
      </w:r>
    </w:p>
    <w:p>
      <w:pPr>
        <w:pStyle w:val="ListBullet"/>
      </w:pPr>
      <w:r>
        <w:t>Comprendre la connexion linguistique entre ces langues montre que les musulmans et les chrétiens se réfèrent au même Dieu en utilisant le même mot racine à travers différentes langues.</w:t>
      </w:r>
    </w:p>
    <w:p/>
    <w:p>
      <w:r>
        <w:rPr>
          <w:b/>
        </w:rPr>
        <w:t>Članak</w:t>
      </w:r>
    </w:p>
    <w:p>
      <w:r>
        <w:rPr>
          <w:b/>
          <w:color w:val="0F766E"/>
          <w:sz w:val="26"/>
        </w:rPr>
        <w:t>La question des différents dieux</w:t>
      </w:r>
    </w:p>
    <w:p/>
    <w:p>
      <w:r>
        <w:t>Les musulmans adorent un dieu différent de celui des chrétiens — vrai ou faux ? C'est la question pour laquelle je suis devenu célèbre. J'étais dans des émissions pour l'expliquer, le rendant assez simple pour que mes frères de fraternité de l'Université du Texas comprennent. Mais voici ce que les gens doivent savoir : Jésus-Christ ressemblait probablement plus à un musulman qu'aux représentations que vous voyez dans la plupart des images. C'est le premier point.</w:t>
      </w:r>
    </w:p>
    <w:p/>
    <w:p>
      <w:r>
        <w:rPr>
          <w:b/>
          <w:color w:val="0F766E"/>
          <w:sz w:val="26"/>
        </w:rPr>
        <w:t>La langue parlée par Jésus</w:t>
      </w:r>
    </w:p>
    <w:p/>
    <w:p>
      <w:r>
        <w:t>Deuxièmement, Jésus ne parlait pas anglais, latin ou grec. Il parlait une langue sémitique. Les langues sémitiques sont l'hébreu, l'araméen et l'arabe, avec quelques autres sous-catégories, mais ce sont les trois principales. Ce sont des langues cousines, tout comme les langues basées sur le latin — portugais, italien et espagnol. Quand vous apprenez l'une, vous pouvez apprendre les autres très rapidement. Il en va de même pour les langues slaves comme le russe, le géorgien et l'ukrainien. Quand vous apprenez une langue slave, vous pouvez apprendre le reste assez rapidement car ce sont des langues cousines.</w:t>
      </w:r>
    </w:p>
    <w:p/>
    <w:p>
      <w:r>
        <w:rPr>
          <w:b/>
          <w:color w:val="0F766E"/>
          <w:sz w:val="26"/>
        </w:rPr>
        <w:t>Ce que signifie réellement 'Allah'</w:t>
      </w:r>
    </w:p>
    <w:p/>
    <w:p>
      <w:r>
        <w:t>Voici la nouvelle : le mot Allah n'est pas un nom. Et je le vois partout sur internet — quand vous êtes chrétien, vous dites "F Allah." Vous maudissez littéralement ce que le mot signifie en arabe. Allah signifie la divinité, celui qui est adoré. Alors laissez-moi vous demander : me dites-vous qu'Allah est Dieu ? Allez sur Google tout de suite. Tapez "Quelle était la langue de Jésus-Christ." Montrons à votre public les faits. Rappelez-vous, les gens qui possèdent Google n'aiment pas les musulmans, donc ils ne truquent rien en notre faveur. Quelle langue Jésus parlait-il ? Il parlait l'araméen, spécifiquement un dialecte galiléen.</w:t>
      </w:r>
    </w:p>
    <w:p/>
    <w:p>
      <w:r>
        <w:rPr>
          <w:b/>
          <w:color w:val="0F766E"/>
          <w:sz w:val="26"/>
        </w:rPr>
        <w:t>Le mot pour Dieu dans les langues sémitiques</w:t>
      </w:r>
    </w:p>
    <w:p/>
    <w:p>
      <w:r>
        <w:t>Maintenant, allez sur Google et tapez "Quel est le mot araméen pour Dieu ?" C'est la langue de Jésus-Christ lui-même, paix et bénédictions sur lui et sa mère juste, la Vierge Marie. Le mot araméen pour Dieu est Eli. En hébreu, c'est Elohim — la forme plurielle. Ce sont des cognats du mot, ce qui signifie qu'ils sont le même mot dans plusieurs langues, surtout dans les langues cousines. Ilaha, Allah, Allah en arabe — c'est le même mot, la même racine, tout est identique. Quand vous maudissez Allah, Jésus ne va pas trop vous apprécier dans l'au-delà.</w:t>
      </w:r>
    </w:p>
    <w:p/>
    <w:p>
      <w:r>
        <w:rPr>
          <w:b/>
        </w:rPr>
        <w:t>Reference i teme</w:t>
      </w:r>
    </w:p>
    <w:p>
      <w:r>
        <w:t>Teme: #Linguistique et langues sémitiques, #Étymologie d'Allah, #Jésus et l'araméen, #Compréhension interreligieuse, #Langue arabe, #Terminologie religieuse</w:t>
      </w:r>
    </w:p>
    <w:p/>
    <w:p>
      <w:r>
        <w:rPr>
          <w:i/>
          <w:color w:val="94A3B8"/>
          <w:sz w:val="16"/>
        </w:rPr>
        <w:t>Generated by MinbarLive — Knowledge Library · https://minbarlive.com/videos/fr/que-signifie-le-mot-allah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